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F44D6" w14:textId="77777777" w:rsidR="00996AC7" w:rsidRPr="00673D98" w:rsidRDefault="00537772">
      <w:pPr>
        <w:pStyle w:val="Aff8"/>
        <w:jc w:val="center"/>
        <w:rPr>
          <w:b/>
          <w:bCs/>
          <w:sz w:val="24"/>
          <w:szCs w:val="24"/>
          <w:lang w:val="ru-RU"/>
        </w:rPr>
      </w:pPr>
      <w:r w:rsidRPr="00673D98">
        <w:rPr>
          <w:b/>
          <w:bCs/>
          <w:sz w:val="24"/>
          <w:szCs w:val="24"/>
          <w:lang w:val="ru-RU"/>
        </w:rPr>
        <w:t>ДОГОВОР НА ОКАЗАНИЕ УСЛУГ</w:t>
      </w:r>
    </w:p>
    <w:p w14:paraId="1AE0806A" w14:textId="04E55A5D" w:rsidR="00996AC7" w:rsidRPr="00673D98" w:rsidRDefault="00537772">
      <w:pPr>
        <w:pStyle w:val="Aff8"/>
        <w:rPr>
          <w:sz w:val="20"/>
          <w:szCs w:val="20"/>
          <w:lang w:val="ru-RU"/>
        </w:rPr>
      </w:pPr>
      <w:r w:rsidRPr="00673D98">
        <w:rPr>
          <w:b/>
          <w:bCs/>
          <w:sz w:val="20"/>
          <w:szCs w:val="20"/>
          <w:lang w:val="ru-RU"/>
        </w:rPr>
        <w:t>№ [№ договора]</w:t>
      </w:r>
      <w:r w:rsidRPr="00673D98">
        <w:rPr>
          <w:sz w:val="20"/>
          <w:szCs w:val="20"/>
          <w:lang w:val="ru-RU"/>
        </w:rPr>
        <w:t xml:space="preserve">                                                                       </w:t>
      </w:r>
      <w:r w:rsidR="00154CD7">
        <w:rPr>
          <w:sz w:val="20"/>
          <w:szCs w:val="20"/>
          <w:lang w:val="ru-RU"/>
        </w:rPr>
        <w:t xml:space="preserve">                                     </w:t>
      </w:r>
      <w:r w:rsidRPr="00673D98">
        <w:rPr>
          <w:sz w:val="20"/>
          <w:szCs w:val="20"/>
          <w:lang w:val="ru-RU"/>
        </w:rPr>
        <w:t xml:space="preserve">г. Москва, </w:t>
      </w:r>
      <w:r>
        <w:rPr>
          <w:sz w:val="20"/>
          <w:szCs w:val="20"/>
        </w:rPr>
        <w:t> </w:t>
      </w:r>
      <w:r w:rsidRPr="00673D98">
        <w:rPr>
          <w:sz w:val="20"/>
          <w:szCs w:val="20"/>
          <w:lang w:val="ru-RU"/>
        </w:rPr>
        <w:t>[дата договора]</w:t>
      </w:r>
    </w:p>
    <w:p w14:paraId="31AB1E9A" w14:textId="77777777" w:rsidR="00996AC7" w:rsidRDefault="00537772">
      <w:pPr>
        <w:pStyle w:val="Aff8"/>
        <w:jc w:val="center"/>
        <w:rPr>
          <w:b/>
          <w:bCs/>
        </w:rPr>
      </w:pPr>
      <w:r>
        <w:rPr>
          <w:b/>
          <w:bCs/>
        </w:rPr>
        <w:t>РЕКВИЗИТЫ СТОРОН ДОГОВОРА</w:t>
      </w:r>
    </w:p>
    <w:tbl>
      <w:tblPr>
        <w:tblW w:w="8647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709"/>
        <w:gridCol w:w="5938"/>
      </w:tblGrid>
      <w:tr w:rsidR="00996AC7" w:rsidRPr="007E39B2" w14:paraId="0EADACBF" w14:textId="77777777" w:rsidTr="00154CD7">
        <w:trPr>
          <w:trHeight w:val="1938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1C75A" w14:textId="77777777" w:rsidR="00996AC7" w:rsidRDefault="00537772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96D2A" w14:textId="77777777" w:rsidR="00996AC7" w:rsidRPr="00673D98" w:rsidRDefault="00537772">
            <w:pPr>
              <w:pStyle w:val="Aff8"/>
              <w:spacing w:after="0"/>
              <w:rPr>
                <w:b/>
                <w:bCs/>
                <w:sz w:val="20"/>
                <w:szCs w:val="20"/>
                <w:lang w:val="ru-RU"/>
              </w:rPr>
            </w:pPr>
            <w:r w:rsidRPr="00673D98">
              <w:rPr>
                <w:b/>
                <w:bCs/>
                <w:sz w:val="20"/>
                <w:szCs w:val="20"/>
                <w:lang w:val="ru-RU"/>
              </w:rPr>
              <w:t>[Наименование компании]</w:t>
            </w:r>
          </w:p>
          <w:p w14:paraId="61AD90D7" w14:textId="77777777" w:rsidR="00996AC7" w:rsidRPr="00673D98" w:rsidRDefault="00537772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 w:rsidRPr="00673D98">
              <w:rPr>
                <w:sz w:val="20"/>
                <w:szCs w:val="20"/>
                <w:lang w:val="ru-RU"/>
              </w:rPr>
              <w:t>[ОГРН заказчика]</w:t>
            </w:r>
            <w:r>
              <w:rPr>
                <w:sz w:val="20"/>
                <w:szCs w:val="20"/>
                <w:lang w:val="ru-RU"/>
              </w:rPr>
              <w:t xml:space="preserve"> , ИНН</w:t>
            </w:r>
            <w:r w:rsidRPr="00673D98">
              <w:rPr>
                <w:sz w:val="20"/>
                <w:szCs w:val="20"/>
                <w:lang w:val="ru-RU"/>
              </w:rPr>
              <w:t xml:space="preserve"> [ИНН компании]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673D98">
              <w:rPr>
                <w:sz w:val="20"/>
                <w:szCs w:val="20"/>
                <w:lang w:val="ru-RU"/>
              </w:rPr>
              <w:t>[КПП компании]</w:t>
            </w:r>
          </w:p>
          <w:p w14:paraId="5A9A64DE" w14:textId="77777777" w:rsidR="00996AC7" w:rsidRPr="00673D98" w:rsidRDefault="00537772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Юр. адрес: </w:t>
            </w:r>
            <w:r w:rsidRPr="00673D98">
              <w:rPr>
                <w:sz w:val="20"/>
                <w:szCs w:val="20"/>
                <w:lang w:val="ru-RU"/>
              </w:rPr>
              <w:t>[юр. адрес заказчика]</w:t>
            </w:r>
            <w:r>
              <w:rPr>
                <w:sz w:val="20"/>
                <w:szCs w:val="20"/>
                <w:lang w:val="ru-RU"/>
              </w:rPr>
              <w:t>,</w:t>
            </w:r>
          </w:p>
          <w:p w14:paraId="701C7901" w14:textId="77777777" w:rsidR="00996AC7" w:rsidRPr="00673D98" w:rsidRDefault="00537772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Р/с: </w:t>
            </w:r>
            <w:r w:rsidRPr="00673D98">
              <w:rPr>
                <w:sz w:val="20"/>
                <w:szCs w:val="20"/>
                <w:lang w:val="ru-RU"/>
              </w:rPr>
              <w:t>[р/с заказчика]</w:t>
            </w:r>
            <w:r>
              <w:rPr>
                <w:sz w:val="20"/>
                <w:szCs w:val="20"/>
                <w:lang w:val="ru-RU"/>
              </w:rPr>
              <w:t xml:space="preserve"> в </w:t>
            </w:r>
            <w:r w:rsidRPr="00673D98">
              <w:rPr>
                <w:sz w:val="20"/>
                <w:szCs w:val="20"/>
                <w:lang w:val="ru-RU"/>
              </w:rPr>
              <w:t>[банк заказчика]</w:t>
            </w:r>
          </w:p>
          <w:p w14:paraId="0F5B0BD5" w14:textId="77777777" w:rsidR="00996AC7" w:rsidRPr="00673D98" w:rsidRDefault="00537772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БИК: </w:t>
            </w:r>
            <w:r w:rsidRPr="00673D98">
              <w:rPr>
                <w:sz w:val="20"/>
                <w:szCs w:val="20"/>
                <w:lang w:val="ru-RU"/>
              </w:rPr>
              <w:t>[БИК компании]</w:t>
            </w:r>
            <w:r>
              <w:rPr>
                <w:sz w:val="20"/>
                <w:szCs w:val="20"/>
                <w:lang w:val="ru-RU"/>
              </w:rPr>
              <w:t xml:space="preserve"> / К/с: </w:t>
            </w:r>
            <w:r w:rsidRPr="00673D98">
              <w:rPr>
                <w:sz w:val="20"/>
                <w:szCs w:val="20"/>
                <w:lang w:val="ru-RU"/>
              </w:rPr>
              <w:t>[к/с заказчика]</w:t>
            </w:r>
          </w:p>
          <w:p w14:paraId="32E1B695" w14:textId="77777777" w:rsidR="00996AC7" w:rsidRPr="00673D98" w:rsidRDefault="00537772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Номер телефона: </w:t>
            </w:r>
            <w:r w:rsidRPr="00673D98">
              <w:rPr>
                <w:sz w:val="20"/>
                <w:szCs w:val="20"/>
                <w:lang w:val="ru-RU"/>
              </w:rPr>
              <w:t xml:space="preserve">[телефон заказчика] </w:t>
            </w:r>
          </w:p>
          <w:p w14:paraId="1826418E" w14:textId="77777777" w:rsidR="00996AC7" w:rsidRPr="00673D98" w:rsidRDefault="00537772">
            <w:pPr>
              <w:pStyle w:val="Aff8"/>
              <w:spacing w:after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Адрес электронной почты: </w:t>
            </w:r>
            <w:r w:rsidRPr="00673D98">
              <w:rPr>
                <w:sz w:val="20"/>
                <w:szCs w:val="20"/>
                <w:lang w:val="ru-RU"/>
              </w:rPr>
              <w:t>[</w:t>
            </w:r>
            <w:r>
              <w:rPr>
                <w:sz w:val="20"/>
                <w:szCs w:val="20"/>
              </w:rPr>
              <w:t>email</w:t>
            </w:r>
            <w:r w:rsidRPr="00673D98">
              <w:rPr>
                <w:sz w:val="20"/>
                <w:szCs w:val="20"/>
                <w:lang w:val="ru-RU"/>
              </w:rPr>
              <w:t xml:space="preserve"> заказчика]</w:t>
            </w:r>
          </w:p>
        </w:tc>
      </w:tr>
      <w:tr w:rsidR="00996AC7" w:rsidRPr="007E39B2" w14:paraId="1E6661CC" w14:textId="77777777" w:rsidTr="00154CD7">
        <w:trPr>
          <w:trHeight w:val="3066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8CBCB" w14:textId="77777777" w:rsidR="00996AC7" w:rsidRDefault="00537772">
            <w:pPr>
              <w:pStyle w:val="Aff8"/>
              <w:spacing w:after="0"/>
            </w:pPr>
            <w:r>
              <w:rPr>
                <w:b/>
                <w:bCs/>
                <w:sz w:val="20"/>
                <w:szCs w:val="20"/>
                <w:lang w:val="ru-RU"/>
              </w:rPr>
              <w:t>Исполнитель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EEB43" w14:textId="77777777" w:rsidR="00996AC7" w:rsidRPr="00673D98" w:rsidRDefault="00537772">
            <w:pPr>
              <w:pStyle w:val="Aff8"/>
              <w:spacing w:after="0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Индивидуальный предприниматель</w:t>
            </w:r>
          </w:p>
          <w:p w14:paraId="61D42BE0" w14:textId="77777777" w:rsidR="00996AC7" w:rsidRPr="00673D98" w:rsidRDefault="00537772">
            <w:pPr>
              <w:pStyle w:val="Aff8"/>
              <w:spacing w:after="0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ФИО (полностью):</w:t>
            </w:r>
            <w:r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ru-RU"/>
              </w:rPr>
              <w:t>[ФИО физического лица]</w:t>
            </w:r>
          </w:p>
          <w:p w14:paraId="23A4159B" w14:textId="77777777" w:rsidR="00996AC7" w:rsidRPr="00673D98" w:rsidRDefault="00537772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ОГРНИП: [ОГРНИП]</w:t>
            </w:r>
          </w:p>
          <w:p w14:paraId="68DD9DFE" w14:textId="77777777" w:rsidR="00996AC7" w:rsidRPr="00673D98" w:rsidRDefault="00537772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ИНН:</w:t>
            </w:r>
            <w:r>
              <w:rPr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[ИНН]</w:t>
            </w:r>
          </w:p>
          <w:p w14:paraId="19030C71" w14:textId="77777777" w:rsidR="00996AC7" w:rsidRPr="00673D98" w:rsidRDefault="00537772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Адрес регистрации: [Адрес регистрации]</w:t>
            </w:r>
          </w:p>
          <w:p w14:paraId="2501057F" w14:textId="77777777" w:rsidR="00996AC7" w:rsidRPr="00673D98" w:rsidRDefault="00537772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Расчётный счёт: [Расчетный счет]</w:t>
            </w:r>
          </w:p>
          <w:p w14:paraId="333CA6B0" w14:textId="77777777" w:rsidR="00996AC7" w:rsidRPr="00673D98" w:rsidRDefault="00537772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Банк: [Банк]</w:t>
            </w:r>
          </w:p>
          <w:p w14:paraId="38D387B4" w14:textId="77777777" w:rsidR="00996AC7" w:rsidRPr="00673D98" w:rsidRDefault="00537772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БИК: [БИК]</w:t>
            </w:r>
          </w:p>
          <w:p w14:paraId="2609CF19" w14:textId="77777777" w:rsidR="00996AC7" w:rsidRPr="00673D98" w:rsidRDefault="00537772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Корр. счёт: [Корреспондентский счет]</w:t>
            </w:r>
          </w:p>
          <w:p w14:paraId="615AA93A" w14:textId="77777777" w:rsidR="00996AC7" w:rsidRPr="00673D98" w:rsidRDefault="00537772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Номер телефона: [Номер телефона]</w:t>
            </w:r>
          </w:p>
          <w:p w14:paraId="6E1B0A48" w14:textId="77777777" w:rsidR="00996AC7" w:rsidRPr="00673D98" w:rsidRDefault="00537772">
            <w:pPr>
              <w:pStyle w:val="Aff8"/>
              <w:spacing w:after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Адрес электронной почты: [Адрес электронной почты]</w:t>
            </w:r>
          </w:p>
        </w:tc>
      </w:tr>
    </w:tbl>
    <w:p w14:paraId="58C2897A" w14:textId="77777777" w:rsidR="00996AC7" w:rsidRPr="00673D98" w:rsidRDefault="00996AC7">
      <w:pPr>
        <w:pStyle w:val="Aff8"/>
        <w:widowControl w:val="0"/>
        <w:spacing w:line="240" w:lineRule="auto"/>
        <w:ind w:left="540" w:hanging="540"/>
        <w:rPr>
          <w:b/>
          <w:bCs/>
          <w:lang w:val="ru-RU"/>
        </w:rPr>
      </w:pPr>
    </w:p>
    <w:p w14:paraId="3A20FA44" w14:textId="77777777" w:rsidR="00996AC7" w:rsidRPr="00673D98" w:rsidRDefault="00996AC7">
      <w:pPr>
        <w:pStyle w:val="Aff8"/>
        <w:widowControl w:val="0"/>
        <w:spacing w:line="240" w:lineRule="auto"/>
        <w:ind w:left="432" w:hanging="432"/>
        <w:rPr>
          <w:b/>
          <w:bCs/>
          <w:lang w:val="ru-RU"/>
        </w:rPr>
      </w:pPr>
    </w:p>
    <w:p w14:paraId="72D352A2" w14:textId="77777777" w:rsidR="00996AC7" w:rsidRDefault="00537772">
      <w:pPr>
        <w:pStyle w:val="Aff8"/>
        <w:jc w:val="center"/>
        <w:rPr>
          <w:b/>
          <w:bCs/>
        </w:rPr>
      </w:pPr>
      <w:r>
        <w:rPr>
          <w:b/>
          <w:bCs/>
        </w:rPr>
        <w:t>КОММЕРЧЕСКИЕ УСЛОВИЯ ДОГОВОРА</w:t>
      </w:r>
    </w:p>
    <w:tbl>
      <w:tblPr>
        <w:tblW w:w="8647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577"/>
        <w:gridCol w:w="5070"/>
      </w:tblGrid>
      <w:tr w:rsidR="00996AC7" w14:paraId="3FE618CC" w14:textId="77777777" w:rsidTr="00154CD7">
        <w:trPr>
          <w:trHeight w:val="27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60A29" w14:textId="77777777" w:rsidR="00996AC7" w:rsidRPr="005C5D42" w:rsidRDefault="00537772" w:rsidP="005C5D42">
            <w:pPr>
              <w:pStyle w:val="Aff8"/>
              <w:jc w:val="center"/>
              <w:rPr>
                <w:b/>
                <w:bCs/>
              </w:rPr>
            </w:pPr>
            <w:r w:rsidRPr="005C5D42">
              <w:rPr>
                <w:b/>
                <w:bCs/>
                <w:sz w:val="20"/>
                <w:szCs w:val="20"/>
                <w:lang w:val="ru-RU"/>
              </w:rPr>
              <w:t>Условие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0A3BB" w14:textId="77777777" w:rsidR="00996AC7" w:rsidRPr="005C5D42" w:rsidRDefault="00537772" w:rsidP="005C5D42">
            <w:pPr>
              <w:pStyle w:val="Aff8"/>
              <w:jc w:val="center"/>
              <w:rPr>
                <w:b/>
                <w:bCs/>
              </w:rPr>
            </w:pPr>
            <w:r w:rsidRPr="005C5D42">
              <w:rPr>
                <w:b/>
                <w:bCs/>
                <w:sz w:val="20"/>
                <w:szCs w:val="20"/>
                <w:lang w:val="ru-RU"/>
              </w:rPr>
              <w:t>Содержание</w:t>
            </w:r>
          </w:p>
        </w:tc>
      </w:tr>
      <w:tr w:rsidR="00996AC7" w14:paraId="3DB4D2F1" w14:textId="77777777" w:rsidTr="00154CD7">
        <w:trPr>
          <w:trHeight w:val="27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2181B" w14:textId="77777777" w:rsidR="00996AC7" w:rsidRDefault="00537772">
            <w:pPr>
              <w:pStyle w:val="Aff8"/>
              <w:spacing w:after="0" w:line="240" w:lineRule="auto"/>
            </w:pPr>
            <w:r>
              <w:rPr>
                <w:b/>
                <w:bCs/>
                <w:sz w:val="20"/>
                <w:szCs w:val="20"/>
                <w:lang w:val="ru-RU"/>
              </w:rPr>
              <w:t>Функция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3C762" w14:textId="77777777" w:rsidR="00996AC7" w:rsidRDefault="00537772">
            <w:pPr>
              <w:pStyle w:val="Aff8"/>
              <w:spacing w:after="0" w:line="240" w:lineRule="auto"/>
            </w:pPr>
            <w:r>
              <w:rPr>
                <w:sz w:val="20"/>
                <w:szCs w:val="20"/>
                <w:lang w:val="ru-RU"/>
              </w:rPr>
              <w:t>[Должность]</w:t>
            </w:r>
          </w:p>
        </w:tc>
      </w:tr>
      <w:tr w:rsidR="00996AC7" w14:paraId="73DA65C0" w14:textId="77777777" w:rsidTr="00154CD7">
        <w:trPr>
          <w:trHeight w:val="27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D474F" w14:textId="77777777" w:rsidR="00996AC7" w:rsidRDefault="00537772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t>Предмет (перечень услуг)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580C8" w14:textId="77777777" w:rsidR="00996AC7" w:rsidRDefault="00537772">
            <w:pPr>
              <w:pStyle w:val="Aff8"/>
            </w:pPr>
            <w:r>
              <w:rPr>
                <w:sz w:val="20"/>
                <w:szCs w:val="20"/>
                <w:lang w:val="ru-RU"/>
              </w:rPr>
              <w:t>[Работа]</w:t>
            </w:r>
          </w:p>
        </w:tc>
      </w:tr>
      <w:tr w:rsidR="00996AC7" w14:paraId="765713CF" w14:textId="77777777" w:rsidTr="00154CD7">
        <w:trPr>
          <w:trHeight w:val="1267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E6293" w14:textId="77777777" w:rsidR="00996AC7" w:rsidRDefault="00537772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t>Описание проекта клиента Заказчика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86391" w14:textId="77777777" w:rsidR="00996AC7" w:rsidRPr="00673D98" w:rsidRDefault="00537772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Наименование проекта: [Наименование проекта]</w:t>
            </w:r>
          </w:p>
          <w:p w14:paraId="6C30740F" w14:textId="77777777" w:rsidR="00996AC7" w:rsidRPr="00673D98" w:rsidRDefault="00537772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Хронометраж в сек.: [хронометраж, сек]</w:t>
            </w:r>
          </w:p>
          <w:p w14:paraId="19E1611B" w14:textId="77777777" w:rsidR="00996AC7" w:rsidRDefault="00537772">
            <w:pPr>
              <w:pStyle w:val="Aff8"/>
            </w:pPr>
            <w:r>
              <w:rPr>
                <w:sz w:val="20"/>
                <w:szCs w:val="20"/>
                <w:lang w:val="ru-RU"/>
              </w:rPr>
              <w:t>Условное наименование: [Условное наименование]</w:t>
            </w:r>
          </w:p>
        </w:tc>
      </w:tr>
      <w:tr w:rsidR="00996AC7" w:rsidRPr="007E39B2" w14:paraId="02BE90B3" w14:textId="77777777" w:rsidTr="00154CD7">
        <w:trPr>
          <w:trHeight w:val="27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FE596" w14:textId="77777777" w:rsidR="00996AC7" w:rsidRDefault="00537772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t>Сроки выполнения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768DB" w14:textId="77777777" w:rsidR="00996AC7" w:rsidRPr="00673D98" w:rsidRDefault="00537772">
            <w:pPr>
              <w:pStyle w:val="Aff8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 [дата начала] по [дата окончания]</w:t>
            </w:r>
          </w:p>
        </w:tc>
      </w:tr>
      <w:tr w:rsidR="00996AC7" w:rsidRPr="007E39B2" w14:paraId="1CADC2E1" w14:textId="77777777" w:rsidTr="00154CD7">
        <w:trPr>
          <w:trHeight w:val="830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1CF29" w14:textId="77777777" w:rsidR="00996AC7" w:rsidRDefault="00537772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t>Стоимость услуг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53137" w14:textId="77777777" w:rsidR="00996AC7" w:rsidRPr="00673D98" w:rsidRDefault="00537772">
            <w:pPr>
              <w:pStyle w:val="Aff8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[сумма цифрами] рублей ([сумма прописью] рублей 00 копеек)</w:t>
            </w:r>
            <w:r>
              <w:rPr>
                <w:sz w:val="20"/>
                <w:szCs w:val="20"/>
                <w:lang w:val="ru-RU"/>
              </w:rPr>
              <w:br/>
              <w:t>НДС не облагается (на основании ст. 346.11 НК РФ).</w:t>
            </w:r>
          </w:p>
        </w:tc>
      </w:tr>
      <w:tr w:rsidR="00996AC7" w14:paraId="5B62D7D9" w14:textId="77777777" w:rsidTr="00154CD7">
        <w:trPr>
          <w:trHeight w:val="340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9F88B" w14:textId="77777777" w:rsidR="00996AC7" w:rsidRDefault="00537772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lastRenderedPageBreak/>
              <w:t>Порядок расчетов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0DF49" w14:textId="77777777" w:rsidR="00996AC7" w:rsidRDefault="00537772">
            <w:pPr>
              <w:pStyle w:val="B"/>
            </w:pPr>
            <w:r>
              <w:rPr>
                <w:rFonts w:ascii="Calibri" w:hAnsi="Calibri"/>
                <w:sz w:val="20"/>
                <w:szCs w:val="20"/>
              </w:rPr>
              <w:t>[Порядок расчетов]</w:t>
            </w:r>
          </w:p>
        </w:tc>
      </w:tr>
      <w:tr w:rsidR="00996AC7" w:rsidRPr="007E39B2" w14:paraId="7C1969CA" w14:textId="77777777" w:rsidTr="00154CD7">
        <w:trPr>
          <w:trHeight w:val="3487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F820F" w14:textId="77777777" w:rsidR="00996AC7" w:rsidRDefault="00537772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t>Ответственные менеджеры (контакты)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D7EAC" w14:textId="77777777" w:rsidR="00996AC7" w:rsidRPr="00673D98" w:rsidRDefault="00537772">
            <w:pPr>
              <w:pStyle w:val="Aff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От Заказчика: </w:t>
            </w:r>
          </w:p>
          <w:p w14:paraId="1E6164D4" w14:textId="77777777" w:rsidR="00996AC7" w:rsidRPr="00673D98" w:rsidRDefault="00537772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Электронная почта: [Адрес электронной почты ответственного менеджера заказчика]</w:t>
            </w:r>
          </w:p>
          <w:p w14:paraId="1965D26A" w14:textId="77777777" w:rsidR="00996AC7" w:rsidRPr="00673D98" w:rsidRDefault="00537772">
            <w:pPr>
              <w:pStyle w:val="Aff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Телефон/телеграмм: [Telegram ответственного менеджера заказчика]</w:t>
            </w:r>
          </w:p>
          <w:p w14:paraId="7245E53A" w14:textId="77777777" w:rsidR="00996AC7" w:rsidRPr="00673D98" w:rsidRDefault="00537772">
            <w:pPr>
              <w:pStyle w:val="Aff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br/>
              <w:t xml:space="preserve">От Исполнителя: </w:t>
            </w:r>
          </w:p>
          <w:p w14:paraId="7E77CF2A" w14:textId="77777777" w:rsidR="00996AC7" w:rsidRPr="00673D98" w:rsidRDefault="00537772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Электронная почта: [Адрес электронной почты ответственного менеджера исполнителя]</w:t>
            </w:r>
          </w:p>
          <w:p w14:paraId="55536A14" w14:textId="77777777" w:rsidR="00996AC7" w:rsidRPr="00673D98" w:rsidRDefault="00537772">
            <w:pPr>
              <w:pStyle w:val="Aff8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Телефон</w:t>
            </w:r>
            <w:r>
              <w:rPr>
                <w:lang w:val="ru-RU"/>
              </w:rPr>
              <w:t>/</w:t>
            </w:r>
            <w:r>
              <w:rPr>
                <w:sz w:val="20"/>
                <w:szCs w:val="20"/>
                <w:lang w:val="ru-RU"/>
              </w:rPr>
              <w:t>телеграмм</w:t>
            </w:r>
            <w:r>
              <w:rPr>
                <w:lang w:val="ru-RU"/>
              </w:rPr>
              <w:t>:</w:t>
            </w:r>
            <w:r>
              <w:rPr>
                <w:sz w:val="20"/>
                <w:szCs w:val="20"/>
                <w:lang w:val="ru-RU"/>
              </w:rPr>
              <w:t>[Telegram ответственного менеджера исполнителя]</w:t>
            </w:r>
          </w:p>
        </w:tc>
      </w:tr>
      <w:tr w:rsidR="00996AC7" w14:paraId="738D42AF" w14:textId="77777777" w:rsidTr="00154CD7">
        <w:trPr>
          <w:trHeight w:val="27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C5321" w14:textId="77777777" w:rsidR="00996AC7" w:rsidRDefault="00537772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t>Иные специальные условия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E16CA" w14:textId="77777777" w:rsidR="00996AC7" w:rsidRDefault="00537772">
            <w:pPr>
              <w:pStyle w:val="Aff8"/>
            </w:pPr>
            <w:r>
              <w:rPr>
                <w:sz w:val="20"/>
                <w:szCs w:val="20"/>
                <w:lang w:val="ru-RU"/>
              </w:rPr>
              <w:t>Не применяются</w:t>
            </w:r>
          </w:p>
        </w:tc>
      </w:tr>
    </w:tbl>
    <w:p w14:paraId="1924CD78" w14:textId="11E02CB9" w:rsidR="00996AC7" w:rsidRDefault="00996AC7">
      <w:pPr>
        <w:pStyle w:val="Aff8"/>
      </w:pPr>
    </w:p>
    <w:p w14:paraId="33EB394E" w14:textId="77777777" w:rsidR="00996AC7" w:rsidRDefault="00537772">
      <w:pPr>
        <w:pStyle w:val="Aff8"/>
        <w:jc w:val="center"/>
        <w:rPr>
          <w:b/>
          <w:bCs/>
        </w:rPr>
      </w:pPr>
      <w:r>
        <w:rPr>
          <w:b/>
          <w:bCs/>
        </w:rPr>
        <w:t>ОСНОВНЫЕ УСЛОВИЯ ДОГОВОРА</w:t>
      </w:r>
    </w:p>
    <w:p w14:paraId="62022E77" w14:textId="77777777" w:rsidR="00996AC7" w:rsidRDefault="00537772">
      <w:pPr>
        <w:pStyle w:val="Aff8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ПРЕДМЕТ ДОГОВОРА</w:t>
      </w:r>
    </w:p>
    <w:p w14:paraId="08BD6FDD" w14:textId="77777777" w:rsidR="00996AC7" w:rsidRDefault="00537772">
      <w:pPr>
        <w:pStyle w:val="Aff8"/>
        <w:numPr>
          <w:ilvl w:val="1"/>
          <w:numId w:val="10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обязуется по заданию Заказчика оказать услуги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указанные в таблице «Коммерческие условия Договора» </w:t>
      </w:r>
      <w:r w:rsidRPr="00673D98">
        <w:rPr>
          <w:rStyle w:val="Aff9"/>
          <w:sz w:val="20"/>
          <w:szCs w:val="20"/>
          <w:lang w:val="ru-RU"/>
        </w:rPr>
        <w:t>(</w:t>
      </w:r>
      <w:r w:rsidRPr="00673D98">
        <w:rPr>
          <w:sz w:val="20"/>
          <w:szCs w:val="20"/>
          <w:lang w:val="ru-RU"/>
        </w:rPr>
        <w:t>далее — «</w:t>
      </w:r>
      <w:r w:rsidRPr="00673D98">
        <w:rPr>
          <w:b/>
          <w:bCs/>
          <w:sz w:val="20"/>
          <w:szCs w:val="20"/>
          <w:lang w:val="ru-RU"/>
        </w:rPr>
        <w:t>Услуги</w:t>
      </w:r>
      <w:r>
        <w:rPr>
          <w:sz w:val="20"/>
          <w:szCs w:val="20"/>
          <w:lang w:val="it-IT"/>
        </w:rPr>
        <w:t>»</w:t>
      </w:r>
      <w:r w:rsidRPr="00673D98">
        <w:rPr>
          <w:rStyle w:val="Aff9"/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>а Заказчик обязуется оплатить оказанные Услуги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66792296" w14:textId="77777777" w:rsidR="00996AC7" w:rsidRDefault="00537772">
      <w:pPr>
        <w:pStyle w:val="Aff8"/>
        <w:numPr>
          <w:ilvl w:val="1"/>
          <w:numId w:val="10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Качество Услуг должно соответствовать требованиям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обычно предъявляемым к услугам соответствующего рода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а также специальным требованиям Заказчика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если таковые были закреплены в техническом задании или переписке Сторон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5030C243" w14:textId="77777777" w:rsidR="00996AC7" w:rsidRDefault="00537772">
      <w:pPr>
        <w:pStyle w:val="Aff8"/>
        <w:numPr>
          <w:ilvl w:val="1"/>
          <w:numId w:val="10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подтверждает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что при оказании Услуг не создаёт и не будет создавать никакие результаты интеллектуальной деятельности </w:t>
      </w:r>
      <w:r w:rsidRPr="00673D98">
        <w:rPr>
          <w:rStyle w:val="Aff9"/>
          <w:sz w:val="20"/>
          <w:szCs w:val="20"/>
          <w:lang w:val="ru-RU"/>
        </w:rPr>
        <w:t xml:space="preserve">(РИД), </w:t>
      </w:r>
      <w:r>
        <w:rPr>
          <w:sz w:val="20"/>
          <w:szCs w:val="20"/>
          <w:lang w:val="ru-RU"/>
        </w:rPr>
        <w:t>не подлежащие отчислению в пользу Заказчика</w:t>
      </w:r>
      <w:r w:rsidRPr="00673D98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Заказчик и любые третьи лица вправе использовать результаты услуг без обозначения авторства Исполнителя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79996226" w14:textId="77777777" w:rsidR="00996AC7" w:rsidRDefault="00537772">
      <w:pPr>
        <w:pStyle w:val="Aff8"/>
        <w:numPr>
          <w:ilvl w:val="1"/>
          <w:numId w:val="10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Заказчик вправе устанавливать промежуточные сроки </w:t>
      </w:r>
      <w:r w:rsidRPr="00673D98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этапы</w:t>
      </w:r>
      <w:r w:rsidRPr="00673D98">
        <w:rPr>
          <w:rStyle w:val="Aff9"/>
          <w:sz w:val="20"/>
          <w:szCs w:val="20"/>
          <w:lang w:val="ru-RU"/>
        </w:rPr>
        <w:t xml:space="preserve">) оказания Услуг. </w:t>
      </w:r>
      <w:r>
        <w:rPr>
          <w:sz w:val="20"/>
          <w:szCs w:val="20"/>
          <w:lang w:val="ru-RU"/>
        </w:rPr>
        <w:t xml:space="preserve">Такие сроки согласовываются Сторонами в рабочей переписке </w:t>
      </w:r>
      <w:r w:rsidRPr="00673D98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по электронной почте или в мессенджерах</w:t>
      </w:r>
      <w:r w:rsidRPr="00673D98">
        <w:rPr>
          <w:rStyle w:val="Aff9"/>
          <w:sz w:val="20"/>
          <w:szCs w:val="20"/>
          <w:lang w:val="ru-RU"/>
        </w:rPr>
        <w:t xml:space="preserve">) </w:t>
      </w:r>
      <w:r>
        <w:rPr>
          <w:sz w:val="20"/>
          <w:szCs w:val="20"/>
          <w:lang w:val="ru-RU"/>
        </w:rPr>
        <w:t xml:space="preserve">и являются обязательными для Исполнителя с момента их подтверждения или отсутствия возражений в течение </w:t>
      </w:r>
      <w:r w:rsidRPr="00673D98">
        <w:rPr>
          <w:rStyle w:val="Aff9"/>
          <w:sz w:val="20"/>
          <w:szCs w:val="20"/>
          <w:lang w:val="ru-RU"/>
        </w:rPr>
        <w:t>1 (одного) рабочего дня.</w:t>
      </w:r>
    </w:p>
    <w:p w14:paraId="0C573588" w14:textId="77777777" w:rsidR="00996AC7" w:rsidRDefault="00537772">
      <w:pPr>
        <w:pStyle w:val="Aff8"/>
        <w:numPr>
          <w:ilvl w:val="0"/>
          <w:numId w:val="11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СТАТУС ИСПОЛНИТЕЛЯ</w:t>
      </w:r>
    </w:p>
    <w:p w14:paraId="08AD6146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Стороны прямо подтверждают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настоящий Договор является гражданско</w:t>
      </w:r>
      <w:r w:rsidRPr="00673D98">
        <w:rPr>
          <w:rStyle w:val="Aff9"/>
          <w:sz w:val="20"/>
          <w:szCs w:val="20"/>
          <w:lang w:val="ru-RU"/>
        </w:rPr>
        <w:t>-</w:t>
      </w:r>
      <w:r>
        <w:rPr>
          <w:sz w:val="20"/>
          <w:szCs w:val="20"/>
          <w:lang w:val="ru-RU"/>
        </w:rPr>
        <w:t>правовым соглашением</w:t>
      </w:r>
      <w:r w:rsidRPr="00673D98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Между Сторонами отсутствуют трудовые отношения</w:t>
      </w:r>
      <w:r w:rsidRPr="00673D98">
        <w:rPr>
          <w:rStyle w:val="Aff9"/>
          <w:sz w:val="20"/>
          <w:szCs w:val="20"/>
          <w:lang w:val="ru-RU"/>
        </w:rPr>
        <w:t xml:space="preserve">; </w:t>
      </w:r>
      <w:r>
        <w:rPr>
          <w:sz w:val="20"/>
          <w:szCs w:val="20"/>
          <w:lang w:val="ru-RU"/>
        </w:rPr>
        <w:t>Исполнитель не подчиняется правилам внутреннего трудового распорядка Заказчика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7E797D1D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самостоятельно определяет способы выполнения задания Заказчика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режим своего рабочего времени и место оказания услуг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используя собственное оборудование и ресурсы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если иное прямо не оговорено Сторонами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15C1B4B4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lastRenderedPageBreak/>
        <w:t xml:space="preserve"> Исполнитель самостоятельно несет ответственность за декларирование своих доходов и уплату применимых налогов </w:t>
      </w:r>
      <w:r w:rsidRPr="00673D98">
        <w:rPr>
          <w:rStyle w:val="Aff9"/>
          <w:sz w:val="20"/>
          <w:szCs w:val="20"/>
          <w:lang w:val="ru-RU"/>
        </w:rPr>
        <w:t xml:space="preserve">(налогов по УСН) </w:t>
      </w:r>
      <w:r>
        <w:rPr>
          <w:sz w:val="20"/>
          <w:szCs w:val="20"/>
          <w:lang w:val="ru-RU"/>
        </w:rPr>
        <w:t>и обязательных платежей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433E17E9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оказывает услуги лично или привлекает субподрядчиков на основании отдельного согласия Заказчика исключительно за свой счёт и под свою ответственность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40281A2A" w14:textId="77777777" w:rsidR="00996AC7" w:rsidRDefault="00537772">
      <w:pPr>
        <w:pStyle w:val="Aff8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ПОРЯДОК СДАЧИ-ПРИЕМКИ УСЛУГ</w:t>
      </w:r>
    </w:p>
    <w:p w14:paraId="5D8092E6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По факту завершения Услуг Исполнитель направляет Заказчику Акт сдачи</w:t>
      </w:r>
      <w:r w:rsidRPr="00673D98">
        <w:rPr>
          <w:rStyle w:val="Aff9"/>
          <w:sz w:val="20"/>
          <w:szCs w:val="20"/>
          <w:lang w:val="ru-RU"/>
        </w:rPr>
        <w:t>-</w:t>
      </w:r>
      <w:r>
        <w:rPr>
          <w:sz w:val="20"/>
          <w:szCs w:val="20"/>
          <w:lang w:val="ru-RU"/>
        </w:rPr>
        <w:t>приемки оказанных услуг по форме</w:t>
      </w:r>
      <w:r w:rsidRPr="00673D98">
        <w:rPr>
          <w:rStyle w:val="Aff9"/>
          <w:sz w:val="20"/>
          <w:szCs w:val="20"/>
          <w:lang w:val="ru-RU"/>
        </w:rPr>
        <w:t>, установленной Заказчиком.</w:t>
      </w:r>
    </w:p>
    <w:p w14:paraId="289072FF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Заказчик обязуется рассмотреть полученный Акт и в течение </w:t>
      </w:r>
      <w:r w:rsidRPr="00673D98">
        <w:rPr>
          <w:b/>
          <w:bCs/>
          <w:sz w:val="20"/>
          <w:szCs w:val="20"/>
          <w:lang w:val="ru-RU"/>
        </w:rPr>
        <w:t>5 (пяти) рабочих дней</w:t>
      </w:r>
      <w:r>
        <w:rPr>
          <w:sz w:val="20"/>
          <w:szCs w:val="20"/>
          <w:lang w:val="ru-RU"/>
        </w:rPr>
        <w:t xml:space="preserve"> направить Исполнителю подписанный экземпляр Акта либо мотивированный отказ от приемки Услуг с перечнем выявленных недостатков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48987AA0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случае получения мотивированного отказа Исполнитель обязуется устранить выявленные недостатки собственными силами и за свой счет в срок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согласованный Сторонами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но не превышающий </w:t>
      </w:r>
      <w:r w:rsidRPr="00673D98">
        <w:rPr>
          <w:b/>
          <w:bCs/>
          <w:sz w:val="20"/>
          <w:szCs w:val="20"/>
          <w:lang w:val="ru-RU"/>
        </w:rPr>
        <w:t xml:space="preserve">5 (пяти) </w:t>
      </w:r>
      <w:r>
        <w:rPr>
          <w:b/>
          <w:bCs/>
          <w:sz w:val="20"/>
          <w:szCs w:val="20"/>
          <w:lang w:val="ru-RU"/>
        </w:rPr>
        <w:t>календарных дней</w:t>
      </w:r>
      <w:r w:rsidRPr="00673D98">
        <w:rPr>
          <w:rStyle w:val="Aff9"/>
          <w:sz w:val="20"/>
          <w:szCs w:val="20"/>
          <w:lang w:val="ru-RU"/>
        </w:rPr>
        <w:t>.</w:t>
      </w:r>
      <w:r w:rsidRPr="00673D98">
        <w:rPr>
          <w:b/>
          <w:bCs/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Если Исполнитель не устранит недостатки в срок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Заказчик имеет право устранить их самостоятельно или с привлечением третьих лиц и потребовать от Исполнителя возмещения понесенных расходов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1CA52BBC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</w:rPr>
      </w:pPr>
      <w:r w:rsidRPr="00673D98">
        <w:rPr>
          <w:rStyle w:val="Aff9"/>
          <w:sz w:val="20"/>
          <w:szCs w:val="20"/>
          <w:lang w:val="ru-RU"/>
        </w:rPr>
        <w:t xml:space="preserve">Доработки, </w:t>
      </w:r>
      <w:r>
        <w:rPr>
          <w:sz w:val="20"/>
          <w:szCs w:val="20"/>
          <w:lang w:val="ru-RU"/>
        </w:rPr>
        <w:t>выполняемые в рамках исходного технического задания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входят в общую стоимость Договора и оплачиваются в составе основного вознаграждения</w:t>
      </w:r>
      <w:r w:rsidRPr="00673D98">
        <w:rPr>
          <w:rStyle w:val="Aff9"/>
          <w:sz w:val="20"/>
          <w:szCs w:val="20"/>
          <w:lang w:val="ru-RU"/>
        </w:rPr>
        <w:t xml:space="preserve">. Услуги, </w:t>
      </w:r>
      <w:r>
        <w:rPr>
          <w:sz w:val="20"/>
          <w:szCs w:val="20"/>
          <w:lang w:val="ru-RU"/>
        </w:rPr>
        <w:t>выходящие за рамки исходного технического задания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признаются дополнительными и оплачиваются отдельно по согласованию Сторон на условиях</w:t>
      </w:r>
      <w:r>
        <w:rPr>
          <w:rStyle w:val="Aff9"/>
          <w:sz w:val="20"/>
          <w:szCs w:val="20"/>
        </w:rPr>
        <w:t xml:space="preserve">, </w:t>
      </w:r>
      <w:r>
        <w:rPr>
          <w:sz w:val="20"/>
          <w:szCs w:val="20"/>
          <w:lang w:val="ru-RU"/>
        </w:rPr>
        <w:t>оформленного дополнительного соглашения</w:t>
      </w:r>
      <w:r>
        <w:rPr>
          <w:rStyle w:val="Aff9"/>
          <w:sz w:val="20"/>
          <w:szCs w:val="20"/>
        </w:rPr>
        <w:t>.</w:t>
      </w:r>
    </w:p>
    <w:p w14:paraId="078B9C73" w14:textId="77777777" w:rsidR="00996AC7" w:rsidRDefault="00537772">
      <w:pPr>
        <w:pStyle w:val="Aff8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ПОРЯДОК ОПЛАТЫ УСЛУГ</w:t>
      </w:r>
    </w:p>
    <w:p w14:paraId="11FD9064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Расчеты производятся в безналичном порядке путем перечисления денежных средств на расчетный счет Исполнителя</w:t>
      </w:r>
      <w:r w:rsidRPr="00673D98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Датой оплаты считается дата списания денежных средств с расчетного счета Заказчика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4799110A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Стоимость услуг является твердой и включает в себя компенсацию всех издержек Исполнителя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необходимых для исполнения Договора</w:t>
      </w:r>
      <w:r w:rsidRPr="00673D98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Дополнительные расходы подлежат возмещению только при наличии предварительного письменного согласия Заказчика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562F75C3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Обязательство Заказчика по оплате возникает только при наличии подписанного обеими Сторонами Акта сдачи</w:t>
      </w:r>
      <w:r w:rsidRPr="00673D98">
        <w:rPr>
          <w:rStyle w:val="Aff9"/>
          <w:sz w:val="20"/>
          <w:szCs w:val="20"/>
          <w:lang w:val="ru-RU"/>
        </w:rPr>
        <w:t>-</w:t>
      </w:r>
      <w:r>
        <w:rPr>
          <w:sz w:val="20"/>
          <w:szCs w:val="20"/>
          <w:lang w:val="ru-RU"/>
        </w:rPr>
        <w:t>приемки Услуг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75C59E77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Заказчик имеет право приостановить оплату услуг в случае выявления недостатков до момента их полного устранения Исполнителем</w:t>
      </w:r>
      <w:r w:rsidRPr="00673D98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Начисление неустойки за просрочку оплаты в этот период не производится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395D3943" w14:textId="77777777" w:rsidR="00996AC7" w:rsidRDefault="00537772">
      <w:pPr>
        <w:pStyle w:val="Aff8"/>
        <w:numPr>
          <w:ilvl w:val="1"/>
          <w:numId w:val="9"/>
        </w:numPr>
        <w:spacing w:before="240" w:after="24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Заказчик вправе в одностороннем внесудебном порядке уменьшить сумму платежа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причитающуюся Исполнителю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на сумму начисленных неустоек </w:t>
      </w:r>
      <w:r w:rsidRPr="00673D98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штрафов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пеней</w:t>
      </w:r>
      <w:r w:rsidRPr="00673D98">
        <w:rPr>
          <w:rStyle w:val="Aff9"/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>а также убытков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подлежащих возмещению Исполнителем по настоящему Договору</w:t>
      </w:r>
      <w:r w:rsidRPr="00673D98">
        <w:rPr>
          <w:rStyle w:val="Aff9"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br/>
        <w:t xml:space="preserve"> В этом случае обязательство Заказчика по оплате считается прекращенным в соответствующей части </w:t>
      </w:r>
      <w:r w:rsidRPr="00673D98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в части удержанной суммы</w:t>
      </w:r>
      <w:r w:rsidRPr="00673D98">
        <w:rPr>
          <w:rStyle w:val="Aff9"/>
          <w:sz w:val="20"/>
          <w:szCs w:val="20"/>
          <w:lang w:val="ru-RU"/>
        </w:rPr>
        <w:t>) с момента получения Исполнителем уведомления об удержании (</w:t>
      </w:r>
      <w:r>
        <w:rPr>
          <w:sz w:val="20"/>
          <w:szCs w:val="20"/>
          <w:lang w:val="ru-RU"/>
        </w:rPr>
        <w:t>которое может быть включено в Акт сдачи</w:t>
      </w:r>
      <w:r w:rsidRPr="00673D98">
        <w:rPr>
          <w:rStyle w:val="Aff9"/>
          <w:sz w:val="20"/>
          <w:szCs w:val="20"/>
          <w:lang w:val="ru-RU"/>
        </w:rPr>
        <w:t>-</w:t>
      </w:r>
      <w:r>
        <w:rPr>
          <w:sz w:val="20"/>
          <w:szCs w:val="20"/>
          <w:lang w:val="ru-RU"/>
        </w:rPr>
        <w:t>приемки или направлено отдельно по электронной почте</w:t>
      </w:r>
      <w:r w:rsidRPr="00673D98">
        <w:rPr>
          <w:rStyle w:val="Aff9"/>
          <w:sz w:val="20"/>
          <w:szCs w:val="20"/>
          <w:lang w:val="ru-RU"/>
        </w:rPr>
        <w:t>).</w:t>
      </w:r>
    </w:p>
    <w:p w14:paraId="486A86E5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подтверждает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он уведомлен о том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финансирование работ по настоящему Договору осуществляется за счет средств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получаемых от основного клиента Заказчика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и принимает </w:t>
      </w:r>
      <w:r>
        <w:rPr>
          <w:sz w:val="20"/>
          <w:szCs w:val="20"/>
          <w:lang w:val="ru-RU"/>
        </w:rPr>
        <w:lastRenderedPageBreak/>
        <w:t>на себя риски возможной задержки оплаты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связанные с несвоевременным перечислением средств от основного клиента</w:t>
      </w:r>
      <w:r w:rsidRPr="00673D98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В таком случае пени за просрочку не начисляются</w:t>
      </w:r>
      <w:r>
        <w:rPr>
          <w:rStyle w:val="Aff9"/>
          <w:sz w:val="20"/>
          <w:szCs w:val="20"/>
        </w:rPr>
        <w:t>.</w:t>
      </w:r>
    </w:p>
    <w:p w14:paraId="39C5EAF0" w14:textId="77777777" w:rsidR="00996AC7" w:rsidRDefault="00537772">
      <w:pPr>
        <w:pStyle w:val="Aff8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КОНФИДЕНЦИАЛЬНОСТЬ</w:t>
      </w:r>
    </w:p>
    <w:p w14:paraId="78D2DAAB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Стороны обязуются соблюдать режим конфиденциальности в отношении любой информации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полученной в ходе исполнения Договора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включая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но не ограничиваясь</w:t>
      </w:r>
      <w:r w:rsidRPr="00673D98">
        <w:rPr>
          <w:rStyle w:val="Aff9"/>
          <w:sz w:val="20"/>
          <w:szCs w:val="20"/>
          <w:lang w:val="ru-RU"/>
        </w:rPr>
        <w:t xml:space="preserve">: </w:t>
      </w:r>
      <w:r>
        <w:rPr>
          <w:sz w:val="20"/>
          <w:szCs w:val="20"/>
          <w:lang w:val="ru-RU"/>
        </w:rPr>
        <w:t>условия Договора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коммерческие данные</w:t>
      </w:r>
      <w:r w:rsidRPr="00673D98">
        <w:rPr>
          <w:rStyle w:val="Aff9"/>
          <w:sz w:val="20"/>
          <w:szCs w:val="20"/>
          <w:lang w:val="ru-RU"/>
        </w:rPr>
        <w:t xml:space="preserve">, технические задания, </w:t>
      </w:r>
      <w:r>
        <w:rPr>
          <w:sz w:val="20"/>
          <w:szCs w:val="20"/>
          <w:lang w:val="ru-RU"/>
        </w:rPr>
        <w:t>персональные данные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4C1BB806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Обязательство о неразглашении действует в течение всего срока действия Договора и </w:t>
      </w:r>
      <w:r w:rsidRPr="00673D98">
        <w:rPr>
          <w:rStyle w:val="Aff9"/>
          <w:sz w:val="20"/>
          <w:szCs w:val="20"/>
          <w:lang w:val="ru-RU"/>
        </w:rPr>
        <w:t>3 (трех) лет после его прекращения.</w:t>
      </w:r>
    </w:p>
    <w:p w14:paraId="5E6F9937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Конфиденциальное обязательство не применяется к информации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которая</w:t>
      </w:r>
      <w:r w:rsidRPr="00673D98">
        <w:rPr>
          <w:rStyle w:val="Aff9"/>
          <w:sz w:val="20"/>
          <w:szCs w:val="20"/>
          <w:lang w:val="ru-RU"/>
        </w:rPr>
        <w:t xml:space="preserve">: (а) </w:t>
      </w:r>
      <w:r>
        <w:rPr>
          <w:sz w:val="20"/>
          <w:szCs w:val="20"/>
          <w:lang w:val="ru-RU"/>
        </w:rPr>
        <w:t>требуется раскрыть по решению суда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налоговых или государственных органов </w:t>
      </w:r>
      <w:r w:rsidRPr="00673D98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при условии уведомления другой Стороны</w:t>
      </w:r>
      <w:r>
        <w:rPr>
          <w:sz w:val="20"/>
          <w:szCs w:val="20"/>
          <w:lang w:val="it-IT"/>
        </w:rPr>
        <w:t>); (</w:t>
      </w:r>
      <w:r w:rsidRPr="00673D98">
        <w:rPr>
          <w:rStyle w:val="Aff9"/>
          <w:sz w:val="20"/>
          <w:szCs w:val="20"/>
          <w:lang w:val="ru-RU"/>
        </w:rPr>
        <w:t xml:space="preserve">б) </w:t>
      </w:r>
      <w:r>
        <w:rPr>
          <w:sz w:val="20"/>
          <w:szCs w:val="20"/>
          <w:lang w:val="ru-RU"/>
        </w:rPr>
        <w:t>ставшей общеизвестной не по вине раскрывающей Стороны</w:t>
      </w:r>
      <w:r w:rsidRPr="00673D98">
        <w:rPr>
          <w:rStyle w:val="Aff9"/>
          <w:sz w:val="20"/>
          <w:szCs w:val="20"/>
          <w:lang w:val="ru-RU"/>
        </w:rPr>
        <w:t xml:space="preserve">; (в) </w:t>
      </w:r>
      <w:r>
        <w:rPr>
          <w:sz w:val="20"/>
          <w:szCs w:val="20"/>
          <w:lang w:val="ru-RU"/>
        </w:rPr>
        <w:t>предоставляемой собственному юристу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бухгалтеру или налоговому консультанту </w:t>
      </w:r>
      <w:r w:rsidRPr="00673D98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при условии их письменного обязательства хранить тайну</w:t>
      </w:r>
      <w:r w:rsidRPr="00673D98">
        <w:rPr>
          <w:rStyle w:val="Aff9"/>
          <w:sz w:val="20"/>
          <w:szCs w:val="20"/>
          <w:lang w:val="ru-RU"/>
        </w:rPr>
        <w:t>).</w:t>
      </w:r>
    </w:p>
    <w:p w14:paraId="7A55C76A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Заказчик вправе раскрыть содержание Договора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его условия и данные Исполнителя основному клиенту проекта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 рамках которого были оказаны Услуги</w:t>
      </w:r>
      <w:r w:rsidRPr="00673D98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Это не считается нарушением конфиденциальности и является необходимым условием функционирования проекта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47D0380D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В случае нарушения Исполнителем условий конфиденциальности Заказчик вправе требовать штрафа в размере </w:t>
      </w:r>
      <w:r w:rsidRPr="00673D98">
        <w:rPr>
          <w:rStyle w:val="Aff9"/>
          <w:sz w:val="20"/>
          <w:szCs w:val="20"/>
          <w:lang w:val="ru-RU"/>
        </w:rPr>
        <w:t xml:space="preserve">100 000 </w:t>
      </w:r>
      <w:r>
        <w:rPr>
          <w:sz w:val="20"/>
          <w:szCs w:val="20"/>
          <w:lang w:val="ru-RU"/>
        </w:rPr>
        <w:t>рублей за каждый случай неправомерного раскрытия или использования Конфиденциальной информации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а также возмещение понесённых убытков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1A031F05" w14:textId="77777777" w:rsidR="00996AC7" w:rsidRPr="00673D98" w:rsidRDefault="00996AC7">
      <w:pPr>
        <w:pStyle w:val="Aff8"/>
        <w:rPr>
          <w:rStyle w:val="Aff9"/>
          <w:sz w:val="20"/>
          <w:szCs w:val="20"/>
          <w:lang w:val="ru-RU"/>
        </w:rPr>
      </w:pPr>
    </w:p>
    <w:p w14:paraId="04C9C38F" w14:textId="77777777" w:rsidR="00996AC7" w:rsidRDefault="00537772">
      <w:pPr>
        <w:pStyle w:val="Aff8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ТЕХНИКА БЕЗОПАСНОСТИ И ОХРАНА ТРУДА</w:t>
      </w:r>
    </w:p>
    <w:p w14:paraId="4B5FF607" w14:textId="77777777" w:rsidR="00996AC7" w:rsidRPr="00673D98" w:rsidRDefault="00537772">
      <w:pPr>
        <w:pStyle w:val="Aff8"/>
        <w:jc w:val="both"/>
        <w:rPr>
          <w:i/>
          <w:iCs/>
          <w:sz w:val="20"/>
          <w:szCs w:val="20"/>
          <w:u w:val="single"/>
          <w:lang w:val="ru-RU"/>
        </w:rPr>
      </w:pPr>
      <w:r>
        <w:rPr>
          <w:i/>
          <w:iCs/>
          <w:sz w:val="20"/>
          <w:szCs w:val="20"/>
          <w:u w:val="single"/>
          <w:lang w:val="ru-RU"/>
        </w:rPr>
        <w:t>Следующие условия применяются только к Исполнителям</w:t>
      </w:r>
      <w:r w:rsidRPr="00673D98">
        <w:rPr>
          <w:i/>
          <w:iCs/>
          <w:sz w:val="20"/>
          <w:szCs w:val="20"/>
          <w:u w:val="single"/>
          <w:lang w:val="ru-RU"/>
        </w:rPr>
        <w:t xml:space="preserve">, </w:t>
      </w:r>
      <w:r>
        <w:rPr>
          <w:i/>
          <w:iCs/>
          <w:sz w:val="20"/>
          <w:szCs w:val="20"/>
          <w:u w:val="single"/>
          <w:lang w:val="ru-RU"/>
        </w:rPr>
        <w:t xml:space="preserve">оказывающим услуги на физической площадке </w:t>
      </w:r>
      <w:r w:rsidRPr="00673D98">
        <w:rPr>
          <w:i/>
          <w:iCs/>
          <w:sz w:val="20"/>
          <w:szCs w:val="20"/>
          <w:u w:val="single"/>
          <w:lang w:val="ru-RU"/>
        </w:rPr>
        <w:t xml:space="preserve">(например, съемочная площадка) Заказчика. </w:t>
      </w:r>
      <w:r>
        <w:rPr>
          <w:i/>
          <w:iCs/>
          <w:sz w:val="20"/>
          <w:szCs w:val="20"/>
          <w:u w:val="single"/>
          <w:lang w:val="ru-RU"/>
        </w:rPr>
        <w:t xml:space="preserve">Если Исполнитель оказывает услуги полностью дистанционно </w:t>
      </w:r>
      <w:r w:rsidRPr="00673D98">
        <w:rPr>
          <w:i/>
          <w:iCs/>
          <w:sz w:val="20"/>
          <w:szCs w:val="20"/>
          <w:u w:val="single"/>
          <w:lang w:val="ru-RU"/>
        </w:rPr>
        <w:t xml:space="preserve">(через интернет), </w:t>
      </w:r>
      <w:r>
        <w:rPr>
          <w:i/>
          <w:iCs/>
          <w:sz w:val="20"/>
          <w:szCs w:val="20"/>
          <w:u w:val="single"/>
          <w:lang w:val="ru-RU"/>
        </w:rPr>
        <w:t>данный раздел не применяется</w:t>
      </w:r>
      <w:r w:rsidRPr="00673D98">
        <w:rPr>
          <w:i/>
          <w:iCs/>
          <w:sz w:val="20"/>
          <w:szCs w:val="20"/>
          <w:u w:val="single"/>
          <w:lang w:val="ru-RU"/>
        </w:rPr>
        <w:t>.</w:t>
      </w:r>
    </w:p>
    <w:p w14:paraId="3B6E4369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работающий на площадке Заказчика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обязуется</w:t>
      </w:r>
      <w:r w:rsidRPr="00673D98">
        <w:rPr>
          <w:rStyle w:val="Aff9"/>
          <w:sz w:val="20"/>
          <w:szCs w:val="20"/>
          <w:lang w:val="ru-RU"/>
        </w:rPr>
        <w:t>:</w:t>
      </w:r>
    </w:p>
    <w:p w14:paraId="101CD6F5" w14:textId="77777777" w:rsidR="00996AC7" w:rsidRDefault="00537772">
      <w:pPr>
        <w:pStyle w:val="Aff8"/>
        <w:numPr>
          <w:ilvl w:val="0"/>
          <w:numId w:val="12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Соблюдать правила техники безопасности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охраны труда и противопожарной безопасности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действующие на объекте Заказчика</w:t>
      </w:r>
      <w:r w:rsidRPr="00673D98">
        <w:rPr>
          <w:rStyle w:val="Aff9"/>
          <w:sz w:val="20"/>
          <w:szCs w:val="20"/>
          <w:lang w:val="ru-RU"/>
        </w:rPr>
        <w:t>;</w:t>
      </w:r>
    </w:p>
    <w:p w14:paraId="3D6F373E" w14:textId="77777777" w:rsidR="00996AC7" w:rsidRDefault="00537772">
      <w:pPr>
        <w:pStyle w:val="Aff8"/>
        <w:numPr>
          <w:ilvl w:val="0"/>
          <w:numId w:val="12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Использовать средства индивидуальной защиты </w:t>
      </w:r>
      <w:r w:rsidRPr="00673D98">
        <w:rPr>
          <w:rStyle w:val="Aff9"/>
          <w:sz w:val="20"/>
          <w:szCs w:val="20"/>
          <w:lang w:val="ru-RU"/>
        </w:rPr>
        <w:t xml:space="preserve">(СИЗ) </w:t>
      </w:r>
      <w:r>
        <w:rPr>
          <w:sz w:val="20"/>
          <w:szCs w:val="20"/>
          <w:lang w:val="ru-RU"/>
        </w:rPr>
        <w:t>согласно установленным требованиям и инструкциям</w:t>
      </w:r>
      <w:r w:rsidRPr="00673D98">
        <w:rPr>
          <w:rStyle w:val="Aff9"/>
          <w:sz w:val="20"/>
          <w:szCs w:val="20"/>
          <w:lang w:val="ru-RU"/>
        </w:rPr>
        <w:t>;</w:t>
      </w:r>
    </w:p>
    <w:p w14:paraId="6EA70EE0" w14:textId="77777777" w:rsidR="00996AC7" w:rsidRDefault="00537772">
      <w:pPr>
        <w:pStyle w:val="Aff8"/>
        <w:numPr>
          <w:ilvl w:val="0"/>
          <w:numId w:val="12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Не находиться в состоянии алкогольного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наркотического или иного опьянения</w:t>
      </w:r>
      <w:r w:rsidRPr="00673D98">
        <w:rPr>
          <w:rStyle w:val="Aff9"/>
          <w:sz w:val="20"/>
          <w:szCs w:val="20"/>
          <w:lang w:val="ru-RU"/>
        </w:rPr>
        <w:t>;</w:t>
      </w:r>
    </w:p>
    <w:p w14:paraId="19F2A0E9" w14:textId="77777777" w:rsidR="00996AC7" w:rsidRDefault="00537772">
      <w:pPr>
        <w:pStyle w:val="Aff8"/>
        <w:numPr>
          <w:ilvl w:val="0"/>
          <w:numId w:val="12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Незамедлительно сообщать руководству Заказчика о несчастных случаях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травмах и опасных ситуациях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0C13D61A" w14:textId="77777777" w:rsidR="00996AC7" w:rsidRDefault="00537772">
      <w:pPr>
        <w:pStyle w:val="Aff8"/>
        <w:numPr>
          <w:ilvl w:val="1"/>
          <w:numId w:val="13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несёт полную личную ответственность за</w:t>
      </w:r>
      <w:r w:rsidRPr="00673D98">
        <w:rPr>
          <w:rStyle w:val="Aff9"/>
          <w:sz w:val="20"/>
          <w:szCs w:val="20"/>
          <w:lang w:val="ru-RU"/>
        </w:rPr>
        <w:t xml:space="preserve">: (а) </w:t>
      </w:r>
      <w:r>
        <w:rPr>
          <w:sz w:val="20"/>
          <w:szCs w:val="20"/>
          <w:lang w:val="ru-RU"/>
        </w:rPr>
        <w:t>соблюдение собственной безопасности и безопасности третьих лиц</w:t>
      </w:r>
      <w:r w:rsidRPr="00673D98">
        <w:rPr>
          <w:rStyle w:val="Aff9"/>
          <w:sz w:val="20"/>
          <w:szCs w:val="20"/>
          <w:lang w:val="ru-RU"/>
        </w:rPr>
        <w:t xml:space="preserve">; (б) </w:t>
      </w:r>
      <w:r>
        <w:rPr>
          <w:sz w:val="20"/>
          <w:szCs w:val="20"/>
          <w:lang w:val="ru-RU"/>
        </w:rPr>
        <w:t>вред здоровью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полученный им в результате нарушения требований ТБ и ОТ</w:t>
      </w:r>
      <w:r w:rsidRPr="00673D98">
        <w:rPr>
          <w:rStyle w:val="Aff9"/>
          <w:sz w:val="20"/>
          <w:szCs w:val="20"/>
          <w:lang w:val="ru-RU"/>
        </w:rPr>
        <w:t xml:space="preserve">; (в) </w:t>
      </w:r>
      <w:r>
        <w:rPr>
          <w:sz w:val="20"/>
          <w:szCs w:val="20"/>
          <w:lang w:val="ru-RU"/>
        </w:rPr>
        <w:t>материальный ущерб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вызванный его халатностью или нарушением правил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7009538C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Исполнитель обязуется компенсировать Заказчику все связанные расходы </w:t>
      </w:r>
      <w:r w:rsidRPr="00673D98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медицинское обслуживание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судебные издержки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штрафы от инспекции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прочие убытки</w:t>
      </w:r>
      <w:r w:rsidRPr="00673D98">
        <w:rPr>
          <w:rStyle w:val="Aff9"/>
          <w:sz w:val="20"/>
          <w:szCs w:val="20"/>
          <w:lang w:val="ru-RU"/>
        </w:rPr>
        <w:t xml:space="preserve">) в течение 5 </w:t>
      </w:r>
      <w:r>
        <w:rPr>
          <w:sz w:val="20"/>
          <w:szCs w:val="20"/>
          <w:lang w:val="ru-RU"/>
        </w:rPr>
        <w:t>рабочих дней после получения требования с приложением подтверждающих документов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30D7133A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подтверждает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он не является наёмным работником Заказчика и самостоятельно несёт ответственность за своё здоровье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безопасность и соответствие правилам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46096B2A" w14:textId="77777777" w:rsidR="00996AC7" w:rsidRDefault="00537772">
      <w:pPr>
        <w:pStyle w:val="Aff8"/>
        <w:numPr>
          <w:ilvl w:val="0"/>
          <w:numId w:val="14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lastRenderedPageBreak/>
        <w:t>ПЕРСОНАЛЬНЫЕ ДАННЫЕ</w:t>
      </w:r>
    </w:p>
    <w:p w14:paraId="726114F4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Исполнитель явно согласен на обработку его персональных данных </w:t>
      </w:r>
      <w:r w:rsidRPr="00673D98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фамилия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имя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отчество</w:t>
      </w:r>
      <w:r w:rsidRPr="00673D98">
        <w:rPr>
          <w:rStyle w:val="Aff9"/>
          <w:sz w:val="20"/>
          <w:szCs w:val="20"/>
          <w:lang w:val="ru-RU"/>
        </w:rPr>
        <w:t xml:space="preserve">, номер телефона, </w:t>
      </w:r>
      <w:r>
        <w:rPr>
          <w:sz w:val="20"/>
          <w:szCs w:val="20"/>
          <w:lang w:val="ru-RU"/>
        </w:rPr>
        <w:t>электронная почта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паспортные данные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банковские реквизиты счёта</w:t>
      </w:r>
      <w:r w:rsidRPr="00673D98">
        <w:rPr>
          <w:rStyle w:val="Aff9"/>
          <w:sz w:val="20"/>
          <w:szCs w:val="20"/>
          <w:lang w:val="ru-RU"/>
        </w:rPr>
        <w:t xml:space="preserve">) в целях: (а) исполнения настоящего Договора; (б) </w:t>
      </w:r>
      <w:r>
        <w:rPr>
          <w:sz w:val="20"/>
          <w:szCs w:val="20"/>
          <w:lang w:val="ru-RU"/>
        </w:rPr>
        <w:t>проведения расчётов и бухгалтерского учёта</w:t>
      </w:r>
      <w:r w:rsidRPr="00673D98">
        <w:rPr>
          <w:rStyle w:val="Aff9"/>
          <w:sz w:val="20"/>
          <w:szCs w:val="20"/>
          <w:lang w:val="ru-RU"/>
        </w:rPr>
        <w:t xml:space="preserve">; (в) </w:t>
      </w:r>
      <w:r>
        <w:rPr>
          <w:sz w:val="20"/>
          <w:szCs w:val="20"/>
          <w:lang w:val="ru-RU"/>
        </w:rPr>
        <w:t>взаимодействия между Сторонами по Договору</w:t>
      </w:r>
      <w:r w:rsidRPr="00673D98">
        <w:rPr>
          <w:rStyle w:val="Aff9"/>
          <w:sz w:val="20"/>
          <w:szCs w:val="20"/>
          <w:lang w:val="ru-RU"/>
        </w:rPr>
        <w:t xml:space="preserve">; (г) </w:t>
      </w:r>
      <w:r>
        <w:rPr>
          <w:sz w:val="20"/>
          <w:szCs w:val="20"/>
          <w:lang w:val="ru-RU"/>
        </w:rPr>
        <w:t>соблюдения требований налогового законодательства РФ</w:t>
      </w:r>
      <w:r w:rsidRPr="00673D98">
        <w:rPr>
          <w:rStyle w:val="Aff9"/>
          <w:sz w:val="20"/>
          <w:szCs w:val="20"/>
          <w:lang w:val="ru-RU"/>
        </w:rPr>
        <w:t xml:space="preserve">. </w:t>
      </w:r>
    </w:p>
    <w:p w14:paraId="116DC7A9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разрешает Заказчику передавать персональные данные Заказчика клиенту Заказчика в целях исполнения Договора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3B914AFA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Стороны подтверждают и соглашаются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отдельное согласие на обработку персональных данных от Исполнителя не требуется в силу п</w:t>
      </w:r>
      <w:r w:rsidRPr="00673D98">
        <w:rPr>
          <w:rStyle w:val="Aff9"/>
          <w:sz w:val="20"/>
          <w:szCs w:val="20"/>
          <w:lang w:val="ru-RU"/>
        </w:rPr>
        <w:t>. 5 ч</w:t>
      </w:r>
      <w:r>
        <w:rPr>
          <w:sz w:val="20"/>
          <w:szCs w:val="20"/>
          <w:lang w:val="ru-RU"/>
        </w:rPr>
        <w:t xml:space="preserve">. 1 </w:t>
      </w:r>
      <w:r w:rsidRPr="00673D98">
        <w:rPr>
          <w:rStyle w:val="Aff9"/>
          <w:sz w:val="20"/>
          <w:szCs w:val="20"/>
          <w:lang w:val="ru-RU"/>
        </w:rPr>
        <w:t xml:space="preserve">ст. 6 ФЗ №152 </w:t>
      </w:r>
      <w:r>
        <w:rPr>
          <w:sz w:val="20"/>
          <w:szCs w:val="20"/>
          <w:lang w:val="ru-RU"/>
        </w:rPr>
        <w:t>«О персональных данных»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4FF63595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Стороны согласовали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что в целях исполнения настоящего Договора Заказчик вправе поручать обработку персональных данных Исполнителя </w:t>
      </w:r>
      <w:r w:rsidRPr="00673D98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включая автоматизированное распознавание документов</w:t>
      </w:r>
      <w:r w:rsidRPr="00673D98">
        <w:rPr>
          <w:rStyle w:val="Aff9"/>
          <w:sz w:val="20"/>
          <w:szCs w:val="20"/>
          <w:lang w:val="ru-RU"/>
        </w:rPr>
        <w:t xml:space="preserve">) </w:t>
      </w:r>
      <w:r>
        <w:rPr>
          <w:sz w:val="20"/>
          <w:szCs w:val="20"/>
          <w:lang w:val="ru-RU"/>
        </w:rPr>
        <w:t>третьим лицам - провайдерам информационных сервисов</w:t>
      </w:r>
      <w:r w:rsidRPr="00673D98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Актуальная информация о привлеченных третьих лицах предоставляется Исполнителю по его запросу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33726A06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Заказчик обязуется защищать персональные данные Исполнителя от несанкционированного доступа</w:t>
      </w:r>
      <w:r w:rsidRPr="00673D98">
        <w:rPr>
          <w:rStyle w:val="Aff9"/>
          <w:sz w:val="20"/>
          <w:szCs w:val="20"/>
          <w:lang w:val="ru-RU"/>
        </w:rPr>
        <w:t xml:space="preserve">, утечки, </w:t>
      </w:r>
      <w:r>
        <w:rPr>
          <w:sz w:val="20"/>
          <w:szCs w:val="20"/>
          <w:lang w:val="ru-RU"/>
        </w:rPr>
        <w:t>разглашения и неправомерного использования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применяя адекватные технические и организационные меры безопасности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475A3A4D" w14:textId="77777777" w:rsidR="00996AC7" w:rsidRDefault="00537772">
      <w:pPr>
        <w:pStyle w:val="Aff8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ОТВЕТСТВЕННОСТЬ СТОРОН</w:t>
      </w:r>
    </w:p>
    <w:p w14:paraId="6B7B78CE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 неисполнение или ненадлежащее исполнение обязательств Стороны несут ответственность в соответствии с законодательством Российской Федерации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7AD6790F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В случае нарушения сроков выполнения Услуг Заказчик вправе потребовать от Исполнителя уплаты пени в размере </w:t>
      </w:r>
      <w:r w:rsidRPr="00673D98">
        <w:rPr>
          <w:rStyle w:val="Aff9"/>
          <w:sz w:val="20"/>
          <w:szCs w:val="20"/>
          <w:lang w:val="ru-RU"/>
        </w:rPr>
        <w:t xml:space="preserve">1% </w:t>
      </w:r>
      <w:r>
        <w:rPr>
          <w:sz w:val="20"/>
          <w:szCs w:val="20"/>
          <w:lang w:val="ru-RU"/>
        </w:rPr>
        <w:t>от стоимости невыполненных в срок услуг за каждый день просрочки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но не более </w:t>
      </w:r>
      <w:r w:rsidRPr="00673D98">
        <w:rPr>
          <w:rStyle w:val="Aff9"/>
          <w:sz w:val="20"/>
          <w:szCs w:val="20"/>
          <w:lang w:val="ru-RU"/>
        </w:rPr>
        <w:t xml:space="preserve">10% </w:t>
      </w:r>
      <w:r>
        <w:rPr>
          <w:sz w:val="20"/>
          <w:szCs w:val="20"/>
          <w:lang w:val="ru-RU"/>
        </w:rPr>
        <w:t>от общей цены Договора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10EF28F7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гарантирует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результаты слуг не нарушают права третьих лиц</w:t>
      </w:r>
      <w:r w:rsidRPr="00673D98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В случае предъявления к Заказчику претензий или исков третьих лиц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связанных с нарушением их прав </w:t>
      </w:r>
      <w:r w:rsidRPr="00673D98">
        <w:rPr>
          <w:rStyle w:val="Aff9"/>
          <w:sz w:val="20"/>
          <w:szCs w:val="20"/>
          <w:lang w:val="ru-RU"/>
        </w:rPr>
        <w:t xml:space="preserve">(в т.ч. авторских), </w:t>
      </w:r>
      <w:r>
        <w:rPr>
          <w:sz w:val="20"/>
          <w:szCs w:val="20"/>
          <w:lang w:val="ru-RU"/>
        </w:rPr>
        <w:t>Исполнитель обязуется выступить на стороне Заказчика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а также возместить Заказчику все присужденные суммы компенсаций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судебные расходы и иные убытки в полном объеме</w:t>
      </w:r>
    </w:p>
    <w:p w14:paraId="42035097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случае нарушения сроков оплаты Заказчиком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Исполнитель вправе потребовать уплаты пени в размере </w:t>
      </w:r>
      <w:r w:rsidRPr="00673D98">
        <w:rPr>
          <w:rStyle w:val="Aff9"/>
          <w:sz w:val="20"/>
          <w:szCs w:val="20"/>
          <w:lang w:val="ru-RU"/>
        </w:rPr>
        <w:t xml:space="preserve">1% </w:t>
      </w:r>
      <w:r>
        <w:rPr>
          <w:sz w:val="20"/>
          <w:szCs w:val="20"/>
          <w:lang w:val="ru-RU"/>
        </w:rPr>
        <w:t>от невыплаченной суммы за каждый день просрочки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но не более </w:t>
      </w:r>
      <w:r w:rsidRPr="00673D98">
        <w:rPr>
          <w:rStyle w:val="Aff9"/>
          <w:sz w:val="20"/>
          <w:szCs w:val="20"/>
          <w:lang w:val="ru-RU"/>
        </w:rPr>
        <w:t xml:space="preserve">10% </w:t>
      </w:r>
      <w:r>
        <w:rPr>
          <w:sz w:val="20"/>
          <w:szCs w:val="20"/>
          <w:lang w:val="ru-RU"/>
        </w:rPr>
        <w:t>от суммы задолженности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143787ED" w14:textId="77777777" w:rsidR="00996AC7" w:rsidRDefault="00537772">
      <w:pPr>
        <w:pStyle w:val="Aff8"/>
        <w:numPr>
          <w:ilvl w:val="1"/>
          <w:numId w:val="9"/>
        </w:numPr>
        <w:spacing w:before="240" w:after="24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случае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если в результате нарушения Исполнителем налогового законодательства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утраты им статуса ИП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неверного указания налогового режима или иных виновных действий</w:t>
      </w:r>
      <w:r w:rsidRPr="00673D98">
        <w:rPr>
          <w:rStyle w:val="Aff9"/>
          <w:sz w:val="20"/>
          <w:szCs w:val="20"/>
          <w:lang w:val="ru-RU"/>
        </w:rPr>
        <w:t xml:space="preserve">/бездействия Исполнителя, </w:t>
      </w:r>
      <w:r>
        <w:rPr>
          <w:sz w:val="20"/>
          <w:szCs w:val="20"/>
          <w:lang w:val="ru-RU"/>
        </w:rPr>
        <w:t>налоговые органы предъявят к Заказчику требования об уплате налогов</w:t>
      </w:r>
      <w:r w:rsidRPr="00673D98">
        <w:rPr>
          <w:rStyle w:val="Aff9"/>
          <w:sz w:val="20"/>
          <w:szCs w:val="20"/>
          <w:lang w:val="ru-RU"/>
        </w:rPr>
        <w:t xml:space="preserve">, взносов, </w:t>
      </w:r>
      <w:r>
        <w:rPr>
          <w:sz w:val="20"/>
          <w:szCs w:val="20"/>
          <w:lang w:val="ru-RU"/>
        </w:rPr>
        <w:t xml:space="preserve">штрафов или пеней </w:t>
      </w:r>
      <w:r w:rsidRPr="00673D98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в том числе в связи с переквалификацией отношений в трудовые по вине Исполнителя</w:t>
      </w:r>
      <w:r w:rsidRPr="00673D98">
        <w:rPr>
          <w:rStyle w:val="Aff9"/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 xml:space="preserve">Исполнитель обязуется возместить Заказчику все понесенные убытки в полном объеме в течение </w:t>
      </w:r>
      <w:r w:rsidRPr="00673D98">
        <w:rPr>
          <w:rStyle w:val="Aff9"/>
          <w:sz w:val="20"/>
          <w:szCs w:val="20"/>
          <w:lang w:val="ru-RU"/>
        </w:rPr>
        <w:t>5 (пяти) рабочих дней с момента получения требования Заказчика.</w:t>
      </w:r>
    </w:p>
    <w:p w14:paraId="3166451F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Упущенная выгода Исполнителя возмещению не подлежит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3B768EAD" w14:textId="77777777" w:rsidR="00996AC7" w:rsidRDefault="00537772">
      <w:pPr>
        <w:pStyle w:val="Aff8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Обстоятельства непреодолимой силы</w:t>
      </w:r>
      <w:r>
        <w:rPr>
          <w:rStyle w:val="Aff9"/>
          <w:b/>
          <w:bCs/>
          <w:sz w:val="20"/>
          <w:szCs w:val="20"/>
        </w:rPr>
        <w:t>:</w:t>
      </w:r>
    </w:p>
    <w:p w14:paraId="4E4C6993" w14:textId="77777777" w:rsidR="00996AC7" w:rsidRDefault="00537772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Стороны освобождаются от ответственности за невыполнение или ненадлежащее исполнение обязательств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если такое невыполнение вызвано чрезвычайными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непредвиденными и </w:t>
      </w:r>
      <w:r>
        <w:rPr>
          <w:sz w:val="20"/>
          <w:szCs w:val="20"/>
          <w:lang w:val="ru-RU"/>
        </w:rPr>
        <w:lastRenderedPageBreak/>
        <w:t>непреодолимыми обстоятельствами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включая</w:t>
      </w:r>
      <w:r w:rsidRPr="00673D98">
        <w:rPr>
          <w:rStyle w:val="Aff9"/>
          <w:sz w:val="20"/>
          <w:szCs w:val="20"/>
          <w:lang w:val="ru-RU"/>
        </w:rPr>
        <w:t xml:space="preserve">: </w:t>
      </w:r>
      <w:r>
        <w:rPr>
          <w:sz w:val="20"/>
          <w:szCs w:val="20"/>
          <w:lang w:val="ru-RU"/>
        </w:rPr>
        <w:t>Стихийные бедствия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природные катастрофы </w:t>
      </w:r>
      <w:r w:rsidRPr="00673D98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пожары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наводнения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землетрясения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штормы</w:t>
      </w:r>
      <w:r>
        <w:rPr>
          <w:sz w:val="20"/>
          <w:szCs w:val="20"/>
          <w:lang w:val="it-IT"/>
        </w:rPr>
        <w:t xml:space="preserve">); </w:t>
      </w:r>
      <w:r>
        <w:rPr>
          <w:sz w:val="20"/>
          <w:szCs w:val="20"/>
          <w:lang w:val="ru-RU"/>
        </w:rPr>
        <w:t>Военные действия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теракты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введение чрезвычайного положения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комендантский час</w:t>
      </w:r>
      <w:r w:rsidRPr="00673D98">
        <w:rPr>
          <w:rStyle w:val="Aff9"/>
          <w:sz w:val="20"/>
          <w:szCs w:val="20"/>
          <w:lang w:val="ru-RU"/>
        </w:rPr>
        <w:t xml:space="preserve">; </w:t>
      </w:r>
      <w:r>
        <w:rPr>
          <w:sz w:val="20"/>
          <w:szCs w:val="20"/>
          <w:lang w:val="ru-RU"/>
        </w:rPr>
        <w:t>Забастовки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гражданские беспорядки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массовые протесты</w:t>
      </w:r>
      <w:r w:rsidRPr="00673D98">
        <w:rPr>
          <w:rStyle w:val="Aff9"/>
          <w:sz w:val="20"/>
          <w:szCs w:val="20"/>
          <w:lang w:val="ru-RU"/>
        </w:rPr>
        <w:t xml:space="preserve">; </w:t>
      </w:r>
      <w:r>
        <w:rPr>
          <w:sz w:val="20"/>
          <w:szCs w:val="20"/>
          <w:lang w:val="ru-RU"/>
        </w:rPr>
        <w:t>Изменения законодательства РФ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препятствующие исполнению Договора</w:t>
      </w:r>
      <w:r w:rsidRPr="00673D98">
        <w:rPr>
          <w:rStyle w:val="Aff9"/>
          <w:sz w:val="20"/>
          <w:szCs w:val="20"/>
          <w:lang w:val="ru-RU"/>
        </w:rPr>
        <w:t xml:space="preserve">; </w:t>
      </w:r>
      <w:r>
        <w:rPr>
          <w:sz w:val="20"/>
          <w:szCs w:val="20"/>
          <w:lang w:val="ru-RU"/>
        </w:rPr>
        <w:t>Экономические санкции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валютные ограничения и торговые эмбарго</w:t>
      </w:r>
      <w:r w:rsidRPr="00673D98">
        <w:rPr>
          <w:rStyle w:val="Aff9"/>
          <w:sz w:val="20"/>
          <w:szCs w:val="20"/>
          <w:lang w:val="ru-RU"/>
        </w:rPr>
        <w:t xml:space="preserve">; </w:t>
      </w:r>
      <w:r>
        <w:rPr>
          <w:sz w:val="20"/>
          <w:szCs w:val="20"/>
          <w:lang w:val="ru-RU"/>
        </w:rPr>
        <w:t>Эпидемии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пандемии и связанные с ними ограничения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647B075D" w14:textId="77777777" w:rsidR="00996AC7" w:rsidRPr="00673D98" w:rsidRDefault="00537772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 w:rsidRPr="00673D98">
        <w:rPr>
          <w:rStyle w:val="Aff9"/>
          <w:sz w:val="20"/>
          <w:szCs w:val="20"/>
          <w:lang w:val="ru-RU"/>
        </w:rPr>
        <w:t xml:space="preserve">Сторона, </w:t>
      </w:r>
      <w:r>
        <w:rPr>
          <w:sz w:val="20"/>
          <w:szCs w:val="20"/>
          <w:lang w:val="ru-RU"/>
        </w:rPr>
        <w:t>оказавшаяся в такой ситуации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обязана незамедлительно </w:t>
      </w:r>
      <w:r w:rsidRPr="00673D98">
        <w:rPr>
          <w:rStyle w:val="Aff9"/>
          <w:sz w:val="20"/>
          <w:szCs w:val="20"/>
          <w:lang w:val="ru-RU"/>
        </w:rPr>
        <w:t xml:space="preserve">(в течение 2 рабочих дней) </w:t>
      </w:r>
      <w:r>
        <w:rPr>
          <w:sz w:val="20"/>
          <w:szCs w:val="20"/>
          <w:lang w:val="ru-RU"/>
        </w:rPr>
        <w:t>уведомить другую Сторону по почте и мессенджеру и предоставить подтверждающие документы от государственных органов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СМИ или иных объективных источников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5ED66841" w14:textId="77777777" w:rsidR="00996AC7" w:rsidRDefault="00537772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Если обстоятельства непреодолимой силы продолжается более </w:t>
      </w:r>
      <w:r w:rsidRPr="00673D98">
        <w:rPr>
          <w:rStyle w:val="Aff9"/>
          <w:sz w:val="20"/>
          <w:szCs w:val="20"/>
          <w:lang w:val="ru-RU"/>
        </w:rPr>
        <w:t xml:space="preserve">20 </w:t>
      </w:r>
      <w:r>
        <w:rPr>
          <w:sz w:val="20"/>
          <w:szCs w:val="20"/>
          <w:lang w:val="ru-RU"/>
        </w:rPr>
        <w:t>календарных дней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Стороны вправе расторгнуть Договор без применения штрафов и пеней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07AD7863" w14:textId="36D14E60" w:rsidR="00996AC7" w:rsidRPr="00B578F5" w:rsidRDefault="00537772" w:rsidP="00B578F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Уплата пеней не освобождает от основных обязательств</w:t>
      </w:r>
      <w:r w:rsidRPr="00673D98">
        <w:rPr>
          <w:rStyle w:val="Aff9"/>
          <w:sz w:val="20"/>
          <w:szCs w:val="20"/>
          <w:lang w:val="ru-RU"/>
        </w:rPr>
        <w:t xml:space="preserve">: </w:t>
      </w:r>
      <w:r>
        <w:rPr>
          <w:sz w:val="20"/>
          <w:szCs w:val="20"/>
          <w:lang w:val="ru-RU"/>
        </w:rPr>
        <w:t>В любом случае уплата пеней не освобождает виновную Сторону от выполнения основных обязательств по Договору</w:t>
      </w:r>
      <w:r>
        <w:rPr>
          <w:rStyle w:val="Aff9"/>
          <w:sz w:val="20"/>
          <w:szCs w:val="20"/>
        </w:rPr>
        <w:t>.</w:t>
      </w:r>
    </w:p>
    <w:p w14:paraId="24F02C16" w14:textId="77777777" w:rsidR="00996AC7" w:rsidRDefault="00537772">
      <w:pPr>
        <w:pStyle w:val="Aff8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РАСТОРЖЕНИЕ И ИЗМЕНЕНИЕ ДОГОВОРА</w:t>
      </w:r>
    </w:p>
    <w:p w14:paraId="2CD8025A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Любые изменения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дополнения или уточнения условий Договора оформляются одним из следующих способов</w:t>
      </w:r>
      <w:r w:rsidRPr="00673D98">
        <w:rPr>
          <w:rStyle w:val="Aff9"/>
          <w:sz w:val="20"/>
          <w:szCs w:val="20"/>
          <w:lang w:val="ru-RU"/>
        </w:rPr>
        <w:t>:</w:t>
      </w:r>
    </w:p>
    <w:p w14:paraId="75DF1464" w14:textId="77777777" w:rsidR="00996AC7" w:rsidRDefault="00537772">
      <w:pPr>
        <w:pStyle w:val="Aff8"/>
        <w:numPr>
          <w:ilvl w:val="0"/>
          <w:numId w:val="15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Подписанием сторонами дополнительного соглашения</w:t>
      </w:r>
      <w:r>
        <w:rPr>
          <w:rStyle w:val="Aff9"/>
          <w:sz w:val="20"/>
          <w:szCs w:val="20"/>
        </w:rPr>
        <w:t>;</w:t>
      </w:r>
    </w:p>
    <w:p w14:paraId="0A1E32C9" w14:textId="77777777" w:rsidR="00996AC7" w:rsidRDefault="00537772">
      <w:pPr>
        <w:pStyle w:val="Aff8"/>
        <w:numPr>
          <w:ilvl w:val="0"/>
          <w:numId w:val="15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Обменом согласующих сообщений в мессенджере </w:t>
      </w:r>
      <w:r w:rsidRPr="00673D98">
        <w:rPr>
          <w:sz w:val="20"/>
          <w:szCs w:val="20"/>
          <w:lang w:val="ru-RU"/>
        </w:rPr>
        <w:t>(</w:t>
      </w:r>
      <w:r>
        <w:rPr>
          <w:sz w:val="20"/>
          <w:szCs w:val="20"/>
        </w:rPr>
        <w:t>Telegram</w:t>
      </w:r>
      <w:r w:rsidRPr="00673D98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</w:rPr>
        <w:t>WhatsApp</w:t>
      </w:r>
      <w:r w:rsidRPr="00673D98">
        <w:rPr>
          <w:sz w:val="20"/>
          <w:szCs w:val="20"/>
          <w:lang w:val="ru-RU"/>
        </w:rPr>
        <w:t xml:space="preserve"> </w:t>
      </w:r>
      <w:r w:rsidRPr="00673D98">
        <w:rPr>
          <w:rStyle w:val="Aff9"/>
          <w:sz w:val="20"/>
          <w:szCs w:val="20"/>
          <w:lang w:val="ru-RU"/>
        </w:rPr>
        <w:t xml:space="preserve">и т.д.), </w:t>
      </w:r>
      <w:r>
        <w:rPr>
          <w:sz w:val="20"/>
          <w:szCs w:val="20"/>
          <w:lang w:val="ru-RU"/>
        </w:rPr>
        <w:t>если обе Стороны явно выразили согласие</w:t>
      </w:r>
      <w:r w:rsidRPr="00673D98">
        <w:rPr>
          <w:rStyle w:val="Aff9"/>
          <w:sz w:val="20"/>
          <w:szCs w:val="20"/>
          <w:lang w:val="ru-RU"/>
        </w:rPr>
        <w:t>;</w:t>
      </w:r>
    </w:p>
    <w:p w14:paraId="438EFAD9" w14:textId="77777777" w:rsidR="00996AC7" w:rsidRDefault="00537772">
      <w:pPr>
        <w:pStyle w:val="Aff8"/>
        <w:numPr>
          <w:ilvl w:val="0"/>
          <w:numId w:val="15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Подписанием новой полной редакции Договора через ОкиДоки с новым номером версии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5F3A28A7" w14:textId="77777777" w:rsidR="00996AC7" w:rsidRDefault="00537772">
      <w:pPr>
        <w:pStyle w:val="Aff8"/>
        <w:numPr>
          <w:ilvl w:val="1"/>
          <w:numId w:val="16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Заказчик может расторгнуть Договор в одностороннем порядке с предварительным </w:t>
      </w:r>
      <w:r w:rsidRPr="00673D98">
        <w:rPr>
          <w:rStyle w:val="Aff9"/>
          <w:sz w:val="20"/>
          <w:szCs w:val="20"/>
          <w:lang w:val="ru-RU"/>
        </w:rPr>
        <w:t xml:space="preserve">3 </w:t>
      </w:r>
      <w:r>
        <w:rPr>
          <w:sz w:val="20"/>
          <w:szCs w:val="20"/>
          <w:lang w:val="ru-RU"/>
        </w:rPr>
        <w:t xml:space="preserve">рабочих дней письменным предупреждением </w:t>
      </w:r>
      <w:r w:rsidRPr="00673D98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направить по почте и мессенджеру</w:t>
      </w:r>
      <w:r w:rsidRPr="00673D98">
        <w:rPr>
          <w:rStyle w:val="Aff9"/>
          <w:sz w:val="20"/>
          <w:szCs w:val="20"/>
          <w:lang w:val="ru-RU"/>
        </w:rPr>
        <w:t xml:space="preserve">). </w:t>
      </w:r>
      <w:r>
        <w:rPr>
          <w:sz w:val="20"/>
          <w:szCs w:val="20"/>
          <w:lang w:val="ru-RU"/>
        </w:rPr>
        <w:t>При таком расторжении</w:t>
      </w:r>
      <w:r>
        <w:rPr>
          <w:rStyle w:val="Aff9"/>
          <w:sz w:val="20"/>
          <w:szCs w:val="20"/>
        </w:rPr>
        <w:t>:</w:t>
      </w:r>
    </w:p>
    <w:p w14:paraId="553675FE" w14:textId="77777777" w:rsidR="00996AC7" w:rsidRDefault="00537772">
      <w:pPr>
        <w:pStyle w:val="Aff8"/>
        <w:numPr>
          <w:ilvl w:val="0"/>
          <w:numId w:val="17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Заказчик оплачивает Исполнителю все документально подтверждённые фактические расходы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понесённые Исполнителем на дату расторжения </w:t>
      </w:r>
      <w:r w:rsidRPr="00673D98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материалы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лицензии</w:t>
      </w:r>
      <w:r w:rsidRPr="00673D98">
        <w:rPr>
          <w:rStyle w:val="Aff9"/>
          <w:sz w:val="20"/>
          <w:szCs w:val="20"/>
          <w:lang w:val="ru-RU"/>
        </w:rPr>
        <w:t>, услуги</w:t>
      </w:r>
      <w:r>
        <w:rPr>
          <w:sz w:val="20"/>
          <w:szCs w:val="20"/>
          <w:lang w:val="it-IT"/>
        </w:rPr>
        <w:t>);</w:t>
      </w:r>
    </w:p>
    <w:p w14:paraId="25597D9F" w14:textId="77777777" w:rsidR="00996AC7" w:rsidRDefault="00537772">
      <w:pPr>
        <w:pStyle w:val="Aff8"/>
        <w:numPr>
          <w:ilvl w:val="0"/>
          <w:numId w:val="17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Заказчик принимает все выполненные к дате расторжения Услуги на основании акта сверки взаиморасчётов</w:t>
      </w:r>
      <w:r w:rsidRPr="00673D98">
        <w:rPr>
          <w:rStyle w:val="Aff9"/>
          <w:sz w:val="20"/>
          <w:szCs w:val="20"/>
          <w:lang w:val="ru-RU"/>
        </w:rPr>
        <w:t>;</w:t>
      </w:r>
    </w:p>
    <w:p w14:paraId="75350943" w14:textId="77777777" w:rsidR="00996AC7" w:rsidRDefault="00537772">
      <w:pPr>
        <w:pStyle w:val="Aff8"/>
        <w:numPr>
          <w:ilvl w:val="0"/>
          <w:numId w:val="17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передаёт все результаты и материалы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созданные на дату расторжения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0EB13AA4" w14:textId="77777777" w:rsidR="00996AC7" w:rsidRDefault="00537772">
      <w:pPr>
        <w:pStyle w:val="Aff8"/>
        <w:numPr>
          <w:ilvl w:val="1"/>
          <w:numId w:val="18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Исполнитель может расторгнуть Договор в одностороннем порядке с предварительным </w:t>
      </w:r>
      <w:r w:rsidRPr="00673D98">
        <w:rPr>
          <w:rStyle w:val="Aff9"/>
          <w:sz w:val="20"/>
          <w:szCs w:val="20"/>
          <w:lang w:val="ru-RU"/>
        </w:rPr>
        <w:t xml:space="preserve">10 </w:t>
      </w:r>
      <w:r>
        <w:rPr>
          <w:sz w:val="20"/>
          <w:szCs w:val="20"/>
          <w:lang w:val="ru-RU"/>
        </w:rPr>
        <w:t xml:space="preserve">рабочих дней письменным предупреждением </w:t>
      </w:r>
      <w:r w:rsidRPr="00673D98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направить по почте и мессенджеру</w:t>
      </w:r>
      <w:r w:rsidRPr="00673D98">
        <w:rPr>
          <w:rStyle w:val="Aff9"/>
          <w:sz w:val="20"/>
          <w:szCs w:val="20"/>
          <w:lang w:val="ru-RU"/>
        </w:rPr>
        <w:t xml:space="preserve">). </w:t>
      </w:r>
      <w:r>
        <w:rPr>
          <w:sz w:val="20"/>
          <w:szCs w:val="20"/>
          <w:lang w:val="ru-RU"/>
        </w:rPr>
        <w:t>При таком расторжении</w:t>
      </w:r>
      <w:r>
        <w:rPr>
          <w:rStyle w:val="Aff9"/>
          <w:sz w:val="20"/>
          <w:szCs w:val="20"/>
        </w:rPr>
        <w:t>:</w:t>
      </w:r>
    </w:p>
    <w:p w14:paraId="40235D40" w14:textId="77777777" w:rsidR="00996AC7" w:rsidRDefault="00537772">
      <w:pPr>
        <w:pStyle w:val="Aff8"/>
        <w:numPr>
          <w:ilvl w:val="0"/>
          <w:numId w:val="19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полностью возмещает Заказчику убытки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вызванные таким расторжением</w:t>
      </w:r>
      <w:r w:rsidRPr="00673D98">
        <w:rPr>
          <w:rStyle w:val="Aff9"/>
          <w:sz w:val="20"/>
          <w:szCs w:val="20"/>
          <w:lang w:val="ru-RU"/>
        </w:rPr>
        <w:t>;</w:t>
      </w:r>
    </w:p>
    <w:p w14:paraId="27BD3884" w14:textId="77777777" w:rsidR="00996AC7" w:rsidRDefault="00537772">
      <w:pPr>
        <w:pStyle w:val="Aff8"/>
        <w:numPr>
          <w:ilvl w:val="0"/>
          <w:numId w:val="19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Оказанные услуги передаются Заказчику на основании акта сверки взаиморасчётов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212DF8BF" w14:textId="77777777" w:rsidR="00996AC7" w:rsidRDefault="00537772">
      <w:pPr>
        <w:pStyle w:val="Aff8"/>
        <w:numPr>
          <w:ilvl w:val="0"/>
          <w:numId w:val="20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РАЗРЕШЕНИЕ СПОРОВ И ПОДСУДНОСТЬ</w:t>
      </w:r>
    </w:p>
    <w:p w14:paraId="7BAC743A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Все споры и разногласия Стороны будут стремиться урегулировать путем переговоров</w:t>
      </w:r>
      <w:r w:rsidRPr="00673D98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Претензионный порядок урегулирования споров обязателен</w:t>
      </w:r>
      <w:r w:rsidRPr="00673D98">
        <w:rPr>
          <w:rStyle w:val="Aff9"/>
          <w:sz w:val="20"/>
          <w:szCs w:val="20"/>
          <w:lang w:val="ru-RU"/>
        </w:rPr>
        <w:t xml:space="preserve">. </w:t>
      </w:r>
      <w:r w:rsidRPr="00673D98">
        <w:rPr>
          <w:sz w:val="20"/>
          <w:szCs w:val="20"/>
          <w:lang w:val="ru-RU"/>
        </w:rPr>
        <w:t xml:space="preserve">Срок ответа на претензию — </w:t>
      </w:r>
      <w:r w:rsidRPr="00673D98">
        <w:rPr>
          <w:rStyle w:val="Aff9"/>
          <w:sz w:val="20"/>
          <w:szCs w:val="20"/>
          <w:lang w:val="ru-RU"/>
        </w:rPr>
        <w:t>10 (</w:t>
      </w:r>
      <w:r>
        <w:rPr>
          <w:sz w:val="20"/>
          <w:szCs w:val="20"/>
          <w:lang w:val="ru-RU"/>
        </w:rPr>
        <w:t>десять</w:t>
      </w:r>
      <w:r w:rsidRPr="00673D98">
        <w:rPr>
          <w:rStyle w:val="Aff9"/>
          <w:sz w:val="20"/>
          <w:szCs w:val="20"/>
          <w:lang w:val="ru-RU"/>
        </w:rPr>
        <w:t xml:space="preserve">) </w:t>
      </w:r>
      <w:r>
        <w:rPr>
          <w:sz w:val="20"/>
          <w:szCs w:val="20"/>
          <w:lang w:val="ru-RU"/>
        </w:rPr>
        <w:t>рабочих дней с даты ее получения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21F3C1CB" w14:textId="77777777" w:rsidR="00996AC7" w:rsidRDefault="00537772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случае невозможности разрешения спора в претензионном порядке</w:t>
      </w:r>
      <w:r w:rsidRPr="00673D98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спор подлежит передаче на рассмотрение в суд в соответствии с правилами договорной подсудности</w:t>
      </w:r>
      <w:r w:rsidRPr="00673D98">
        <w:rPr>
          <w:rStyle w:val="Aff9"/>
          <w:sz w:val="20"/>
          <w:szCs w:val="20"/>
          <w:lang w:val="ru-RU"/>
        </w:rPr>
        <w:t>:</w:t>
      </w:r>
    </w:p>
    <w:p w14:paraId="1F5E51CE" w14:textId="77777777" w:rsidR="00996AC7" w:rsidRDefault="00537772">
      <w:pPr>
        <w:pStyle w:val="Aff8"/>
        <w:numPr>
          <w:ilvl w:val="0"/>
          <w:numId w:val="21"/>
        </w:numPr>
        <w:jc w:val="both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 xml:space="preserve">Если Исполнитель имеет статус Индивидуального предпринимателя </w:t>
      </w:r>
      <w:r w:rsidRPr="00673D98">
        <w:rPr>
          <w:b/>
          <w:bCs/>
          <w:sz w:val="20"/>
          <w:szCs w:val="20"/>
          <w:lang w:val="ru-RU"/>
        </w:rPr>
        <w:t>(ИП):</w:t>
      </w:r>
      <w:r>
        <w:rPr>
          <w:sz w:val="20"/>
          <w:szCs w:val="20"/>
          <w:lang w:val="ru-RU"/>
        </w:rPr>
        <w:t xml:space="preserve"> спор рассматривается в Арбитражном суде г</w:t>
      </w:r>
      <w:r w:rsidRPr="00673D98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Москвы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00750323" w14:textId="77777777" w:rsidR="00996AC7" w:rsidRDefault="00537772">
      <w:pPr>
        <w:pStyle w:val="Aff8"/>
        <w:numPr>
          <w:ilvl w:val="0"/>
          <w:numId w:val="21"/>
        </w:numPr>
        <w:jc w:val="both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lastRenderedPageBreak/>
        <w:t xml:space="preserve">Если Исполнитель является физическим лицом </w:t>
      </w:r>
      <w:r w:rsidRPr="00673D98">
        <w:rPr>
          <w:b/>
          <w:bCs/>
          <w:sz w:val="20"/>
          <w:szCs w:val="20"/>
          <w:lang w:val="ru-RU"/>
        </w:rPr>
        <w:t>(без статуса ИП):</w:t>
      </w:r>
      <w:r>
        <w:rPr>
          <w:sz w:val="20"/>
          <w:szCs w:val="20"/>
          <w:lang w:val="ru-RU"/>
        </w:rPr>
        <w:t xml:space="preserve"> спор рассматривается в Лефортовском районном суде г</w:t>
      </w:r>
      <w:r w:rsidRPr="00673D98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 xml:space="preserve">Москвы </w:t>
      </w:r>
      <w:r w:rsidRPr="00673D98">
        <w:rPr>
          <w:rStyle w:val="Aff9"/>
          <w:sz w:val="20"/>
          <w:szCs w:val="20"/>
          <w:lang w:val="ru-RU"/>
        </w:rPr>
        <w:t>(по месту нахождения Заказчика).</w:t>
      </w:r>
    </w:p>
    <w:p w14:paraId="24060B24" w14:textId="77777777" w:rsidR="00996AC7" w:rsidRDefault="00537772">
      <w:pPr>
        <w:pStyle w:val="Aff8"/>
        <w:numPr>
          <w:ilvl w:val="0"/>
          <w:numId w:val="22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ЭЛЕКТРОННЫЙ ДОКУМЕНТООБОРОТ</w:t>
      </w:r>
    </w:p>
    <w:p w14:paraId="16E62B1D" w14:textId="77777777" w:rsidR="00996AC7" w:rsidRDefault="00537772">
      <w:pPr>
        <w:pStyle w:val="Aff8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Соглашение об использовании простой электронной подписи</w:t>
      </w:r>
      <w:r w:rsidRPr="00673D98">
        <w:rPr>
          <w:rStyle w:val="Aff9"/>
          <w:b/>
          <w:bCs/>
          <w:sz w:val="20"/>
          <w:szCs w:val="20"/>
          <w:lang w:val="ru-RU"/>
        </w:rPr>
        <w:t xml:space="preserve">: </w:t>
      </w:r>
    </w:p>
    <w:p w14:paraId="63E7B4FE" w14:textId="333D9525" w:rsidR="00996AC7" w:rsidRDefault="00537772" w:rsidP="005C5D42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Стороны явно согласны подписать Договор и все его приложения </w:t>
      </w:r>
      <w:r w:rsidR="005C5D42">
        <w:rPr>
          <w:sz w:val="20"/>
          <w:szCs w:val="20"/>
          <w:lang w:val="ru-RU"/>
        </w:rPr>
        <w:t>с помощью простой электронной подписи.</w:t>
      </w:r>
    </w:p>
    <w:p w14:paraId="4B175A66" w14:textId="77777777" w:rsidR="00996AC7" w:rsidRDefault="00537772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rStyle w:val="affa"/>
          <w:sz w:val="20"/>
          <w:szCs w:val="20"/>
          <w:lang w:val="ru-RU"/>
        </w:rPr>
        <w:t>Равнозначность копий и оригиналов</w:t>
      </w:r>
      <w:r w:rsidRPr="00673D98">
        <w:rPr>
          <w:rStyle w:val="Aff9"/>
          <w:sz w:val="20"/>
          <w:szCs w:val="20"/>
          <w:lang w:val="ru-RU"/>
        </w:rPr>
        <w:t xml:space="preserve">: </w:t>
      </w:r>
      <w:r>
        <w:rPr>
          <w:rStyle w:val="affa"/>
          <w:sz w:val="20"/>
          <w:szCs w:val="20"/>
          <w:lang w:val="ru-RU"/>
        </w:rPr>
        <w:t xml:space="preserve">Сканированные копии подписанного Договора и приложений </w:t>
      </w:r>
      <w:r w:rsidRPr="00673D98">
        <w:rPr>
          <w:rStyle w:val="Aff9"/>
          <w:sz w:val="20"/>
          <w:szCs w:val="20"/>
          <w:lang w:val="ru-RU"/>
        </w:rPr>
        <w:t xml:space="preserve">(в формате </w:t>
      </w:r>
      <w:r>
        <w:rPr>
          <w:rStyle w:val="affa"/>
          <w:sz w:val="20"/>
          <w:szCs w:val="20"/>
          <w:lang w:val="pt-PT"/>
        </w:rPr>
        <w:t xml:space="preserve">PDF, JPG, PNG) </w:t>
      </w:r>
      <w:r>
        <w:rPr>
          <w:rStyle w:val="affa"/>
          <w:sz w:val="20"/>
          <w:szCs w:val="20"/>
          <w:lang w:val="ru-RU"/>
        </w:rPr>
        <w:t>признаются равнозначными оригиналам и могут использоваться в качестве доказательства наравне с электронным оригиналом</w:t>
      </w:r>
      <w:r w:rsidRPr="00673D98">
        <w:rPr>
          <w:rStyle w:val="Aff9"/>
          <w:sz w:val="20"/>
          <w:szCs w:val="20"/>
          <w:lang w:val="ru-RU"/>
        </w:rPr>
        <w:t>.</w:t>
      </w:r>
    </w:p>
    <w:p w14:paraId="59F3EAFF" w14:textId="77777777" w:rsidR="00996AC7" w:rsidRDefault="00537772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rStyle w:val="affa"/>
          <w:sz w:val="20"/>
          <w:szCs w:val="20"/>
          <w:lang w:val="ru-RU"/>
        </w:rPr>
        <w:t>Вместо использования простой электронной подписи для подписания электронных документов Стороны вправе использовать усиленную квалифицированную электронную подпись или подписать документы собственноручно</w:t>
      </w:r>
      <w:r w:rsidRPr="00673D98">
        <w:rPr>
          <w:rStyle w:val="Aff9"/>
          <w:sz w:val="20"/>
          <w:szCs w:val="20"/>
          <w:lang w:val="ru-RU"/>
        </w:rPr>
        <w:t xml:space="preserve">. </w:t>
      </w:r>
    </w:p>
    <w:p w14:paraId="7D8B20B5" w14:textId="77777777" w:rsidR="00996AC7" w:rsidRDefault="00537772">
      <w:pPr>
        <w:pStyle w:val="Aff8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rStyle w:val="affa"/>
          <w:b/>
          <w:bCs/>
          <w:sz w:val="20"/>
          <w:szCs w:val="20"/>
          <w:lang w:val="ru-RU"/>
        </w:rPr>
        <w:t>Юридическая значимость переписки</w:t>
      </w:r>
      <w:r w:rsidRPr="00673D98">
        <w:rPr>
          <w:rStyle w:val="Aff9"/>
          <w:b/>
          <w:bCs/>
          <w:sz w:val="20"/>
          <w:szCs w:val="20"/>
          <w:lang w:val="ru-RU"/>
        </w:rPr>
        <w:t xml:space="preserve">: </w:t>
      </w:r>
      <w:r>
        <w:rPr>
          <w:rStyle w:val="affa"/>
          <w:sz w:val="20"/>
          <w:szCs w:val="20"/>
          <w:lang w:val="ru-RU"/>
        </w:rPr>
        <w:t>Стороны явно согласны и подтверждают</w:t>
      </w:r>
      <w:r w:rsidRPr="00673D98">
        <w:rPr>
          <w:rStyle w:val="affa"/>
          <w:sz w:val="20"/>
          <w:szCs w:val="20"/>
          <w:lang w:val="ru-RU"/>
        </w:rPr>
        <w:t xml:space="preserve">, </w:t>
      </w:r>
      <w:r>
        <w:rPr>
          <w:rStyle w:val="affa"/>
          <w:sz w:val="20"/>
          <w:szCs w:val="20"/>
          <w:lang w:val="ru-RU"/>
        </w:rPr>
        <w:t>что вся переписка между ними</w:t>
      </w:r>
      <w:r w:rsidRPr="00673D98">
        <w:rPr>
          <w:rStyle w:val="affa"/>
          <w:sz w:val="20"/>
          <w:szCs w:val="20"/>
          <w:lang w:val="ru-RU"/>
        </w:rPr>
        <w:t xml:space="preserve">: </w:t>
      </w:r>
      <w:r>
        <w:rPr>
          <w:rStyle w:val="affa"/>
          <w:sz w:val="20"/>
          <w:szCs w:val="20"/>
          <w:lang w:val="ru-RU"/>
        </w:rPr>
        <w:t xml:space="preserve">в мессенджерах </w:t>
      </w:r>
      <w:r w:rsidRPr="00673D98">
        <w:rPr>
          <w:rStyle w:val="affa"/>
          <w:sz w:val="20"/>
          <w:szCs w:val="20"/>
          <w:lang w:val="ru-RU"/>
        </w:rPr>
        <w:t>(</w:t>
      </w:r>
      <w:r>
        <w:rPr>
          <w:rStyle w:val="affa"/>
          <w:sz w:val="20"/>
          <w:szCs w:val="20"/>
        </w:rPr>
        <w:t>Telegram</w:t>
      </w:r>
      <w:r w:rsidRPr="00673D98">
        <w:rPr>
          <w:rStyle w:val="affa"/>
          <w:sz w:val="20"/>
          <w:szCs w:val="20"/>
          <w:lang w:val="ru-RU"/>
        </w:rPr>
        <w:t xml:space="preserve">, </w:t>
      </w:r>
      <w:r>
        <w:rPr>
          <w:rStyle w:val="affa"/>
          <w:sz w:val="20"/>
          <w:szCs w:val="20"/>
        </w:rPr>
        <w:t>WhatsApp</w:t>
      </w:r>
      <w:r w:rsidRPr="00673D98">
        <w:rPr>
          <w:rStyle w:val="affa"/>
          <w:sz w:val="20"/>
          <w:szCs w:val="20"/>
          <w:lang w:val="ru-RU"/>
        </w:rPr>
        <w:t xml:space="preserve">, </w:t>
      </w:r>
      <w:r>
        <w:rPr>
          <w:rStyle w:val="affa"/>
          <w:sz w:val="20"/>
          <w:szCs w:val="20"/>
        </w:rPr>
        <w:t>Viber</w:t>
      </w:r>
      <w:r w:rsidRPr="00673D98">
        <w:rPr>
          <w:rStyle w:val="affa"/>
          <w:sz w:val="20"/>
          <w:szCs w:val="20"/>
          <w:lang w:val="ru-RU"/>
        </w:rPr>
        <w:t xml:space="preserve">, </w:t>
      </w:r>
      <w:r>
        <w:rPr>
          <w:rStyle w:val="affa"/>
          <w:sz w:val="20"/>
          <w:szCs w:val="20"/>
        </w:rPr>
        <w:t>Messenger</w:t>
      </w:r>
      <w:r w:rsidRPr="00673D98">
        <w:rPr>
          <w:rStyle w:val="affa"/>
          <w:sz w:val="20"/>
          <w:szCs w:val="20"/>
          <w:lang w:val="ru-RU"/>
        </w:rPr>
        <w:t xml:space="preserve"> и т.д</w:t>
      </w:r>
      <w:r>
        <w:rPr>
          <w:rStyle w:val="affa"/>
          <w:sz w:val="20"/>
          <w:szCs w:val="20"/>
          <w:lang w:val="it-IT"/>
        </w:rPr>
        <w:t xml:space="preserve">.); </w:t>
      </w:r>
      <w:r>
        <w:rPr>
          <w:rStyle w:val="affa"/>
          <w:sz w:val="20"/>
          <w:szCs w:val="20"/>
          <w:lang w:val="ru-RU"/>
        </w:rPr>
        <w:t xml:space="preserve">по электронной почте </w:t>
      </w:r>
      <w:r w:rsidRPr="00673D98">
        <w:rPr>
          <w:rStyle w:val="affa"/>
          <w:sz w:val="20"/>
          <w:szCs w:val="20"/>
          <w:lang w:val="ru-RU"/>
        </w:rPr>
        <w:t>(</w:t>
      </w:r>
      <w:r>
        <w:rPr>
          <w:rStyle w:val="affa"/>
          <w:sz w:val="20"/>
          <w:szCs w:val="20"/>
        </w:rPr>
        <w:t>email</w:t>
      </w:r>
      <w:r w:rsidRPr="00673D98">
        <w:rPr>
          <w:rStyle w:val="affa"/>
          <w:sz w:val="20"/>
          <w:szCs w:val="20"/>
          <w:lang w:val="ru-RU"/>
        </w:rPr>
        <w:t xml:space="preserve">); </w:t>
      </w:r>
      <w:r>
        <w:rPr>
          <w:rStyle w:val="affa"/>
          <w:sz w:val="20"/>
          <w:szCs w:val="20"/>
          <w:lang w:val="ru-RU"/>
        </w:rPr>
        <w:t>через иные электронные каналы коммуникации</w:t>
      </w:r>
      <w:r w:rsidRPr="00673D98">
        <w:rPr>
          <w:rStyle w:val="affa"/>
          <w:sz w:val="20"/>
          <w:szCs w:val="20"/>
          <w:lang w:val="ru-RU"/>
        </w:rPr>
        <w:t xml:space="preserve">; </w:t>
      </w:r>
      <w:r>
        <w:rPr>
          <w:rStyle w:val="affa"/>
          <w:sz w:val="20"/>
          <w:szCs w:val="20"/>
          <w:lang w:val="ru-RU"/>
        </w:rPr>
        <w:t>является юридически значимой и может быть использована в качестве доказательства при разрешении споров</w:t>
      </w:r>
      <w:r w:rsidRPr="00673D98">
        <w:rPr>
          <w:rStyle w:val="affa"/>
          <w:sz w:val="20"/>
          <w:szCs w:val="20"/>
          <w:lang w:val="ru-RU"/>
        </w:rPr>
        <w:t xml:space="preserve">, </w:t>
      </w:r>
      <w:r>
        <w:rPr>
          <w:rStyle w:val="affa"/>
          <w:sz w:val="20"/>
          <w:szCs w:val="20"/>
          <w:lang w:val="ru-RU"/>
        </w:rPr>
        <w:t>рассмотрении претензий и в судебном разбирательстве</w:t>
      </w:r>
      <w:r w:rsidRPr="00673D98">
        <w:rPr>
          <w:rStyle w:val="affa"/>
          <w:sz w:val="20"/>
          <w:szCs w:val="20"/>
          <w:lang w:val="ru-RU"/>
        </w:rPr>
        <w:t xml:space="preserve">. </w:t>
      </w:r>
      <w:r>
        <w:rPr>
          <w:rStyle w:val="affa"/>
          <w:sz w:val="20"/>
          <w:szCs w:val="20"/>
          <w:lang w:val="ru-RU"/>
        </w:rPr>
        <w:t>Каждое сообщение</w:t>
      </w:r>
      <w:r w:rsidRPr="00673D98">
        <w:rPr>
          <w:rStyle w:val="affa"/>
          <w:sz w:val="20"/>
          <w:szCs w:val="20"/>
          <w:lang w:val="ru-RU"/>
        </w:rPr>
        <w:t xml:space="preserve">, </w:t>
      </w:r>
      <w:r>
        <w:rPr>
          <w:rStyle w:val="affa"/>
          <w:sz w:val="20"/>
          <w:szCs w:val="20"/>
          <w:lang w:val="ru-RU"/>
        </w:rPr>
        <w:t>отправленное с официального адреса электронной почты</w:t>
      </w:r>
      <w:r w:rsidRPr="00673D98">
        <w:rPr>
          <w:rStyle w:val="affa"/>
          <w:sz w:val="20"/>
          <w:szCs w:val="20"/>
          <w:lang w:val="ru-RU"/>
        </w:rPr>
        <w:t xml:space="preserve">, </w:t>
      </w:r>
      <w:r>
        <w:rPr>
          <w:rStyle w:val="affa"/>
          <w:sz w:val="20"/>
          <w:szCs w:val="20"/>
          <w:lang w:val="ru-RU"/>
        </w:rPr>
        <w:t>номера телефона или идентификатора Стороны</w:t>
      </w:r>
      <w:r w:rsidRPr="00673D98">
        <w:rPr>
          <w:rStyle w:val="affa"/>
          <w:sz w:val="20"/>
          <w:szCs w:val="20"/>
          <w:lang w:val="ru-RU"/>
        </w:rPr>
        <w:t xml:space="preserve">, </w:t>
      </w:r>
      <w:r>
        <w:rPr>
          <w:rStyle w:val="affa"/>
          <w:sz w:val="20"/>
          <w:szCs w:val="20"/>
          <w:lang w:val="ru-RU"/>
        </w:rPr>
        <w:t>признается официальной корреспонденцией в рамках исполнения Договора и может служить доказательством согласия</w:t>
      </w:r>
      <w:r w:rsidRPr="00673D98">
        <w:rPr>
          <w:rStyle w:val="affa"/>
          <w:sz w:val="20"/>
          <w:szCs w:val="20"/>
          <w:lang w:val="ru-RU"/>
        </w:rPr>
        <w:t xml:space="preserve">, </w:t>
      </w:r>
      <w:r>
        <w:rPr>
          <w:rStyle w:val="affa"/>
          <w:sz w:val="20"/>
          <w:szCs w:val="20"/>
          <w:lang w:val="ru-RU"/>
        </w:rPr>
        <w:t>распоряжения или другого юридически значимого действия</w:t>
      </w:r>
      <w:r w:rsidRPr="00673D98">
        <w:rPr>
          <w:rStyle w:val="affa"/>
          <w:sz w:val="20"/>
          <w:szCs w:val="20"/>
          <w:lang w:val="ru-RU"/>
        </w:rPr>
        <w:t>.</w:t>
      </w:r>
    </w:p>
    <w:p w14:paraId="17F2B7E4" w14:textId="18B52D7A" w:rsidR="00996AC7" w:rsidRPr="005C5D42" w:rsidRDefault="00537772" w:rsidP="005C5D42">
      <w:pPr>
        <w:pStyle w:val="Aff8"/>
        <w:numPr>
          <w:ilvl w:val="0"/>
          <w:numId w:val="9"/>
        </w:numPr>
        <w:spacing w:after="0"/>
        <w:jc w:val="center"/>
        <w:rPr>
          <w:rStyle w:val="affa"/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ПОДПИСИ СТОРОН</w:t>
      </w:r>
    </w:p>
    <w:tbl>
      <w:tblPr>
        <w:tblW w:w="8640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320"/>
        <w:gridCol w:w="4320"/>
      </w:tblGrid>
      <w:tr w:rsidR="00996AC7" w14:paraId="0177C09D" w14:textId="77777777">
        <w:trPr>
          <w:trHeight w:val="1387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56E82" w14:textId="77777777" w:rsidR="00996AC7" w:rsidRDefault="00537772">
            <w:pPr>
              <w:pStyle w:val="Aff8"/>
              <w:rPr>
                <w:rStyle w:val="affa"/>
                <w:sz w:val="20"/>
                <w:szCs w:val="20"/>
              </w:rPr>
            </w:pPr>
            <w:r>
              <w:rPr>
                <w:rStyle w:val="affa"/>
                <w:b/>
                <w:bCs/>
                <w:sz w:val="20"/>
                <w:szCs w:val="20"/>
                <w:lang w:val="ru-RU"/>
              </w:rPr>
              <w:t>ЗАКАЗЧИК</w:t>
            </w:r>
          </w:p>
          <w:p w14:paraId="7AED5268" w14:textId="77777777" w:rsidR="00996AC7" w:rsidRDefault="00537772">
            <w:pPr>
              <w:pStyle w:val="Aff8"/>
            </w:pPr>
            <w:r>
              <w:rPr>
                <w:rStyle w:val="affa"/>
                <w:sz w:val="20"/>
                <w:szCs w:val="20"/>
                <w:lang w:val="ru-RU"/>
              </w:rPr>
              <w:t>[Наименование заказчика]</w:t>
            </w:r>
            <w:r>
              <w:rPr>
                <w:rStyle w:val="affa"/>
                <w:sz w:val="20"/>
                <w:szCs w:val="20"/>
                <w:lang w:val="ru-RU"/>
              </w:rPr>
              <w:br/>
            </w:r>
            <w:r>
              <w:rPr>
                <w:rStyle w:val="affa"/>
                <w:sz w:val="20"/>
                <w:szCs w:val="20"/>
                <w:lang w:val="ru-RU"/>
              </w:rPr>
              <w:br/>
              <w:t>___________________/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F502C" w14:textId="77777777" w:rsidR="00996AC7" w:rsidRDefault="00537772">
            <w:pPr>
              <w:pStyle w:val="Aff8"/>
              <w:rPr>
                <w:rStyle w:val="affa"/>
                <w:sz w:val="20"/>
                <w:szCs w:val="20"/>
              </w:rPr>
            </w:pPr>
            <w:r>
              <w:rPr>
                <w:rStyle w:val="affa"/>
                <w:b/>
                <w:bCs/>
                <w:sz w:val="20"/>
                <w:szCs w:val="20"/>
                <w:lang w:val="ru-RU"/>
              </w:rPr>
              <w:t>ИСПОЛНИТЕЛЬ</w:t>
            </w:r>
          </w:p>
          <w:p w14:paraId="18339382" w14:textId="77777777" w:rsidR="00996AC7" w:rsidRDefault="00537772">
            <w:pPr>
              <w:pStyle w:val="Aff8"/>
              <w:rPr>
                <w:rStyle w:val="affa"/>
                <w:sz w:val="20"/>
                <w:szCs w:val="20"/>
              </w:rPr>
            </w:pPr>
            <w:r>
              <w:rPr>
                <w:rStyle w:val="affa"/>
                <w:sz w:val="20"/>
                <w:szCs w:val="20"/>
              </w:rPr>
              <w:t>[ФИО физического лица]</w:t>
            </w:r>
          </w:p>
          <w:p w14:paraId="0DAEAEE2" w14:textId="77777777" w:rsidR="00996AC7" w:rsidRDefault="00537772">
            <w:pPr>
              <w:pStyle w:val="Aff8"/>
            </w:pPr>
            <w:r>
              <w:rPr>
                <w:rStyle w:val="affa"/>
                <w:sz w:val="20"/>
                <w:szCs w:val="20"/>
                <w:lang w:val="ru-RU"/>
              </w:rPr>
              <w:br/>
              <w:t>____________________/</w:t>
            </w:r>
          </w:p>
        </w:tc>
      </w:tr>
    </w:tbl>
    <w:p w14:paraId="6A24F676" w14:textId="77777777" w:rsidR="00996AC7" w:rsidRDefault="00996AC7">
      <w:pPr>
        <w:pStyle w:val="Aff8"/>
        <w:widowControl w:val="0"/>
        <w:spacing w:line="240" w:lineRule="auto"/>
        <w:ind w:left="540" w:hanging="540"/>
      </w:pPr>
    </w:p>
    <w:p w14:paraId="27100C40" w14:textId="77777777" w:rsidR="00996AC7" w:rsidRDefault="00537772">
      <w:r>
        <w:br w:type="page"/>
      </w:r>
    </w:p>
    <w:p w14:paraId="2DB2AA19" w14:textId="77777777" w:rsidR="00996AC7" w:rsidRDefault="00537772">
      <w:r>
        <w:rPr>
          <w:b/>
        </w:rPr>
        <w:lastRenderedPageBreak/>
        <w:t>АКТ</w:t>
      </w:r>
    </w:p>
    <w:p w14:paraId="3A34596C" w14:textId="77777777" w:rsidR="00996AC7" w:rsidRPr="00673D98" w:rsidRDefault="00537772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center"/>
        <w:rPr>
          <w:rFonts w:ascii="Calibri" w:eastAsia="Calibri" w:hAnsi="Calibri" w:cs="Calibri"/>
          <w:color w:val="000000"/>
          <w:sz w:val="24"/>
          <w:szCs w:val="24"/>
          <w:lang w:val="ru-RU"/>
        </w:rPr>
      </w:pPr>
      <w:r w:rsidRPr="00673D98">
        <w:rPr>
          <w:rFonts w:ascii="Calibri" w:eastAsia="Calibri" w:hAnsi="Calibri" w:cs="Calibri"/>
          <w:b/>
          <w:bCs/>
          <w:color w:val="000000"/>
          <w:sz w:val="24"/>
          <w:szCs w:val="24"/>
          <w:lang w:val="ru-RU"/>
        </w:rPr>
        <w:t>АКТ №</w:t>
      </w:r>
      <w:r w:rsidRPr="00673D98">
        <w:rPr>
          <w:rFonts w:ascii="Calibri" w:eastAsia="Calibri" w:hAnsi="Calibri" w:cs="Calibri"/>
          <w:color w:val="000000"/>
          <w:sz w:val="24"/>
          <w:szCs w:val="24"/>
          <w:lang w:val="ru-RU"/>
        </w:rPr>
        <w:t xml:space="preserve"> [Номер Акта]</w:t>
      </w:r>
      <w:r w:rsidRPr="00673D98">
        <w:rPr>
          <w:rFonts w:ascii="Calibri" w:eastAsia="Calibri" w:hAnsi="Calibri" w:cs="Calibri"/>
          <w:color w:val="000000"/>
          <w:sz w:val="24"/>
          <w:szCs w:val="24"/>
          <w:lang w:val="ru-RU"/>
        </w:rPr>
        <w:br/>
        <w:t>СДАЧИ-ПРИЕМКИ ОКАЗАННЫХ УСЛУГ</w:t>
      </w:r>
      <w:r w:rsidRPr="00673D98">
        <w:rPr>
          <w:rFonts w:ascii="Calibri" w:eastAsia="Calibri" w:hAnsi="Calibri" w:cs="Calibri"/>
          <w:color w:val="000000"/>
          <w:sz w:val="24"/>
          <w:szCs w:val="24"/>
          <w:lang w:val="ru-RU"/>
        </w:rPr>
        <w:br/>
        <w:t>к Договору на оказание услуг № [№ договора] от [дата договора]</w:t>
      </w:r>
    </w:p>
    <w:p w14:paraId="055763FF" w14:textId="77777777" w:rsidR="00996AC7" w:rsidRPr="00673D98" w:rsidRDefault="00537772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center"/>
        <w:rPr>
          <w:rFonts w:ascii="Calibri" w:eastAsia="Calibri" w:hAnsi="Calibri" w:cs="Calibri"/>
          <w:color w:val="000000"/>
          <w:sz w:val="24"/>
          <w:szCs w:val="24"/>
          <w:lang w:val="ru-RU"/>
        </w:rPr>
      </w:pPr>
      <w:r w:rsidRPr="00673D98">
        <w:rPr>
          <w:rFonts w:ascii="Calibri" w:eastAsia="Calibri" w:hAnsi="Calibri" w:cs="Calibri"/>
          <w:color w:val="000000"/>
          <w:sz w:val="24"/>
          <w:szCs w:val="24"/>
          <w:lang w:val="ru-RU"/>
        </w:rPr>
        <w:t>​</w:t>
      </w:r>
    </w:p>
    <w:p w14:paraId="04A3E65D" w14:textId="77777777" w:rsidR="00996AC7" w:rsidRPr="00673D98" w:rsidRDefault="00537772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color w:val="000000"/>
          <w:sz w:val="20"/>
          <w:szCs w:val="20"/>
          <w:lang w:val="ru-RU"/>
        </w:rPr>
      </w:pPr>
      <w:r w:rsidRPr="00673D98">
        <w:rPr>
          <w:rFonts w:ascii="Calibri" w:eastAsia="Calibri" w:hAnsi="Calibri" w:cs="Calibri"/>
          <w:color w:val="000000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г. Москва, [дата акта]</w:t>
      </w:r>
    </w:p>
    <w:p w14:paraId="1EC91E28" w14:textId="77777777" w:rsidR="00996AC7" w:rsidRPr="00673D98" w:rsidRDefault="00537772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val="ru-RU"/>
        </w:rPr>
      </w:pPr>
      <w:r w:rsidRPr="00673D98">
        <w:rPr>
          <w:rFonts w:ascii="Calibri" w:eastAsia="Calibri" w:hAnsi="Calibri" w:cs="Calibri"/>
          <w:b/>
          <w:bCs/>
          <w:color w:val="000000"/>
          <w:sz w:val="24"/>
          <w:szCs w:val="24"/>
          <w:lang w:val="ru-RU"/>
        </w:rPr>
        <w:t xml:space="preserve">РЕКВИЗИТЫ СТОРОН </w:t>
      </w:r>
    </w:p>
    <w:tbl>
      <w:tblPr>
        <w:tblW w:w="885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951"/>
        <w:gridCol w:w="6905"/>
      </w:tblGrid>
      <w:tr w:rsidR="00996AC7" w:rsidRPr="007E39B2" w14:paraId="7E791EE3" w14:textId="77777777">
        <w:trPr>
          <w:trHeight w:val="79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6A9FE" w14:textId="77777777" w:rsidR="00996AC7" w:rsidRDefault="00537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Заказчик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4375C" w14:textId="77777777" w:rsidR="00996AC7" w:rsidRPr="00673D98" w:rsidRDefault="00537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673D98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ru-RU"/>
              </w:rPr>
              <w:t>[Наименование компании]</w:t>
            </w:r>
          </w:p>
          <w:p w14:paraId="13CCA635" w14:textId="77777777" w:rsidR="00996AC7" w:rsidRPr="00673D98" w:rsidRDefault="00537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ru-RU"/>
              </w:rPr>
            </w:pPr>
            <w:r w:rsidRPr="00673D98">
              <w:rPr>
                <w:rFonts w:ascii="Calibri" w:eastAsia="Calibri" w:hAnsi="Calibri" w:cs="Calibri"/>
                <w:color w:val="000000"/>
                <w:sz w:val="20"/>
                <w:szCs w:val="20"/>
                <w:lang w:val="ru-RU"/>
              </w:rPr>
              <w:t>[ОГРН заказчика] , ИНН [ИНН компании], [КПП компании]</w:t>
            </w:r>
          </w:p>
          <w:p w14:paraId="2D10F44E" w14:textId="77777777" w:rsidR="00996AC7" w:rsidRPr="00673D98" w:rsidRDefault="00537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3D98">
              <w:rPr>
                <w:rFonts w:ascii="Calibri" w:eastAsia="Calibri" w:hAnsi="Calibri" w:cs="Calibri"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</w:tr>
      <w:tr w:rsidR="00996AC7" w14:paraId="4D46A9DE" w14:textId="77777777">
        <w:trPr>
          <w:trHeight w:val="101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2E068" w14:textId="77777777" w:rsidR="00996AC7" w:rsidRDefault="00537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Исполнитель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7A5AA" w14:textId="77777777" w:rsidR="00996AC7" w:rsidRPr="00673D98" w:rsidRDefault="00537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673D98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ru-RU"/>
              </w:rPr>
              <w:t>Индивидуальный предприниматель</w:t>
            </w:r>
          </w:p>
          <w:p w14:paraId="04EB20DC" w14:textId="77777777" w:rsidR="00996AC7" w:rsidRPr="00673D98" w:rsidRDefault="00537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673D98">
              <w:rPr>
                <w:rFonts w:ascii="Calibri" w:eastAsia="Calibri" w:hAnsi="Calibri" w:cs="Calibri"/>
                <w:color w:val="000000"/>
                <w:sz w:val="20"/>
                <w:szCs w:val="20"/>
                <w:lang w:val="ru-RU"/>
              </w:rPr>
              <w:t xml:space="preserve">ФИО (полностью): </w:t>
            </w:r>
            <w:r w:rsidRPr="00673D98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ru-RU"/>
              </w:rPr>
              <w:t>[ФИО физического лица]</w:t>
            </w:r>
          </w:p>
          <w:p w14:paraId="4B5850F1" w14:textId="77777777" w:rsidR="00996AC7" w:rsidRDefault="00537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ОГРНИП: [ОГРНИП]</w:t>
            </w:r>
          </w:p>
          <w:p w14:paraId="16261029" w14:textId="77777777" w:rsidR="00996AC7" w:rsidRDefault="00537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ИНН: [ИНН]</w:t>
            </w:r>
          </w:p>
        </w:tc>
      </w:tr>
    </w:tbl>
    <w:p w14:paraId="085C0184" w14:textId="77777777" w:rsidR="00996AC7" w:rsidRDefault="00996AC7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4CB2D0A3" w14:textId="77777777" w:rsidR="00996AC7" w:rsidRPr="00673D98" w:rsidRDefault="0053777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color w:val="000000"/>
          <w:sz w:val="20"/>
          <w:szCs w:val="20"/>
          <w:lang w:val="ru-RU"/>
        </w:rPr>
      </w:pPr>
      <w:r w:rsidRPr="00673D98">
        <w:rPr>
          <w:rFonts w:ascii="Calibri" w:eastAsia="Calibri" w:hAnsi="Calibri" w:cs="Calibri"/>
          <w:color w:val="000000"/>
          <w:sz w:val="20"/>
          <w:szCs w:val="20"/>
          <w:lang w:val="ru-RU"/>
        </w:rPr>
        <w:t>Стороны составили настоящий Акт о том, что Исполнитель надлежащим образом оказал Услуги, а Заказчик принял их в порядке и на условиях Договора, а именно:</w:t>
      </w:r>
    </w:p>
    <w:p w14:paraId="02FAD316" w14:textId="77777777" w:rsidR="00996AC7" w:rsidRPr="00673D98" w:rsidRDefault="00537772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color w:val="000000"/>
          <w:sz w:val="20"/>
          <w:szCs w:val="20"/>
          <w:lang w:val="ru-RU"/>
        </w:rPr>
      </w:pPr>
      <w:r w:rsidRPr="00673D98">
        <w:rPr>
          <w:rFonts w:ascii="Calibri" w:eastAsia="Calibri" w:hAnsi="Calibri" w:cs="Calibri"/>
          <w:color w:val="000000"/>
          <w:sz w:val="20"/>
          <w:szCs w:val="20"/>
          <w:lang w:val="ru-RU"/>
        </w:rPr>
        <w:t>Исполнитель выполнил оказал следующие Услуги:</w:t>
      </w:r>
      <w:r>
        <w:rPr>
          <w:rFonts w:ascii="Calibri" w:eastAsia="Calibri" w:hAnsi="Calibri" w:cs="Calibri"/>
          <w:color w:val="000000"/>
          <w:sz w:val="20"/>
          <w:szCs w:val="20"/>
        </w:rPr>
        <w:t> </w:t>
      </w:r>
      <w:r w:rsidRPr="00673D98">
        <w:rPr>
          <w:rFonts w:ascii="Calibri" w:eastAsia="Calibri" w:hAnsi="Calibri" w:cs="Calibri"/>
          <w:color w:val="000000"/>
          <w:sz w:val="20"/>
          <w:szCs w:val="20"/>
          <w:lang w:val="ru-RU"/>
        </w:rPr>
        <w:t>[Работа].</w:t>
      </w:r>
    </w:p>
    <w:p w14:paraId="6B80AC9C" w14:textId="77777777" w:rsidR="00996AC7" w:rsidRPr="00673D98" w:rsidRDefault="00537772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color w:val="000000"/>
          <w:sz w:val="20"/>
          <w:szCs w:val="20"/>
          <w:lang w:val="ru-RU"/>
        </w:rPr>
      </w:pPr>
      <w:r w:rsidRPr="00673D98">
        <w:rPr>
          <w:rFonts w:ascii="Calibri" w:eastAsia="Calibri" w:hAnsi="Calibri" w:cs="Calibri"/>
          <w:color w:val="000000"/>
          <w:sz w:val="20"/>
          <w:szCs w:val="20"/>
          <w:lang w:val="ru-RU"/>
        </w:rPr>
        <w:t>Услуги оказаны в рамках проекта клиента Заказчика со следующими параметрами:</w:t>
      </w:r>
    </w:p>
    <w:p w14:paraId="426AD0AA" w14:textId="77777777" w:rsidR="00996AC7" w:rsidRDefault="00537772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color w:val="000000"/>
          <w:sz w:val="20"/>
          <w:szCs w:val="20"/>
        </w:rPr>
      </w:pPr>
      <w:r w:rsidRPr="00673D98">
        <w:rPr>
          <w:rFonts w:ascii="Calibri" w:eastAsia="Calibri" w:hAnsi="Calibri" w:cs="Calibri"/>
          <w:color w:val="000000"/>
          <w:sz w:val="20"/>
          <w:szCs w:val="20"/>
          <w:lang w:val="ru-RU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[Наименование проекта]</w:t>
      </w:r>
    </w:p>
    <w:p w14:paraId="16D3DB35" w14:textId="77777777" w:rsidR="00996AC7" w:rsidRDefault="00537772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[хронометраж, сек]</w:t>
      </w:r>
    </w:p>
    <w:p w14:paraId="588D44BD" w14:textId="77777777" w:rsidR="00996AC7" w:rsidRDefault="00537772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[Условное наименование]</w:t>
      </w:r>
    </w:p>
    <w:p w14:paraId="3E92E140" w14:textId="7C1E45AD" w:rsidR="00996AC7" w:rsidRPr="00673D98" w:rsidRDefault="00537772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color w:val="000000"/>
          <w:sz w:val="20"/>
          <w:szCs w:val="20"/>
          <w:lang w:val="ru-RU"/>
        </w:rPr>
      </w:pPr>
      <w:r w:rsidRPr="00673D98">
        <w:rPr>
          <w:rFonts w:ascii="Calibri" w:eastAsia="Calibri" w:hAnsi="Calibri" w:cs="Calibri"/>
          <w:color w:val="000000"/>
          <w:sz w:val="20"/>
          <w:szCs w:val="20"/>
          <w:lang w:val="ru-RU"/>
        </w:rPr>
        <w:t>Срок оказания Услуг по Договору: с [дата начала] по [дата окончания].</w:t>
      </w:r>
      <w:r w:rsidR="00205790">
        <w:rPr>
          <w:rFonts w:ascii="Calibri" w:eastAsia="Calibri" w:hAnsi="Calibri" w:cs="Calibri"/>
          <w:color w:val="000000"/>
          <w:sz w:val="20"/>
          <w:szCs w:val="20"/>
          <w:lang w:val="ru-RU"/>
        </w:rPr>
        <w:br/>
      </w:r>
    </w:p>
    <w:p w14:paraId="35257448" w14:textId="3B490A55" w:rsidR="00996AC7" w:rsidRPr="00205790" w:rsidRDefault="0053777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color w:val="000000"/>
          <w:sz w:val="20"/>
          <w:szCs w:val="20"/>
          <w:lang w:val="ru-RU"/>
        </w:rPr>
      </w:pPr>
      <w:r w:rsidRPr="00673D98">
        <w:rPr>
          <w:rFonts w:ascii="Calibri" w:eastAsia="Calibri" w:hAnsi="Calibri" w:cs="Calibri"/>
          <w:color w:val="000000"/>
          <w:sz w:val="20"/>
          <w:szCs w:val="20"/>
          <w:lang w:val="ru-RU"/>
        </w:rPr>
        <w:t xml:space="preserve">Заказчик производит оплату Услуг в размере и в порядке, установленном в Договоре. </w:t>
      </w:r>
      <w:r w:rsidRPr="00205790">
        <w:rPr>
          <w:rFonts w:ascii="Calibri" w:eastAsia="Calibri" w:hAnsi="Calibri" w:cs="Calibri"/>
          <w:color w:val="000000"/>
          <w:sz w:val="20"/>
          <w:szCs w:val="20"/>
          <w:lang w:val="ru-RU"/>
        </w:rPr>
        <w:t>Исполнитель по оплате никаких претензий к Заказчику не имеет.</w:t>
      </w:r>
    </w:p>
    <w:p w14:paraId="78EAC020" w14:textId="77777777" w:rsidR="00996AC7" w:rsidRPr="00673D98" w:rsidRDefault="0053777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Calibri" w:eastAsia="Calibri" w:hAnsi="Calibri" w:cs="Calibri"/>
          <w:color w:val="000000"/>
          <w:sz w:val="20"/>
          <w:szCs w:val="20"/>
          <w:lang w:val="ru-RU"/>
        </w:rPr>
      </w:pPr>
      <w:r w:rsidRPr="00673D98">
        <w:rPr>
          <w:rFonts w:ascii="Calibri" w:eastAsia="Calibri" w:hAnsi="Calibri" w:cs="Calibri"/>
          <w:color w:val="000000"/>
          <w:sz w:val="20"/>
          <w:szCs w:val="20"/>
          <w:lang w:val="ru-RU"/>
        </w:rPr>
        <w:t>Исполнитель самостоятельно разрешает все вопросы, связанные с декларированием сумм вознаграждения, получаемых в рамках Договора, а также с уплатой налогов в размерах и сроки, установленные законодательством Российской Федерации.</w:t>
      </w:r>
    </w:p>
    <w:p w14:paraId="60D980E3" w14:textId="77777777" w:rsidR="00996AC7" w:rsidRDefault="0053777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color w:val="000000"/>
          <w:sz w:val="20"/>
          <w:szCs w:val="20"/>
        </w:rPr>
      </w:pPr>
      <w:r w:rsidRPr="00673D98">
        <w:rPr>
          <w:rFonts w:ascii="Calibri" w:eastAsia="Calibri" w:hAnsi="Calibri" w:cs="Calibri"/>
          <w:color w:val="000000"/>
          <w:sz w:val="20"/>
          <w:szCs w:val="20"/>
          <w:lang w:val="ru-RU"/>
        </w:rPr>
        <w:t xml:space="preserve">Акт вступает в силу с даты с подписания и является неотъемлемой частью </w:t>
      </w:r>
      <w:r>
        <w:rPr>
          <w:rFonts w:ascii="Calibri" w:eastAsia="Calibri" w:hAnsi="Calibri" w:cs="Calibri"/>
          <w:color w:val="000000"/>
          <w:sz w:val="20"/>
          <w:szCs w:val="20"/>
        </w:rPr>
        <w:t>Договора. В Акте применяется терминология, предусмотренная Договором.</w:t>
      </w:r>
    </w:p>
    <w:p w14:paraId="133268A6" w14:textId="77777777" w:rsidR="00996AC7" w:rsidRPr="00673D98" w:rsidRDefault="0053777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color w:val="000000"/>
          <w:sz w:val="20"/>
          <w:szCs w:val="20"/>
          <w:lang w:val="ru-RU"/>
        </w:rPr>
      </w:pPr>
      <w:r w:rsidRPr="00673D98">
        <w:rPr>
          <w:rFonts w:ascii="Calibri" w:eastAsia="Calibri" w:hAnsi="Calibri" w:cs="Calibri"/>
          <w:color w:val="000000"/>
          <w:sz w:val="20"/>
          <w:szCs w:val="20"/>
          <w:lang w:val="ru-RU"/>
        </w:rPr>
        <w:t>Акт может быть подписан посредством электронного документооборота/простой электронной подписи в порядке, предусмотренном Договором.</w:t>
      </w:r>
    </w:p>
    <w:p w14:paraId="0FE5562A" w14:textId="77777777" w:rsidR="00996AC7" w:rsidRPr="00673D98" w:rsidRDefault="00996AC7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color w:val="000000"/>
          <w:sz w:val="20"/>
          <w:szCs w:val="20"/>
          <w:lang w:val="ru-RU"/>
        </w:rPr>
      </w:pPr>
    </w:p>
    <w:p w14:paraId="6C274306" w14:textId="77777777" w:rsidR="00996AC7" w:rsidRDefault="00537772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ПОДПИСИ СТОРОН</w:t>
      </w:r>
    </w:p>
    <w:p w14:paraId="39433F1B" w14:textId="77777777" w:rsidR="00996AC7" w:rsidRDefault="00996AC7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center"/>
        <w:rPr>
          <w:rFonts w:ascii="Calibri" w:eastAsia="Calibri" w:hAnsi="Calibri" w:cs="Calibri"/>
          <w:i/>
          <w:iCs/>
          <w:color w:val="000000"/>
          <w:sz w:val="20"/>
          <w:szCs w:val="20"/>
        </w:rPr>
      </w:pPr>
    </w:p>
    <w:tbl>
      <w:tblPr>
        <w:tblW w:w="864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320"/>
        <w:gridCol w:w="4320"/>
      </w:tblGrid>
      <w:tr w:rsidR="00996AC7" w14:paraId="00D7702F" w14:textId="77777777">
        <w:trPr>
          <w:trHeight w:val="1344"/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8C772" w14:textId="77777777" w:rsidR="00996AC7" w:rsidRDefault="00537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ЗАКАЗЧИК</w:t>
            </w:r>
          </w:p>
          <w:p w14:paraId="0E685C0D" w14:textId="77777777" w:rsidR="00996AC7" w:rsidRDefault="00537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[Наименование заказчика]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  <w:t>___________________/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006F5" w14:textId="77777777" w:rsidR="00996AC7" w:rsidRPr="00673D98" w:rsidRDefault="00537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ru-RU"/>
              </w:rPr>
            </w:pPr>
            <w:r w:rsidRPr="00673D98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ru-RU"/>
              </w:rPr>
              <w:t>ИСПОЛНИТЕЛЬ</w:t>
            </w:r>
          </w:p>
          <w:p w14:paraId="1A37D39A" w14:textId="77777777" w:rsidR="00996AC7" w:rsidRPr="00673D98" w:rsidRDefault="00537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ru-RU"/>
              </w:rPr>
            </w:pPr>
            <w:r w:rsidRPr="00673D98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ru-RU"/>
              </w:rPr>
              <w:t>Индивидуальный предприниматель [ФИО физического лица]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14:paraId="6ABD7251" w14:textId="77777777" w:rsidR="00996AC7" w:rsidRDefault="00537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3D98">
              <w:rPr>
                <w:rFonts w:ascii="Calibri" w:eastAsia="Calibri" w:hAnsi="Calibri" w:cs="Calibri"/>
                <w:color w:val="000000"/>
                <w:sz w:val="20"/>
                <w:szCs w:val="20"/>
                <w:lang w:val="ru-RU"/>
              </w:rPr>
              <w:br/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____________________/</w:t>
            </w:r>
          </w:p>
        </w:tc>
      </w:tr>
    </w:tbl>
    <w:p w14:paraId="63F77DFC" w14:textId="77777777" w:rsidR="00996AC7" w:rsidRDefault="00996A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" w:hanging="108"/>
        <w:rPr>
          <w:rFonts w:ascii="Calibri" w:eastAsia="Calibri" w:hAnsi="Calibri" w:cs="Calibri"/>
          <w:i/>
          <w:iCs/>
          <w:color w:val="000000"/>
          <w:sz w:val="20"/>
          <w:szCs w:val="20"/>
        </w:rPr>
      </w:pPr>
    </w:p>
    <w:p w14:paraId="28A90E42" w14:textId="77777777" w:rsidR="00996AC7" w:rsidRDefault="00996A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996AC7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173" w:footer="2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A6A2D" w14:textId="77777777" w:rsidR="00357A75" w:rsidRDefault="00357A75">
      <w:pPr>
        <w:spacing w:after="0" w:line="240" w:lineRule="auto"/>
      </w:pPr>
      <w:r>
        <w:separator/>
      </w:r>
    </w:p>
  </w:endnote>
  <w:endnote w:type="continuationSeparator" w:id="0">
    <w:p w14:paraId="3D9DDCCC" w14:textId="77777777" w:rsidR="00357A75" w:rsidRDefault="00357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A5E63" w14:textId="77777777" w:rsidR="007E39B2" w:rsidRDefault="007E39B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2533E" w14:textId="77777777" w:rsidR="00996AC7" w:rsidRDefault="00357A75">
    <w:pPr>
      <w:jc w:val="center"/>
    </w:pPr>
    <w:hyperlink r:id="rId1">
      <w:r w:rsidR="00537772">
        <w:rPr>
          <w:rFonts w:ascii="Calibri" w:hAnsi="Calibri" w:cs="Calibri"/>
          <w:color w:val="6B655C"/>
          <w:sz w:val="14"/>
          <w:u w:val="single"/>
        </w:rPr>
        <w:t>snoop-doc.ru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0386" w14:textId="77777777" w:rsidR="007E39B2" w:rsidRDefault="007E39B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7C700" w14:textId="77777777" w:rsidR="00357A75" w:rsidRDefault="00357A75">
      <w:pPr>
        <w:spacing w:after="0" w:line="240" w:lineRule="auto"/>
      </w:pPr>
      <w:r>
        <w:separator/>
      </w:r>
    </w:p>
  </w:footnote>
  <w:footnote w:type="continuationSeparator" w:id="0">
    <w:p w14:paraId="1FFD1ED0" w14:textId="77777777" w:rsidR="00357A75" w:rsidRDefault="00357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8669E" w14:textId="77777777" w:rsidR="007E39B2" w:rsidRDefault="007E39B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8352"/>
      <w:gridCol w:w="1872"/>
    </w:tblGrid>
    <w:tr w:rsidR="00996AC7" w14:paraId="25D50760" w14:textId="77777777">
      <w:trPr>
        <w:jc w:val="center"/>
      </w:trPr>
      <w:tc>
        <w:tcPr>
          <w:tcW w:w="8352" w:type="dxa"/>
          <w:shd w:val="clear" w:color="auto" w:fill="F5F3F0"/>
          <w:tcMar>
            <w:top w:w="100" w:type="dxa"/>
            <w:left w:w="140" w:type="dxa"/>
            <w:bottom w:w="100" w:type="dxa"/>
            <w:right w:w="100" w:type="dxa"/>
          </w:tcMar>
        </w:tcPr>
        <w:p w14:paraId="08197311" w14:textId="06859DF5" w:rsidR="00996AC7" w:rsidRDefault="00537772">
          <w:r w:rsidRPr="00673D98">
            <w:rPr>
              <w:rFonts w:ascii="Calibri" w:hAnsi="Calibri" w:cs="Calibri"/>
              <w:color w:val="6B655C"/>
              <w:sz w:val="16"/>
              <w:lang w:val="ru-RU"/>
            </w:rPr>
            <w:t xml:space="preserve">Не хочешь заполнять шаблон? Регистрируйся в СнупДок на </w:t>
          </w:r>
          <w:hyperlink r:id="rId1">
            <w:r>
              <w:rPr>
                <w:rFonts w:ascii="Calibri" w:hAnsi="Calibri" w:cs="Calibri"/>
                <w:color w:val="227BFF"/>
                <w:sz w:val="16"/>
                <w:u w:val="single"/>
              </w:rPr>
              <w:t>snoop</w:t>
            </w:r>
            <w:r w:rsidRPr="00673D98">
              <w:rPr>
                <w:rFonts w:ascii="Calibri" w:hAnsi="Calibri" w:cs="Calibri"/>
                <w:color w:val="227BFF"/>
                <w:sz w:val="16"/>
                <w:u w:val="single"/>
                <w:lang w:val="ru-RU"/>
              </w:rPr>
              <w:t>-</w:t>
            </w:r>
            <w:r>
              <w:rPr>
                <w:rFonts w:ascii="Calibri" w:hAnsi="Calibri" w:cs="Calibri"/>
                <w:color w:val="227BFF"/>
                <w:sz w:val="16"/>
                <w:u w:val="single"/>
              </w:rPr>
              <w:t>doc</w:t>
            </w:r>
            <w:r w:rsidRPr="00673D98">
              <w:rPr>
                <w:rFonts w:ascii="Calibri" w:hAnsi="Calibri" w:cs="Calibri"/>
                <w:color w:val="227BFF"/>
                <w:sz w:val="16"/>
                <w:u w:val="single"/>
                <w:lang w:val="ru-RU"/>
              </w:rPr>
              <w:t>.</w:t>
            </w:r>
            <w:r>
              <w:rPr>
                <w:rFonts w:ascii="Calibri" w:hAnsi="Calibri" w:cs="Calibri"/>
                <w:color w:val="227BFF"/>
                <w:sz w:val="16"/>
                <w:u w:val="single"/>
              </w:rPr>
              <w:t>ru</w:t>
            </w:r>
          </w:hyperlink>
          <w:r w:rsidRPr="00673D98">
            <w:rPr>
              <w:rFonts w:ascii="Calibri" w:hAnsi="Calibri" w:cs="Calibri"/>
              <w:color w:val="6B655C"/>
              <w:sz w:val="16"/>
              <w:lang w:val="ru-RU"/>
            </w:rPr>
            <w:t xml:space="preserve"> — договор и акт собираются сами, подрядчик подписывает с телефона по ссылке. </w:t>
          </w:r>
          <w:r>
            <w:rPr>
              <w:rFonts w:ascii="Calibri" w:hAnsi="Calibri" w:cs="Calibri"/>
              <w:color w:val="6B655C"/>
              <w:sz w:val="16"/>
            </w:rPr>
            <w:t>Никакого ручного заполнения и вбивания реквизитов.</w:t>
          </w:r>
        </w:p>
      </w:tc>
      <w:tc>
        <w:tcPr>
          <w:tcW w:w="1872" w:type="dxa"/>
          <w:shd w:val="clear" w:color="auto" w:fill="F5F3F0"/>
          <w:tcMar>
            <w:top w:w="100" w:type="dxa"/>
            <w:left w:w="80" w:type="dxa"/>
            <w:bottom w:w="100" w:type="dxa"/>
            <w:right w:w="120" w:type="dxa"/>
          </w:tcMar>
          <w:vAlign w:val="center"/>
        </w:tcPr>
        <w:p w14:paraId="5360060D" w14:textId="77777777" w:rsidR="00996AC7" w:rsidRDefault="00537772">
          <w:pPr>
            <w:jc w:val="right"/>
          </w:pPr>
          <w:r>
            <w:rPr>
              <w:noProof/>
            </w:rPr>
            <w:drawing>
              <wp:inline distT="0" distB="0" distL="0" distR="0" wp14:anchorId="05B85D79" wp14:editId="0CE69A77">
                <wp:extent cx="822960" cy="15019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noopdoc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2960" cy="1501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F0443" w14:textId="77777777" w:rsidR="007E39B2" w:rsidRDefault="007E39B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2B5412"/>
    <w:multiLevelType w:val="multilevel"/>
    <w:tmpl w:val="DB22681E"/>
    <w:lvl w:ilvl="0">
      <w:start w:val="1"/>
      <w:numFmt w:val="decimal"/>
      <w:lvlText w:val="%1."/>
      <w:lvlJc w:val="left"/>
      <w:pPr>
        <w:ind w:left="360" w:hanging="36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4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2621" w:hanging="10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smallCaps w:val="0"/>
        <w:strike w:val="0"/>
        <w:shd w:val="clear" w:color="auto" w:fill="auto"/>
        <w:vertAlign w:val="baseline"/>
      </w:rPr>
    </w:lvl>
  </w:abstractNum>
  <w:abstractNum w:abstractNumId="10" w15:restartNumberingAfterBreak="0">
    <w:nsid w:val="10553453"/>
    <w:multiLevelType w:val="hybridMultilevel"/>
    <w:tmpl w:val="24762EF6"/>
    <w:lvl w:ilvl="0" w:tplc="DE6C947C">
      <w:numFmt w:val="decimal"/>
      <w:lvlText w:val=""/>
      <w:lvlJc w:val="left"/>
    </w:lvl>
    <w:lvl w:ilvl="1" w:tplc="DE66AA10">
      <w:numFmt w:val="decimal"/>
      <w:lvlText w:val=""/>
      <w:lvlJc w:val="left"/>
    </w:lvl>
    <w:lvl w:ilvl="2" w:tplc="C7826DE0">
      <w:numFmt w:val="decimal"/>
      <w:lvlText w:val=""/>
      <w:lvlJc w:val="left"/>
    </w:lvl>
    <w:lvl w:ilvl="3" w:tplc="874844B6">
      <w:numFmt w:val="decimal"/>
      <w:lvlText w:val=""/>
      <w:lvlJc w:val="left"/>
    </w:lvl>
    <w:lvl w:ilvl="4" w:tplc="80E43D42">
      <w:numFmt w:val="decimal"/>
      <w:lvlText w:val=""/>
      <w:lvlJc w:val="left"/>
    </w:lvl>
    <w:lvl w:ilvl="5" w:tplc="62642A14">
      <w:numFmt w:val="decimal"/>
      <w:lvlText w:val=""/>
      <w:lvlJc w:val="left"/>
    </w:lvl>
    <w:lvl w:ilvl="6" w:tplc="C18A65FE">
      <w:numFmt w:val="decimal"/>
      <w:lvlText w:val=""/>
      <w:lvlJc w:val="left"/>
    </w:lvl>
    <w:lvl w:ilvl="7" w:tplc="30A80F8E">
      <w:numFmt w:val="decimal"/>
      <w:lvlText w:val=""/>
      <w:lvlJc w:val="left"/>
    </w:lvl>
    <w:lvl w:ilvl="8" w:tplc="3DDC7604">
      <w:numFmt w:val="decimal"/>
      <w:lvlText w:val=""/>
      <w:lvlJc w:val="left"/>
    </w:lvl>
  </w:abstractNum>
  <w:abstractNum w:abstractNumId="11" w15:restartNumberingAfterBreak="0">
    <w:nsid w:val="314D269C"/>
    <w:multiLevelType w:val="hybridMultilevel"/>
    <w:tmpl w:val="AC34C666"/>
    <w:lvl w:ilvl="0" w:tplc="C5F0178E">
      <w:numFmt w:val="decimal"/>
      <w:lvlText w:val=""/>
      <w:lvlJc w:val="left"/>
    </w:lvl>
    <w:lvl w:ilvl="1" w:tplc="26DC1950">
      <w:numFmt w:val="decimal"/>
      <w:lvlText w:val=""/>
      <w:lvlJc w:val="left"/>
    </w:lvl>
    <w:lvl w:ilvl="2" w:tplc="96662AEA">
      <w:numFmt w:val="decimal"/>
      <w:lvlText w:val=""/>
      <w:lvlJc w:val="left"/>
    </w:lvl>
    <w:lvl w:ilvl="3" w:tplc="B678D12C">
      <w:numFmt w:val="decimal"/>
      <w:lvlText w:val=""/>
      <w:lvlJc w:val="left"/>
    </w:lvl>
    <w:lvl w:ilvl="4" w:tplc="2A0C5386">
      <w:numFmt w:val="decimal"/>
      <w:lvlText w:val=""/>
      <w:lvlJc w:val="left"/>
    </w:lvl>
    <w:lvl w:ilvl="5" w:tplc="9EDA77A0">
      <w:numFmt w:val="decimal"/>
      <w:lvlText w:val=""/>
      <w:lvlJc w:val="left"/>
    </w:lvl>
    <w:lvl w:ilvl="6" w:tplc="9BD6E47E">
      <w:numFmt w:val="decimal"/>
      <w:lvlText w:val=""/>
      <w:lvlJc w:val="left"/>
    </w:lvl>
    <w:lvl w:ilvl="7" w:tplc="79A8A54C">
      <w:numFmt w:val="decimal"/>
      <w:lvlText w:val=""/>
      <w:lvlJc w:val="left"/>
    </w:lvl>
    <w:lvl w:ilvl="8" w:tplc="F54292C4">
      <w:numFmt w:val="decimal"/>
      <w:lvlText w:val=""/>
      <w:lvlJc w:val="left"/>
    </w:lvl>
  </w:abstractNum>
  <w:abstractNum w:abstractNumId="12" w15:restartNumberingAfterBreak="0">
    <w:nsid w:val="428531F2"/>
    <w:multiLevelType w:val="hybridMultilevel"/>
    <w:tmpl w:val="A6244606"/>
    <w:lvl w:ilvl="0" w:tplc="CA582D34">
      <w:numFmt w:val="decimal"/>
      <w:lvlText w:val=""/>
      <w:lvlJc w:val="left"/>
    </w:lvl>
    <w:lvl w:ilvl="1" w:tplc="B4385A68">
      <w:numFmt w:val="decimal"/>
      <w:lvlText w:val=""/>
      <w:lvlJc w:val="left"/>
    </w:lvl>
    <w:lvl w:ilvl="2" w:tplc="B9463240">
      <w:numFmt w:val="decimal"/>
      <w:lvlText w:val=""/>
      <w:lvlJc w:val="left"/>
    </w:lvl>
    <w:lvl w:ilvl="3" w:tplc="18F6F10C">
      <w:numFmt w:val="decimal"/>
      <w:lvlText w:val=""/>
      <w:lvlJc w:val="left"/>
    </w:lvl>
    <w:lvl w:ilvl="4" w:tplc="18721FD0">
      <w:numFmt w:val="decimal"/>
      <w:lvlText w:val=""/>
      <w:lvlJc w:val="left"/>
    </w:lvl>
    <w:lvl w:ilvl="5" w:tplc="C1682ECA">
      <w:numFmt w:val="decimal"/>
      <w:lvlText w:val=""/>
      <w:lvlJc w:val="left"/>
    </w:lvl>
    <w:lvl w:ilvl="6" w:tplc="43043AAE">
      <w:numFmt w:val="decimal"/>
      <w:lvlText w:val=""/>
      <w:lvlJc w:val="left"/>
    </w:lvl>
    <w:lvl w:ilvl="7" w:tplc="A07AE2EC">
      <w:numFmt w:val="decimal"/>
      <w:lvlText w:val=""/>
      <w:lvlJc w:val="left"/>
    </w:lvl>
    <w:lvl w:ilvl="8" w:tplc="1DDE1BF8">
      <w:numFmt w:val="decimal"/>
      <w:lvlText w:val=""/>
      <w:lvlJc w:val="left"/>
    </w:lvl>
  </w:abstractNum>
  <w:abstractNum w:abstractNumId="13" w15:restartNumberingAfterBreak="0">
    <w:nsid w:val="60FD195C"/>
    <w:multiLevelType w:val="hybridMultilevel"/>
    <w:tmpl w:val="47E231BE"/>
    <w:lvl w:ilvl="0" w:tplc="B48254EC">
      <w:numFmt w:val="decimal"/>
      <w:lvlText w:val=""/>
      <w:lvlJc w:val="left"/>
    </w:lvl>
    <w:lvl w:ilvl="1" w:tplc="385ED66E">
      <w:numFmt w:val="decimal"/>
      <w:lvlText w:val=""/>
      <w:lvlJc w:val="left"/>
    </w:lvl>
    <w:lvl w:ilvl="2" w:tplc="B82276E6">
      <w:numFmt w:val="decimal"/>
      <w:lvlText w:val=""/>
      <w:lvlJc w:val="left"/>
    </w:lvl>
    <w:lvl w:ilvl="3" w:tplc="C4EE87AE">
      <w:numFmt w:val="decimal"/>
      <w:lvlText w:val=""/>
      <w:lvlJc w:val="left"/>
    </w:lvl>
    <w:lvl w:ilvl="4" w:tplc="AABA548E">
      <w:numFmt w:val="decimal"/>
      <w:lvlText w:val=""/>
      <w:lvlJc w:val="left"/>
    </w:lvl>
    <w:lvl w:ilvl="5" w:tplc="36F49506">
      <w:numFmt w:val="decimal"/>
      <w:lvlText w:val=""/>
      <w:lvlJc w:val="left"/>
    </w:lvl>
    <w:lvl w:ilvl="6" w:tplc="B562075E">
      <w:numFmt w:val="decimal"/>
      <w:lvlText w:val=""/>
      <w:lvlJc w:val="left"/>
    </w:lvl>
    <w:lvl w:ilvl="7" w:tplc="F120DE8E">
      <w:numFmt w:val="decimal"/>
      <w:lvlText w:val=""/>
      <w:lvlJc w:val="left"/>
    </w:lvl>
    <w:lvl w:ilvl="8" w:tplc="A5C283C2">
      <w:numFmt w:val="decimal"/>
      <w:lvlText w:val=""/>
      <w:lvlJc w:val="left"/>
    </w:lvl>
  </w:abstractNum>
  <w:abstractNum w:abstractNumId="14" w15:restartNumberingAfterBreak="0">
    <w:nsid w:val="620B1D7B"/>
    <w:multiLevelType w:val="hybridMultilevel"/>
    <w:tmpl w:val="4216B312"/>
    <w:lvl w:ilvl="0" w:tplc="5D5C0718">
      <w:numFmt w:val="decimal"/>
      <w:lvlText w:val=""/>
      <w:lvlJc w:val="left"/>
    </w:lvl>
    <w:lvl w:ilvl="1" w:tplc="7C809D92">
      <w:numFmt w:val="decimal"/>
      <w:lvlText w:val=""/>
      <w:lvlJc w:val="left"/>
    </w:lvl>
    <w:lvl w:ilvl="2" w:tplc="5C36DAE4">
      <w:numFmt w:val="decimal"/>
      <w:lvlText w:val=""/>
      <w:lvlJc w:val="left"/>
    </w:lvl>
    <w:lvl w:ilvl="3" w:tplc="F7B2125E">
      <w:numFmt w:val="decimal"/>
      <w:lvlText w:val=""/>
      <w:lvlJc w:val="left"/>
    </w:lvl>
    <w:lvl w:ilvl="4" w:tplc="FADA3E1E">
      <w:numFmt w:val="decimal"/>
      <w:lvlText w:val=""/>
      <w:lvlJc w:val="left"/>
    </w:lvl>
    <w:lvl w:ilvl="5" w:tplc="97342524">
      <w:numFmt w:val="decimal"/>
      <w:lvlText w:val=""/>
      <w:lvlJc w:val="left"/>
    </w:lvl>
    <w:lvl w:ilvl="6" w:tplc="20F008E0">
      <w:numFmt w:val="decimal"/>
      <w:lvlText w:val=""/>
      <w:lvlJc w:val="left"/>
    </w:lvl>
    <w:lvl w:ilvl="7" w:tplc="D9E2521E">
      <w:numFmt w:val="decimal"/>
      <w:lvlText w:val=""/>
      <w:lvlJc w:val="left"/>
    </w:lvl>
    <w:lvl w:ilvl="8" w:tplc="A934AAE0">
      <w:numFmt w:val="decimal"/>
      <w:lvlText w:val=""/>
      <w:lvlJc w:val="left"/>
    </w:lvl>
  </w:abstractNum>
  <w:abstractNum w:abstractNumId="15" w15:restartNumberingAfterBreak="0">
    <w:nsid w:val="6D6217C7"/>
    <w:multiLevelType w:val="hybridMultilevel"/>
    <w:tmpl w:val="E6526E30"/>
    <w:lvl w:ilvl="0" w:tplc="88A49D12">
      <w:numFmt w:val="decimal"/>
      <w:lvlText w:val=""/>
      <w:lvlJc w:val="left"/>
    </w:lvl>
    <w:lvl w:ilvl="1" w:tplc="5B92654C">
      <w:numFmt w:val="decimal"/>
      <w:lvlText w:val=""/>
      <w:lvlJc w:val="left"/>
    </w:lvl>
    <w:lvl w:ilvl="2" w:tplc="7E3A1740">
      <w:numFmt w:val="decimal"/>
      <w:lvlText w:val=""/>
      <w:lvlJc w:val="left"/>
    </w:lvl>
    <w:lvl w:ilvl="3" w:tplc="7618F3BE">
      <w:numFmt w:val="decimal"/>
      <w:lvlText w:val=""/>
      <w:lvlJc w:val="left"/>
    </w:lvl>
    <w:lvl w:ilvl="4" w:tplc="609A774E">
      <w:numFmt w:val="decimal"/>
      <w:lvlText w:val=""/>
      <w:lvlJc w:val="left"/>
    </w:lvl>
    <w:lvl w:ilvl="5" w:tplc="5DA87072">
      <w:numFmt w:val="decimal"/>
      <w:lvlText w:val=""/>
      <w:lvlJc w:val="left"/>
    </w:lvl>
    <w:lvl w:ilvl="6" w:tplc="33746C10">
      <w:numFmt w:val="decimal"/>
      <w:lvlText w:val=""/>
      <w:lvlJc w:val="left"/>
    </w:lvl>
    <w:lvl w:ilvl="7" w:tplc="2EDAB972">
      <w:numFmt w:val="decimal"/>
      <w:lvlText w:val=""/>
      <w:lvlJc w:val="left"/>
    </w:lvl>
    <w:lvl w:ilvl="8" w:tplc="D46A9B2E">
      <w:numFmt w:val="decimal"/>
      <w:lvlText w:val=""/>
      <w:lvlJc w:val="left"/>
    </w:lvl>
  </w:abstractNum>
  <w:abstractNum w:abstractNumId="16" w15:restartNumberingAfterBreak="0">
    <w:nsid w:val="7E6E270E"/>
    <w:multiLevelType w:val="hybridMultilevel"/>
    <w:tmpl w:val="0764EB98"/>
    <w:lvl w:ilvl="0" w:tplc="A7D089F4">
      <w:numFmt w:val="decimal"/>
      <w:lvlText w:val=""/>
      <w:lvlJc w:val="left"/>
    </w:lvl>
    <w:lvl w:ilvl="1" w:tplc="EBC6D3FC">
      <w:numFmt w:val="decimal"/>
      <w:lvlText w:val=""/>
      <w:lvlJc w:val="left"/>
    </w:lvl>
    <w:lvl w:ilvl="2" w:tplc="005C24F8">
      <w:numFmt w:val="decimal"/>
      <w:lvlText w:val=""/>
      <w:lvlJc w:val="left"/>
    </w:lvl>
    <w:lvl w:ilvl="3" w:tplc="C8B8C876">
      <w:numFmt w:val="decimal"/>
      <w:lvlText w:val=""/>
      <w:lvlJc w:val="left"/>
    </w:lvl>
    <w:lvl w:ilvl="4" w:tplc="F8E4FE8C">
      <w:numFmt w:val="decimal"/>
      <w:lvlText w:val=""/>
      <w:lvlJc w:val="left"/>
    </w:lvl>
    <w:lvl w:ilvl="5" w:tplc="F06023CE">
      <w:numFmt w:val="decimal"/>
      <w:lvlText w:val=""/>
      <w:lvlJc w:val="left"/>
    </w:lvl>
    <w:lvl w:ilvl="6" w:tplc="E8D4B960">
      <w:numFmt w:val="decimal"/>
      <w:lvlText w:val=""/>
      <w:lvlJc w:val="left"/>
    </w:lvl>
    <w:lvl w:ilvl="7" w:tplc="5212CF78">
      <w:numFmt w:val="decimal"/>
      <w:lvlText w:val=""/>
      <w:lvlJc w:val="left"/>
    </w:lvl>
    <w:lvl w:ilvl="8" w:tplc="A4CA527A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15"/>
  </w:num>
  <w:num w:numId="10">
    <w:abstractNumId w:val="14"/>
  </w:num>
  <w:num w:numId="11">
    <w:abstractNumId w:val="15"/>
    <w:lvlOverride w:ilvl="0">
      <w:startOverride w:val="2"/>
    </w:lvlOverride>
  </w:num>
  <w:num w:numId="12">
    <w:abstractNumId w:val="13"/>
  </w:num>
  <w:num w:numId="13">
    <w:abstractNumId w:val="15"/>
  </w:num>
  <w:num w:numId="14">
    <w:abstractNumId w:val="15"/>
    <w:lvlOverride w:ilvl="0">
      <w:startOverride w:val="7"/>
    </w:lvlOverride>
  </w:num>
  <w:num w:numId="15">
    <w:abstractNumId w:val="10"/>
  </w:num>
  <w:num w:numId="16">
    <w:abstractNumId w:val="15"/>
  </w:num>
  <w:num w:numId="17">
    <w:abstractNumId w:val="16"/>
  </w:num>
  <w:num w:numId="18">
    <w:abstractNumId w:val="15"/>
  </w:num>
  <w:num w:numId="19">
    <w:abstractNumId w:val="12"/>
  </w:num>
  <w:num w:numId="20">
    <w:abstractNumId w:val="15"/>
    <w:lvlOverride w:ilvl="0">
      <w:startOverride w:val="10"/>
    </w:lvlOverride>
  </w:num>
  <w:num w:numId="21">
    <w:abstractNumId w:val="11"/>
  </w:num>
  <w:num w:numId="22">
    <w:abstractNumId w:val="15"/>
    <w:lvlOverride w:ilvl="0">
      <w:startOverride w:val="11"/>
    </w:lvlOverride>
  </w:num>
  <w:num w:numId="23">
    <w:abstractNumId w:val="9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4CD7"/>
    <w:rsid w:val="00205790"/>
    <w:rsid w:val="0029639D"/>
    <w:rsid w:val="00326F90"/>
    <w:rsid w:val="00357A75"/>
    <w:rsid w:val="003F694D"/>
    <w:rsid w:val="00537772"/>
    <w:rsid w:val="005C5D42"/>
    <w:rsid w:val="00673D98"/>
    <w:rsid w:val="0074241D"/>
    <w:rsid w:val="007E39B2"/>
    <w:rsid w:val="00996AC7"/>
    <w:rsid w:val="00AA1D8D"/>
    <w:rsid w:val="00B47730"/>
    <w:rsid w:val="00B578F5"/>
    <w:rsid w:val="00C04B52"/>
    <w:rsid w:val="00CB0664"/>
    <w:rsid w:val="00DF5B9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1BF8D2"/>
  <w14:defaultImageDpi w14:val="300"/>
  <w15:docId w15:val="{A334238D-671D-44E0-93B0-F5CC84C3C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ff8">
    <w:name w:val="Основной текст A"/>
    <w:pPr>
      <w:spacing w:after="160" w:line="259" w:lineRule="auto"/>
    </w:pPr>
    <w:rPr>
      <w:rFonts w:ascii="Calibri" w:eastAsia="Arial Unicode MS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ff9">
    <w:name w:val="Нет A"/>
  </w:style>
  <w:style w:type="paragraph" w:customStyle="1" w:styleId="B">
    <w:name w:val="Основной текст B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ru-RU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affa"/>
    <w:rPr>
      <w:outline w:val="0"/>
      <w:color w:val="0563C1"/>
      <w:u w:val="single" w:color="0563C1"/>
      <w:lang w:val="pt-PT"/>
    </w:rPr>
  </w:style>
  <w:style w:type="character" w:customStyle="1" w:styleId="affa">
    <w:name w:val="Нет"/>
  </w:style>
  <w:style w:type="table" w:customStyle="1" w:styleId="affb">
    <w:basedOn w:val="a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a3"/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14">
    <w:name w:val="Импортированный стиль 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noop-doc.ru/?utm_source=tochno_producer&amp;utm_medium=telegram_bot&amp;utm_campaign=july_2026&amp;utm_content=templates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noop-doc.ru/?utm_source=tochno_producer&amp;utm_medium=telegram_bot&amp;utm_campaign=july_2026&amp;utm_content=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2677</Words>
  <Characters>15260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Mikhail</cp:lastModifiedBy>
  <cp:revision>11</cp:revision>
  <dcterms:created xsi:type="dcterms:W3CDTF">2013-12-23T23:15:00Z</dcterms:created>
  <dcterms:modified xsi:type="dcterms:W3CDTF">2026-08-12T12:15:00Z</dcterms:modified>
  <cp:category/>
</cp:coreProperties>
</file>