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FEAE" w14:textId="77777777" w:rsidR="00BE7C81" w:rsidRPr="00024934" w:rsidRDefault="00DD2A55">
      <w:pPr>
        <w:pStyle w:val="Aff8"/>
        <w:jc w:val="center"/>
        <w:rPr>
          <w:b/>
          <w:bCs/>
          <w:sz w:val="24"/>
          <w:szCs w:val="24"/>
          <w:lang w:val="ru-RU"/>
        </w:rPr>
      </w:pPr>
      <w:r w:rsidRPr="00024934">
        <w:rPr>
          <w:b/>
          <w:bCs/>
          <w:sz w:val="24"/>
          <w:szCs w:val="24"/>
          <w:lang w:val="ru-RU"/>
        </w:rPr>
        <w:t>ДОГОВОР ПОДРЯДА</w:t>
      </w:r>
    </w:p>
    <w:p w14:paraId="66ED2C61" w14:textId="2D4455A5" w:rsidR="00BE7C81" w:rsidRPr="00024934" w:rsidRDefault="00DD2A55">
      <w:pPr>
        <w:pStyle w:val="Aff8"/>
        <w:rPr>
          <w:sz w:val="20"/>
          <w:szCs w:val="20"/>
          <w:lang w:val="ru-RU"/>
        </w:rPr>
      </w:pPr>
      <w:r w:rsidRPr="00024934">
        <w:rPr>
          <w:b/>
          <w:bCs/>
          <w:sz w:val="20"/>
          <w:szCs w:val="20"/>
          <w:lang w:val="ru-RU"/>
        </w:rPr>
        <w:t xml:space="preserve">№ [№ </w:t>
      </w:r>
      <w:proofErr w:type="gramStart"/>
      <w:r w:rsidRPr="00024934">
        <w:rPr>
          <w:b/>
          <w:bCs/>
          <w:sz w:val="20"/>
          <w:szCs w:val="20"/>
          <w:lang w:val="ru-RU"/>
        </w:rPr>
        <w:t>договора]</w:t>
      </w:r>
      <w:r w:rsidRPr="00024934">
        <w:rPr>
          <w:sz w:val="20"/>
          <w:szCs w:val="20"/>
          <w:lang w:val="ru-RU"/>
        </w:rPr>
        <w:t xml:space="preserve">   </w:t>
      </w:r>
      <w:proofErr w:type="gramEnd"/>
      <w:r w:rsidRPr="00024934">
        <w:rPr>
          <w:sz w:val="20"/>
          <w:szCs w:val="20"/>
          <w:lang w:val="ru-RU"/>
        </w:rPr>
        <w:t xml:space="preserve">                                                                    </w:t>
      </w:r>
      <w:r w:rsidR="008413FC">
        <w:rPr>
          <w:sz w:val="20"/>
          <w:szCs w:val="20"/>
          <w:lang w:val="ru-RU"/>
        </w:rPr>
        <w:t xml:space="preserve">                                     </w:t>
      </w:r>
      <w:r w:rsidRPr="00024934">
        <w:rPr>
          <w:sz w:val="20"/>
          <w:szCs w:val="20"/>
          <w:lang w:val="ru-RU"/>
        </w:rPr>
        <w:t xml:space="preserve">г. Москва, </w:t>
      </w:r>
      <w:r>
        <w:rPr>
          <w:sz w:val="20"/>
          <w:szCs w:val="20"/>
        </w:rPr>
        <w:t> </w:t>
      </w:r>
      <w:r w:rsidRPr="00024934">
        <w:rPr>
          <w:sz w:val="20"/>
          <w:szCs w:val="20"/>
          <w:lang w:val="ru-RU"/>
        </w:rPr>
        <w:t>[дата договора]</w:t>
      </w:r>
    </w:p>
    <w:p w14:paraId="33CC76E8" w14:textId="77777777" w:rsidR="00BE7C81" w:rsidRDefault="00DD2A55">
      <w:pPr>
        <w:pStyle w:val="Aff8"/>
        <w:jc w:val="center"/>
        <w:rPr>
          <w:b/>
          <w:bCs/>
        </w:rPr>
      </w:pPr>
      <w:r>
        <w:rPr>
          <w:b/>
          <w:bCs/>
        </w:rPr>
        <w:t>РЕКВИЗИТЫ СТОРОН ДОГОВОРА</w:t>
      </w:r>
    </w:p>
    <w:tbl>
      <w:tblPr>
        <w:tblW w:w="8647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709"/>
        <w:gridCol w:w="5938"/>
      </w:tblGrid>
      <w:tr w:rsidR="00BE7C81" w:rsidRPr="008413FC" w14:paraId="3540AC20" w14:textId="77777777" w:rsidTr="008413FC">
        <w:trPr>
          <w:trHeight w:val="1958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A6AD0" w14:textId="77777777" w:rsidR="00BE7C81" w:rsidRDefault="00DD2A55">
            <w:pPr>
              <w:pStyle w:val="Aff8"/>
            </w:pPr>
            <w:r>
              <w:rPr>
                <w:b/>
                <w:bCs/>
                <w:sz w:val="20"/>
                <w:szCs w:val="20"/>
                <w:lang w:val="ru-RU"/>
              </w:rPr>
              <w:t>Заказчик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080CF" w14:textId="77777777" w:rsidR="00BE7C81" w:rsidRPr="00024934" w:rsidRDefault="00DD2A55">
            <w:pPr>
              <w:pStyle w:val="Aff8"/>
              <w:spacing w:after="0"/>
              <w:rPr>
                <w:b/>
                <w:bCs/>
                <w:sz w:val="20"/>
                <w:szCs w:val="20"/>
                <w:lang w:val="ru-RU"/>
              </w:rPr>
            </w:pPr>
            <w:r w:rsidRPr="00024934">
              <w:rPr>
                <w:b/>
                <w:bCs/>
                <w:sz w:val="20"/>
                <w:szCs w:val="20"/>
                <w:lang w:val="ru-RU"/>
              </w:rPr>
              <w:t>[Наименование компании]</w:t>
            </w:r>
          </w:p>
          <w:p w14:paraId="69BA5778" w14:textId="77777777" w:rsidR="00BE7C81" w:rsidRPr="00024934" w:rsidRDefault="00DD2A55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 w:rsidRPr="00024934">
              <w:rPr>
                <w:sz w:val="20"/>
                <w:szCs w:val="20"/>
                <w:lang w:val="ru-RU"/>
              </w:rPr>
              <w:t>[ОГРН заказчика</w:t>
            </w:r>
            <w:proofErr w:type="gramStart"/>
            <w:r w:rsidRPr="00024934">
              <w:rPr>
                <w:sz w:val="20"/>
                <w:szCs w:val="20"/>
                <w:lang w:val="ru-RU"/>
              </w:rPr>
              <w:t>]</w:t>
            </w:r>
            <w:r>
              <w:rPr>
                <w:sz w:val="20"/>
                <w:szCs w:val="20"/>
                <w:lang w:val="ru-RU"/>
              </w:rPr>
              <w:t xml:space="preserve"> ,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ИНН</w:t>
            </w:r>
            <w:r w:rsidRPr="00024934">
              <w:rPr>
                <w:sz w:val="20"/>
                <w:szCs w:val="20"/>
                <w:lang w:val="ru-RU"/>
              </w:rPr>
              <w:t xml:space="preserve"> [ИНН компании]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024934">
              <w:rPr>
                <w:sz w:val="20"/>
                <w:szCs w:val="20"/>
                <w:lang w:val="ru-RU"/>
              </w:rPr>
              <w:t>[КПП компании]</w:t>
            </w:r>
          </w:p>
          <w:p w14:paraId="2CBA815E" w14:textId="77777777" w:rsidR="00BE7C81" w:rsidRPr="00024934" w:rsidRDefault="00DD2A55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Юр. адрес: </w:t>
            </w:r>
            <w:r w:rsidRPr="00024934">
              <w:rPr>
                <w:sz w:val="20"/>
                <w:szCs w:val="20"/>
                <w:lang w:val="ru-RU"/>
              </w:rPr>
              <w:t>[юр. адрес заказчика]</w:t>
            </w:r>
            <w:r>
              <w:rPr>
                <w:sz w:val="20"/>
                <w:szCs w:val="20"/>
                <w:lang w:val="ru-RU"/>
              </w:rPr>
              <w:t>,</w:t>
            </w:r>
          </w:p>
          <w:p w14:paraId="0A01C6C6" w14:textId="77777777" w:rsidR="00BE7C81" w:rsidRPr="00024934" w:rsidRDefault="00DD2A55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Р/с: </w:t>
            </w:r>
            <w:r w:rsidRPr="00024934">
              <w:rPr>
                <w:sz w:val="20"/>
                <w:szCs w:val="20"/>
                <w:lang w:val="ru-RU"/>
              </w:rPr>
              <w:t>[р/с заказчика]</w:t>
            </w:r>
            <w:r>
              <w:rPr>
                <w:sz w:val="20"/>
                <w:szCs w:val="20"/>
                <w:lang w:val="ru-RU"/>
              </w:rPr>
              <w:t xml:space="preserve"> в </w:t>
            </w:r>
            <w:r w:rsidRPr="00024934">
              <w:rPr>
                <w:sz w:val="20"/>
                <w:szCs w:val="20"/>
                <w:lang w:val="ru-RU"/>
              </w:rPr>
              <w:t>[банк заказчика]</w:t>
            </w:r>
          </w:p>
          <w:p w14:paraId="01334252" w14:textId="77777777" w:rsidR="00BE7C81" w:rsidRPr="00024934" w:rsidRDefault="00DD2A55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БИК: </w:t>
            </w:r>
            <w:r w:rsidRPr="00024934">
              <w:rPr>
                <w:sz w:val="20"/>
                <w:szCs w:val="20"/>
                <w:lang w:val="ru-RU"/>
              </w:rPr>
              <w:t>[БИК компании]</w:t>
            </w:r>
            <w:r>
              <w:rPr>
                <w:sz w:val="20"/>
                <w:szCs w:val="20"/>
                <w:lang w:val="ru-RU"/>
              </w:rPr>
              <w:t xml:space="preserve"> / К/с: </w:t>
            </w:r>
            <w:r w:rsidRPr="00024934">
              <w:rPr>
                <w:sz w:val="20"/>
                <w:szCs w:val="20"/>
                <w:lang w:val="ru-RU"/>
              </w:rPr>
              <w:t>[к/с заказчика]</w:t>
            </w:r>
          </w:p>
          <w:p w14:paraId="2683F398" w14:textId="77777777" w:rsidR="00BE7C81" w:rsidRPr="00024934" w:rsidRDefault="00DD2A55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Номер телефона: </w:t>
            </w:r>
            <w:r w:rsidRPr="00024934">
              <w:rPr>
                <w:sz w:val="20"/>
                <w:szCs w:val="20"/>
                <w:lang w:val="ru-RU"/>
              </w:rPr>
              <w:t xml:space="preserve">[телефон заказчика] </w:t>
            </w:r>
          </w:p>
          <w:p w14:paraId="2F24E3B7" w14:textId="77777777" w:rsidR="00BE7C81" w:rsidRPr="00024934" w:rsidRDefault="00DD2A55">
            <w:pPr>
              <w:pStyle w:val="Aff8"/>
              <w:spacing w:after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Адрес электронной почты: </w:t>
            </w:r>
            <w:r w:rsidRPr="00024934">
              <w:rPr>
                <w:sz w:val="20"/>
                <w:szCs w:val="20"/>
                <w:lang w:val="ru-RU"/>
              </w:rPr>
              <w:t>[</w:t>
            </w:r>
            <w:r>
              <w:rPr>
                <w:sz w:val="20"/>
                <w:szCs w:val="20"/>
              </w:rPr>
              <w:t>email</w:t>
            </w:r>
            <w:r w:rsidRPr="00024934">
              <w:rPr>
                <w:sz w:val="20"/>
                <w:szCs w:val="20"/>
                <w:lang w:val="ru-RU"/>
              </w:rPr>
              <w:t xml:space="preserve"> заказчика]</w:t>
            </w:r>
          </w:p>
        </w:tc>
      </w:tr>
      <w:tr w:rsidR="00BE7C81" w:rsidRPr="008413FC" w14:paraId="71669902" w14:textId="77777777" w:rsidTr="008413FC">
        <w:trPr>
          <w:trHeight w:val="2896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81225" w14:textId="77777777" w:rsidR="00BE7C81" w:rsidRDefault="00DD2A55">
            <w:pPr>
              <w:pStyle w:val="Aff8"/>
              <w:spacing w:after="0"/>
            </w:pPr>
            <w:r>
              <w:rPr>
                <w:b/>
                <w:bCs/>
                <w:sz w:val="20"/>
                <w:szCs w:val="20"/>
                <w:lang w:val="ru-RU"/>
              </w:rPr>
              <w:t>Исполнитель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CCE59" w14:textId="77777777" w:rsidR="00BE7C81" w:rsidRPr="00024934" w:rsidRDefault="00DD2A55">
            <w:pPr>
              <w:pStyle w:val="Aff8"/>
              <w:spacing w:after="0" w:line="240" w:lineRule="auto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Индивидуальный предприниматель</w:t>
            </w:r>
          </w:p>
          <w:p w14:paraId="220517AB" w14:textId="77777777" w:rsidR="00BE7C81" w:rsidRPr="00024934" w:rsidRDefault="00DD2A55">
            <w:pPr>
              <w:pStyle w:val="Aff8"/>
              <w:spacing w:after="0" w:line="240" w:lineRule="auto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ФИО (полностью): </w:t>
            </w:r>
            <w:r>
              <w:rPr>
                <w:b/>
                <w:bCs/>
                <w:sz w:val="20"/>
                <w:szCs w:val="20"/>
                <w:lang w:val="ru-RU"/>
              </w:rPr>
              <w:t>[ФИО физического лица]</w:t>
            </w:r>
          </w:p>
          <w:p w14:paraId="3869C992" w14:textId="77777777" w:rsidR="00BE7C81" w:rsidRPr="00024934" w:rsidRDefault="00DD2A55">
            <w:pPr>
              <w:pStyle w:val="Aff8"/>
              <w:spacing w:after="0"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ОГРНИП: [ОГРНИП]</w:t>
            </w:r>
          </w:p>
          <w:p w14:paraId="4D66C6B2" w14:textId="77777777" w:rsidR="00BE7C81" w:rsidRPr="00024934" w:rsidRDefault="00DD2A55">
            <w:pPr>
              <w:pStyle w:val="Aff8"/>
              <w:spacing w:after="0"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ИНН: [ИНН]</w:t>
            </w:r>
          </w:p>
          <w:p w14:paraId="7AE180A3" w14:textId="77777777" w:rsidR="00BE7C81" w:rsidRPr="00024934" w:rsidRDefault="00DD2A55">
            <w:pPr>
              <w:pStyle w:val="Aff8"/>
              <w:spacing w:after="0"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Адрес регистрации: [Адрес регистрации]</w:t>
            </w:r>
          </w:p>
          <w:p w14:paraId="3810F596" w14:textId="77777777" w:rsidR="00BE7C81" w:rsidRPr="00024934" w:rsidRDefault="00DD2A55">
            <w:pPr>
              <w:pStyle w:val="Aff8"/>
              <w:spacing w:after="0"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Расчётный счёт: [Расчетный счет]</w:t>
            </w:r>
          </w:p>
          <w:p w14:paraId="7DAA4571" w14:textId="77777777" w:rsidR="00BE7C81" w:rsidRPr="00024934" w:rsidRDefault="00DD2A55">
            <w:pPr>
              <w:pStyle w:val="Aff8"/>
              <w:spacing w:after="0"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Банк: [Банк]</w:t>
            </w:r>
          </w:p>
          <w:p w14:paraId="08370AF9" w14:textId="77777777" w:rsidR="00BE7C81" w:rsidRPr="00024934" w:rsidRDefault="00DD2A55">
            <w:pPr>
              <w:pStyle w:val="Aff8"/>
              <w:spacing w:after="0"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БИК: [БИК]</w:t>
            </w:r>
          </w:p>
          <w:p w14:paraId="42AC9CF1" w14:textId="77777777" w:rsidR="00BE7C81" w:rsidRPr="00024934" w:rsidRDefault="00DD2A55">
            <w:pPr>
              <w:pStyle w:val="Aff8"/>
              <w:spacing w:after="0"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Корр. счёт: [Корреспондентский счет]</w:t>
            </w:r>
          </w:p>
          <w:p w14:paraId="730DA303" w14:textId="77777777" w:rsidR="00BE7C81" w:rsidRPr="00024934" w:rsidRDefault="00DD2A55">
            <w:pPr>
              <w:pStyle w:val="Aff8"/>
              <w:spacing w:after="0"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Номер телефона: [Номер телефона]</w:t>
            </w:r>
          </w:p>
          <w:p w14:paraId="6D33A5A5" w14:textId="77777777" w:rsidR="00BE7C81" w:rsidRPr="00024934" w:rsidRDefault="00DD2A55">
            <w:pPr>
              <w:pStyle w:val="Aff8"/>
              <w:spacing w:after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Адрес электронной почты: [Адрес электронной почты]</w:t>
            </w:r>
          </w:p>
        </w:tc>
      </w:tr>
    </w:tbl>
    <w:p w14:paraId="0808DB7D" w14:textId="77777777" w:rsidR="00BE7C81" w:rsidRPr="00024934" w:rsidRDefault="00BE7C81">
      <w:pPr>
        <w:pStyle w:val="Aff8"/>
        <w:widowControl w:val="0"/>
        <w:spacing w:line="240" w:lineRule="auto"/>
        <w:ind w:left="756" w:hanging="756"/>
        <w:rPr>
          <w:b/>
          <w:bCs/>
          <w:lang w:val="ru-RU"/>
        </w:rPr>
      </w:pPr>
    </w:p>
    <w:p w14:paraId="56D90454" w14:textId="77777777" w:rsidR="00BE7C81" w:rsidRPr="00024934" w:rsidRDefault="00BE7C81">
      <w:pPr>
        <w:pStyle w:val="Aff8"/>
        <w:widowControl w:val="0"/>
        <w:spacing w:line="240" w:lineRule="auto"/>
        <w:ind w:left="648" w:hanging="648"/>
        <w:rPr>
          <w:b/>
          <w:bCs/>
          <w:lang w:val="ru-RU"/>
        </w:rPr>
      </w:pPr>
    </w:p>
    <w:p w14:paraId="73DA2569" w14:textId="77777777" w:rsidR="00BE7C81" w:rsidRPr="00024934" w:rsidRDefault="00BE7C81">
      <w:pPr>
        <w:pStyle w:val="Aff8"/>
        <w:rPr>
          <w:rStyle w:val="Aff9"/>
          <w:sz w:val="20"/>
          <w:szCs w:val="20"/>
          <w:lang w:val="ru-RU"/>
        </w:rPr>
      </w:pPr>
    </w:p>
    <w:p w14:paraId="12DA2ACD" w14:textId="77777777" w:rsidR="00BE7C81" w:rsidRDefault="00DD2A55">
      <w:pPr>
        <w:pStyle w:val="Aff8"/>
        <w:jc w:val="center"/>
        <w:rPr>
          <w:b/>
          <w:bCs/>
        </w:rPr>
      </w:pPr>
      <w:r>
        <w:rPr>
          <w:b/>
          <w:bCs/>
        </w:rPr>
        <w:t>КОММЕРЧЕСКИЕ УСЛОВИЯ ДОГОВОРА</w:t>
      </w:r>
    </w:p>
    <w:tbl>
      <w:tblPr>
        <w:tblW w:w="8647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577"/>
        <w:gridCol w:w="5070"/>
      </w:tblGrid>
      <w:tr w:rsidR="00BE7C81" w14:paraId="325C6956" w14:textId="77777777" w:rsidTr="008413FC">
        <w:trPr>
          <w:trHeight w:val="296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8C57A" w14:textId="77777777" w:rsidR="00BE7C81" w:rsidRDefault="00DD2A55">
            <w:pPr>
              <w:pStyle w:val="Aff8"/>
            </w:pPr>
            <w:r>
              <w:rPr>
                <w:sz w:val="20"/>
                <w:szCs w:val="20"/>
                <w:lang w:val="ru-RU"/>
              </w:rPr>
              <w:t>Условие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CAC58" w14:textId="77777777" w:rsidR="00BE7C81" w:rsidRDefault="00DD2A55">
            <w:pPr>
              <w:pStyle w:val="Aff8"/>
            </w:pPr>
            <w:r>
              <w:rPr>
                <w:sz w:val="20"/>
                <w:szCs w:val="20"/>
                <w:lang w:val="ru-RU"/>
              </w:rPr>
              <w:t>Содержание</w:t>
            </w:r>
          </w:p>
        </w:tc>
      </w:tr>
      <w:tr w:rsidR="00BE7C81" w14:paraId="32DB8398" w14:textId="77777777" w:rsidTr="008413FC">
        <w:trPr>
          <w:trHeight w:val="296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41D904" w14:textId="77777777" w:rsidR="00BE7C81" w:rsidRDefault="00DD2A55">
            <w:pPr>
              <w:pStyle w:val="Aff8"/>
              <w:spacing w:after="0" w:line="240" w:lineRule="auto"/>
            </w:pPr>
            <w:r>
              <w:rPr>
                <w:b/>
                <w:bCs/>
                <w:sz w:val="20"/>
                <w:szCs w:val="20"/>
                <w:lang w:val="ru-RU"/>
              </w:rPr>
              <w:t>Функция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F40F3" w14:textId="77777777" w:rsidR="00BE7C81" w:rsidRDefault="00DD2A55">
            <w:pPr>
              <w:pStyle w:val="Aff8"/>
              <w:spacing w:after="0" w:line="240" w:lineRule="auto"/>
            </w:pPr>
            <w:r>
              <w:rPr>
                <w:sz w:val="20"/>
                <w:szCs w:val="20"/>
                <w:lang w:val="ru-RU"/>
              </w:rPr>
              <w:t>[Должность]</w:t>
            </w:r>
          </w:p>
        </w:tc>
      </w:tr>
      <w:tr w:rsidR="00BE7C81" w14:paraId="09520EC5" w14:textId="77777777" w:rsidTr="008413FC">
        <w:trPr>
          <w:trHeight w:val="296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4257A" w14:textId="77777777" w:rsidR="00BE7C81" w:rsidRDefault="00DD2A55">
            <w:pPr>
              <w:pStyle w:val="Aff8"/>
            </w:pPr>
            <w:r>
              <w:rPr>
                <w:b/>
                <w:bCs/>
                <w:sz w:val="20"/>
                <w:szCs w:val="20"/>
                <w:lang w:val="ru-RU"/>
              </w:rPr>
              <w:t>Предмет (перечень работ)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E8931" w14:textId="77777777" w:rsidR="00BE7C81" w:rsidRDefault="00DD2A55">
            <w:pPr>
              <w:pStyle w:val="Aff8"/>
            </w:pPr>
            <w:r>
              <w:rPr>
                <w:sz w:val="20"/>
                <w:szCs w:val="20"/>
                <w:lang w:val="ru-RU"/>
              </w:rPr>
              <w:t>[Работа]</w:t>
            </w:r>
          </w:p>
        </w:tc>
      </w:tr>
      <w:tr w:rsidR="00BE7C81" w14:paraId="1AE677FD" w14:textId="77777777" w:rsidTr="008413FC">
        <w:trPr>
          <w:trHeight w:val="296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D59AF" w14:textId="77777777" w:rsidR="00BE7C81" w:rsidRDefault="00DD2A55">
            <w:pPr>
              <w:pStyle w:val="Aff8"/>
              <w:spacing w:after="0" w:line="240" w:lineRule="auto"/>
            </w:pPr>
            <w:r>
              <w:rPr>
                <w:b/>
                <w:bCs/>
                <w:sz w:val="20"/>
                <w:szCs w:val="20"/>
                <w:lang w:val="ru-RU"/>
              </w:rPr>
              <w:t>Результат Работ (РИД)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36584E" w14:textId="77777777" w:rsidR="00BE7C81" w:rsidRDefault="00DD2A55">
            <w:pPr>
              <w:pStyle w:val="Aff8"/>
              <w:spacing w:after="0" w:line="240" w:lineRule="auto"/>
            </w:pPr>
            <w:r>
              <w:rPr>
                <w:sz w:val="20"/>
                <w:szCs w:val="20"/>
                <w:lang w:val="ru-RU"/>
              </w:rPr>
              <w:t>[Результат Работ]</w:t>
            </w:r>
          </w:p>
        </w:tc>
      </w:tr>
      <w:tr w:rsidR="00BE7C81" w14:paraId="7D9DF963" w14:textId="77777777" w:rsidTr="008413FC">
        <w:trPr>
          <w:trHeight w:val="850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5DB9C" w14:textId="77777777" w:rsidR="00BE7C81" w:rsidRDefault="00DD2A55">
            <w:pPr>
              <w:pStyle w:val="Aff8"/>
            </w:pPr>
            <w:r>
              <w:rPr>
                <w:b/>
                <w:bCs/>
                <w:sz w:val="20"/>
                <w:szCs w:val="20"/>
                <w:lang w:val="ru-RU"/>
              </w:rPr>
              <w:t>Описание проекта клиента Заказчика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6BA14" w14:textId="77777777" w:rsidR="00BE7C81" w:rsidRPr="00024934" w:rsidRDefault="00DD2A55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Наименование проекта: [Наименование проекта]</w:t>
            </w:r>
          </w:p>
          <w:p w14:paraId="18ED52E8" w14:textId="77777777" w:rsidR="00BE7C81" w:rsidRPr="00024934" w:rsidRDefault="00DD2A55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Хронометраж в сек.: [хронометраж, сек]</w:t>
            </w:r>
          </w:p>
          <w:p w14:paraId="63924640" w14:textId="77777777" w:rsidR="00BE7C81" w:rsidRDefault="00DD2A55">
            <w:pPr>
              <w:pStyle w:val="Aff8"/>
            </w:pPr>
            <w:r>
              <w:rPr>
                <w:sz w:val="20"/>
                <w:szCs w:val="20"/>
                <w:lang w:val="ru-RU"/>
              </w:rPr>
              <w:t>Условное наименование: [Условное наименование]</w:t>
            </w:r>
          </w:p>
        </w:tc>
      </w:tr>
      <w:tr w:rsidR="00BE7C81" w:rsidRPr="008413FC" w14:paraId="1A266618" w14:textId="77777777" w:rsidTr="008413FC">
        <w:trPr>
          <w:trHeight w:val="556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7539A3" w14:textId="77777777" w:rsidR="00BE7C81" w:rsidRPr="00024934" w:rsidRDefault="00DD2A55">
            <w:pPr>
              <w:pStyle w:val="Aff8"/>
              <w:spacing w:after="0" w:line="240" w:lineRule="auto"/>
              <w:rPr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Интеллектуальные права на Результат (РИД)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0E0A2" w14:textId="77777777" w:rsidR="00BE7C81" w:rsidRPr="008413FC" w:rsidRDefault="00DD2A55">
            <w:pPr>
              <w:pStyle w:val="B"/>
              <w:rPr>
                <w:rFonts w:asciiTheme="majorHAnsi" w:hAnsiTheme="majorHAnsi" w:cstheme="majorHAnsi"/>
                <w:sz w:val="20"/>
                <w:szCs w:val="20"/>
                <w:lang w:val="ru-RU"/>
              </w:rPr>
            </w:pPr>
            <w:r w:rsidRPr="008413FC">
              <w:rPr>
                <w:rFonts w:asciiTheme="majorHAnsi" w:hAnsiTheme="majorHAnsi" w:cstheme="majorHAnsi"/>
                <w:sz w:val="20"/>
                <w:szCs w:val="20"/>
                <w:lang w:val="ru-RU"/>
              </w:rPr>
              <w:t>[Интеллектуальные права на Результат (РИД)]</w:t>
            </w:r>
          </w:p>
        </w:tc>
      </w:tr>
      <w:tr w:rsidR="00BE7C81" w:rsidRPr="008413FC" w14:paraId="3887CF13" w14:textId="77777777" w:rsidTr="008413FC">
        <w:trPr>
          <w:trHeight w:val="296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765E2" w14:textId="77777777" w:rsidR="00BE7C81" w:rsidRDefault="00DD2A55">
            <w:pPr>
              <w:pStyle w:val="Aff8"/>
            </w:pPr>
            <w:r>
              <w:rPr>
                <w:b/>
                <w:bCs/>
                <w:sz w:val="20"/>
                <w:szCs w:val="20"/>
                <w:lang w:val="ru-RU"/>
              </w:rPr>
              <w:t>Сроки выполнения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C6DA9" w14:textId="77777777" w:rsidR="00BE7C81" w:rsidRPr="00024934" w:rsidRDefault="00DD2A55">
            <w:pPr>
              <w:pStyle w:val="Aff8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 [дата начала] по [дата окончания]</w:t>
            </w:r>
          </w:p>
        </w:tc>
      </w:tr>
      <w:tr w:rsidR="00BE7C81" w:rsidRPr="008413FC" w14:paraId="408D6183" w14:textId="77777777" w:rsidTr="008413FC">
        <w:trPr>
          <w:trHeight w:val="1447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FEE35" w14:textId="77777777" w:rsidR="00BE7C81" w:rsidRDefault="00DD2A55">
            <w:pPr>
              <w:pStyle w:val="Aff8"/>
            </w:pPr>
            <w:r>
              <w:rPr>
                <w:b/>
                <w:bCs/>
                <w:sz w:val="20"/>
                <w:szCs w:val="20"/>
                <w:lang w:val="ru-RU"/>
              </w:rPr>
              <w:lastRenderedPageBreak/>
              <w:t>Стоимость Работ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24D14" w14:textId="77777777" w:rsidR="00BE7C81" w:rsidRPr="00024934" w:rsidRDefault="00DD2A55">
            <w:pPr>
              <w:pStyle w:val="Aff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[сумма цифрами] рублей 00 копеек) </w:t>
            </w:r>
          </w:p>
          <w:p w14:paraId="3C53F2B3" w14:textId="77777777" w:rsidR="00BE7C81" w:rsidRPr="00024934" w:rsidRDefault="00DD2A55">
            <w:pPr>
              <w:pStyle w:val="Aff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НДС не облагается (на основании ст. 346.11 НК РФ).</w:t>
            </w:r>
          </w:p>
          <w:p w14:paraId="7B928F38" w14:textId="77777777" w:rsidR="00BE7C81" w:rsidRPr="00024934" w:rsidRDefault="00DD2A55">
            <w:pPr>
              <w:pStyle w:val="Aff8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Включает вознаграждение за предоставление прав на РИД в размере 5%.</w:t>
            </w:r>
          </w:p>
        </w:tc>
      </w:tr>
      <w:tr w:rsidR="00BE7C81" w14:paraId="745EFC4D" w14:textId="77777777" w:rsidTr="008413FC">
        <w:trPr>
          <w:trHeight w:val="360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2B656" w14:textId="77777777" w:rsidR="00BE7C81" w:rsidRDefault="00DD2A55">
            <w:pPr>
              <w:pStyle w:val="Aff8"/>
            </w:pPr>
            <w:r>
              <w:rPr>
                <w:b/>
                <w:bCs/>
                <w:sz w:val="20"/>
                <w:szCs w:val="20"/>
                <w:lang w:val="ru-RU"/>
              </w:rPr>
              <w:t>Порядок расчетов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79A941" w14:textId="77777777" w:rsidR="00BE7C81" w:rsidRDefault="00DD2A55">
            <w:pPr>
              <w:pStyle w:val="C"/>
            </w:pPr>
            <w:r>
              <w:rPr>
                <w:rFonts w:ascii="Calibri" w:hAnsi="Calibri"/>
                <w:sz w:val="20"/>
                <w:szCs w:val="20"/>
              </w:rPr>
              <w:t>[Порядок расчетов]</w:t>
            </w:r>
          </w:p>
        </w:tc>
      </w:tr>
      <w:tr w:rsidR="00BE7C81" w:rsidRPr="008413FC" w14:paraId="19104A95" w14:textId="77777777" w:rsidTr="008413FC">
        <w:trPr>
          <w:trHeight w:val="3497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20011" w14:textId="77777777" w:rsidR="00BE7C81" w:rsidRDefault="00DD2A55">
            <w:pPr>
              <w:pStyle w:val="Aff8"/>
            </w:pPr>
            <w:r>
              <w:rPr>
                <w:b/>
                <w:bCs/>
                <w:sz w:val="20"/>
                <w:szCs w:val="20"/>
                <w:lang w:val="ru-RU"/>
              </w:rPr>
              <w:t>Ответственные менеджеры (контакты)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9942C" w14:textId="77777777" w:rsidR="00BE7C81" w:rsidRPr="00024934" w:rsidRDefault="00DD2A55">
            <w:pPr>
              <w:pStyle w:val="Aff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От Заказчика: </w:t>
            </w:r>
          </w:p>
          <w:p w14:paraId="4E462989" w14:textId="77777777" w:rsidR="00BE7C81" w:rsidRPr="00024934" w:rsidRDefault="00DD2A55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Электронная почта: [Адрес электронной почты ответственного менеджера заказчика]</w:t>
            </w:r>
          </w:p>
          <w:p w14:paraId="74B44688" w14:textId="77777777" w:rsidR="00BE7C81" w:rsidRPr="00024934" w:rsidRDefault="00DD2A55">
            <w:pPr>
              <w:pStyle w:val="Aff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Телефон/телеграмм: [</w:t>
            </w:r>
            <w:proofErr w:type="spellStart"/>
            <w:r>
              <w:rPr>
                <w:sz w:val="20"/>
                <w:szCs w:val="20"/>
                <w:lang w:val="ru-RU"/>
              </w:rPr>
              <w:t>Telegram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ответственного менеджера заказчика]</w:t>
            </w:r>
          </w:p>
          <w:p w14:paraId="4302C079" w14:textId="77777777" w:rsidR="00BE7C81" w:rsidRPr="00024934" w:rsidRDefault="00DD2A55">
            <w:pPr>
              <w:pStyle w:val="Aff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br/>
              <w:t xml:space="preserve">От Исполнителя: </w:t>
            </w:r>
          </w:p>
          <w:p w14:paraId="5B9EBF8B" w14:textId="77777777" w:rsidR="00BE7C81" w:rsidRPr="00024934" w:rsidRDefault="00DD2A55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Электронная почта: [Адрес электронной почты ответственного менеджера исполнителя]</w:t>
            </w:r>
          </w:p>
          <w:p w14:paraId="74270C50" w14:textId="77777777" w:rsidR="00BE7C81" w:rsidRPr="00024934" w:rsidRDefault="00DD2A55">
            <w:pPr>
              <w:pStyle w:val="Aff8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Телефон</w:t>
            </w:r>
            <w:r>
              <w:rPr>
                <w:lang w:val="ru-RU"/>
              </w:rPr>
              <w:t>/</w:t>
            </w:r>
            <w:proofErr w:type="gramStart"/>
            <w:r>
              <w:rPr>
                <w:sz w:val="20"/>
                <w:szCs w:val="20"/>
                <w:lang w:val="ru-RU"/>
              </w:rPr>
              <w:t>телеграмм</w:t>
            </w:r>
            <w:r>
              <w:rPr>
                <w:lang w:val="ru-RU"/>
              </w:rPr>
              <w:t>:</w:t>
            </w:r>
            <w:r>
              <w:rPr>
                <w:sz w:val="20"/>
                <w:szCs w:val="20"/>
                <w:lang w:val="ru-RU"/>
              </w:rPr>
              <w:t>[</w:t>
            </w:r>
            <w:proofErr w:type="spellStart"/>
            <w:proofErr w:type="gramEnd"/>
            <w:r>
              <w:rPr>
                <w:sz w:val="20"/>
                <w:szCs w:val="20"/>
                <w:lang w:val="ru-RU"/>
              </w:rPr>
              <w:t>Telegram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ответственного менеджера исполнителя]</w:t>
            </w:r>
          </w:p>
        </w:tc>
      </w:tr>
      <w:tr w:rsidR="00BE7C81" w14:paraId="44211C14" w14:textId="77777777" w:rsidTr="008413FC">
        <w:trPr>
          <w:trHeight w:val="296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9F0CD" w14:textId="77777777" w:rsidR="00BE7C81" w:rsidRDefault="00DD2A55">
            <w:pPr>
              <w:pStyle w:val="Aff8"/>
            </w:pPr>
            <w:r>
              <w:rPr>
                <w:b/>
                <w:bCs/>
                <w:sz w:val="20"/>
                <w:szCs w:val="20"/>
                <w:lang w:val="ru-RU"/>
              </w:rPr>
              <w:t>Иные специальные условия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7A491" w14:textId="77777777" w:rsidR="00BE7C81" w:rsidRDefault="00DD2A55">
            <w:pPr>
              <w:pStyle w:val="Aff8"/>
            </w:pPr>
            <w:r>
              <w:rPr>
                <w:sz w:val="20"/>
                <w:szCs w:val="20"/>
                <w:lang w:val="ru-RU"/>
              </w:rPr>
              <w:t>Не применяются</w:t>
            </w:r>
          </w:p>
        </w:tc>
      </w:tr>
    </w:tbl>
    <w:p w14:paraId="453EF718" w14:textId="77777777" w:rsidR="00BE7C81" w:rsidRDefault="00BE7C81">
      <w:pPr>
        <w:pStyle w:val="Aff8"/>
        <w:widowControl w:val="0"/>
        <w:spacing w:line="240" w:lineRule="auto"/>
        <w:ind w:left="756" w:hanging="756"/>
        <w:rPr>
          <w:b/>
          <w:bCs/>
        </w:rPr>
      </w:pPr>
    </w:p>
    <w:p w14:paraId="1B9A26AB" w14:textId="77777777" w:rsidR="00BE7C81" w:rsidRDefault="00BE7C81">
      <w:pPr>
        <w:pStyle w:val="Aff8"/>
        <w:widowControl w:val="0"/>
        <w:spacing w:line="240" w:lineRule="auto"/>
        <w:ind w:left="648" w:hanging="648"/>
        <w:rPr>
          <w:b/>
          <w:bCs/>
        </w:rPr>
      </w:pPr>
    </w:p>
    <w:p w14:paraId="03CA2486" w14:textId="77777777" w:rsidR="00BE7C81" w:rsidRDefault="00BE7C81">
      <w:pPr>
        <w:pStyle w:val="Aff8"/>
        <w:widowControl w:val="0"/>
        <w:spacing w:line="240" w:lineRule="auto"/>
        <w:ind w:left="540" w:hanging="540"/>
        <w:rPr>
          <w:b/>
          <w:bCs/>
        </w:rPr>
      </w:pPr>
    </w:p>
    <w:p w14:paraId="7CE7D735" w14:textId="77777777" w:rsidR="00BE7C81" w:rsidRDefault="00BE7C81">
      <w:pPr>
        <w:pStyle w:val="Aff8"/>
        <w:widowControl w:val="0"/>
        <w:spacing w:line="240" w:lineRule="auto"/>
        <w:ind w:left="432" w:hanging="432"/>
        <w:rPr>
          <w:b/>
          <w:bCs/>
        </w:rPr>
      </w:pPr>
    </w:p>
    <w:p w14:paraId="653804BD" w14:textId="77777777" w:rsidR="00BE7C81" w:rsidRDefault="00BE7C81">
      <w:pPr>
        <w:pStyle w:val="Aff8"/>
        <w:widowControl w:val="0"/>
        <w:spacing w:line="240" w:lineRule="auto"/>
        <w:ind w:left="324" w:hanging="324"/>
        <w:rPr>
          <w:b/>
          <w:bCs/>
        </w:rPr>
      </w:pPr>
    </w:p>
    <w:p w14:paraId="311AA37F" w14:textId="77777777" w:rsidR="00BE7C81" w:rsidRDefault="00BE7C81">
      <w:pPr>
        <w:pStyle w:val="Aff8"/>
        <w:widowControl w:val="0"/>
        <w:spacing w:line="240" w:lineRule="auto"/>
        <w:ind w:left="216" w:hanging="216"/>
        <w:rPr>
          <w:b/>
          <w:bCs/>
        </w:rPr>
      </w:pPr>
    </w:p>
    <w:p w14:paraId="65FF1AFF" w14:textId="77777777" w:rsidR="00BE7C81" w:rsidRDefault="00BE7C81">
      <w:pPr>
        <w:pStyle w:val="Aff8"/>
        <w:widowControl w:val="0"/>
        <w:spacing w:line="240" w:lineRule="auto"/>
        <w:ind w:left="108" w:hanging="108"/>
        <w:rPr>
          <w:b/>
          <w:bCs/>
        </w:rPr>
      </w:pPr>
    </w:p>
    <w:p w14:paraId="06BB9D01" w14:textId="77777777" w:rsidR="00BE7C81" w:rsidRDefault="00BE7C81">
      <w:pPr>
        <w:pStyle w:val="Aff8"/>
        <w:widowControl w:val="0"/>
        <w:spacing w:line="240" w:lineRule="auto"/>
        <w:rPr>
          <w:b/>
          <w:bCs/>
        </w:rPr>
      </w:pPr>
    </w:p>
    <w:p w14:paraId="6682E635" w14:textId="77777777" w:rsidR="00BE7C81" w:rsidRDefault="00BE7C81">
      <w:pPr>
        <w:pStyle w:val="Aff8"/>
        <w:rPr>
          <w:rStyle w:val="Aff9"/>
          <w:sz w:val="20"/>
          <w:szCs w:val="20"/>
        </w:rPr>
      </w:pPr>
    </w:p>
    <w:p w14:paraId="46C67DF5" w14:textId="77777777" w:rsidR="00BE7C81" w:rsidRDefault="00DD2A55">
      <w:pPr>
        <w:pStyle w:val="Aff8"/>
      </w:pPr>
      <w:r>
        <w:rPr>
          <w:rFonts w:ascii="Arial Unicode MS" w:hAnsi="Arial Unicode MS"/>
        </w:rPr>
        <w:br w:type="page"/>
      </w:r>
    </w:p>
    <w:p w14:paraId="47DAFFC3" w14:textId="77777777" w:rsidR="00BE7C81" w:rsidRDefault="00DD2A55">
      <w:pPr>
        <w:pStyle w:val="Aff8"/>
        <w:jc w:val="center"/>
        <w:rPr>
          <w:b/>
          <w:bCs/>
        </w:rPr>
      </w:pPr>
      <w:r>
        <w:rPr>
          <w:b/>
          <w:bCs/>
        </w:rPr>
        <w:lastRenderedPageBreak/>
        <w:t>ОСНОВНЫЕ УСЛОВИЯ ДОГОВОРА</w:t>
      </w:r>
    </w:p>
    <w:p w14:paraId="3792BAED" w14:textId="77777777" w:rsidR="00BE7C81" w:rsidRDefault="00DD2A55">
      <w:pPr>
        <w:pStyle w:val="Aff8"/>
        <w:numPr>
          <w:ilvl w:val="0"/>
          <w:numId w:val="9"/>
        </w:numPr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ПРЕДМЕТ ДОГОВОРА</w:t>
      </w:r>
    </w:p>
    <w:p w14:paraId="1319DCD5" w14:textId="77777777" w:rsidR="00BE7C81" w:rsidRDefault="00DD2A55">
      <w:pPr>
        <w:pStyle w:val="Aff8"/>
        <w:numPr>
          <w:ilvl w:val="1"/>
          <w:numId w:val="10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обязуется по заданию Заказчика выполнить работы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указанные в таблице «Коммерческие условия Договора» </w:t>
      </w:r>
      <w:r w:rsidRPr="00024934">
        <w:rPr>
          <w:rStyle w:val="Aff9"/>
          <w:sz w:val="20"/>
          <w:szCs w:val="20"/>
          <w:lang w:val="ru-RU"/>
        </w:rPr>
        <w:t>(</w:t>
      </w:r>
      <w:r w:rsidRPr="00024934">
        <w:rPr>
          <w:sz w:val="20"/>
          <w:szCs w:val="20"/>
          <w:lang w:val="ru-RU"/>
        </w:rPr>
        <w:t>далее — «</w:t>
      </w:r>
      <w:r>
        <w:rPr>
          <w:b/>
          <w:bCs/>
          <w:sz w:val="20"/>
          <w:szCs w:val="20"/>
          <w:lang w:val="ru-RU"/>
        </w:rPr>
        <w:t>Работы</w:t>
      </w:r>
      <w:r>
        <w:rPr>
          <w:sz w:val="20"/>
          <w:szCs w:val="20"/>
          <w:lang w:val="it-IT"/>
        </w:rPr>
        <w:t>»</w:t>
      </w:r>
      <w:r w:rsidRPr="00024934">
        <w:rPr>
          <w:rStyle w:val="Aff9"/>
          <w:sz w:val="20"/>
          <w:szCs w:val="20"/>
          <w:lang w:val="ru-RU"/>
        </w:rPr>
        <w:t xml:space="preserve">), </w:t>
      </w:r>
      <w:r>
        <w:rPr>
          <w:sz w:val="20"/>
          <w:szCs w:val="20"/>
          <w:lang w:val="ru-RU"/>
        </w:rPr>
        <w:t>а Заказчик обязуется оплатить выполненные Работы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62399CD6" w14:textId="77777777" w:rsidR="00BE7C81" w:rsidRDefault="00DD2A55">
      <w:pPr>
        <w:pStyle w:val="Aff8"/>
        <w:numPr>
          <w:ilvl w:val="1"/>
          <w:numId w:val="10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Качество Работ должно соответствовать требованиям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обычно предъявляемым к работам соответствующего рода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а также специальным требованиям Заказчика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если таковые были закреплены в техническом задании или переписке Сторон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5742A631" w14:textId="77777777" w:rsidR="00BE7C81" w:rsidRDefault="00DD2A55">
      <w:pPr>
        <w:pStyle w:val="Aff8"/>
        <w:numPr>
          <w:ilvl w:val="1"/>
          <w:numId w:val="10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Заказчик вправе устанавливать промежуточные сроки </w:t>
      </w:r>
      <w:r w:rsidRPr="00024934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этапы</w:t>
      </w:r>
      <w:r w:rsidRPr="00024934">
        <w:rPr>
          <w:rStyle w:val="Aff9"/>
          <w:sz w:val="20"/>
          <w:szCs w:val="20"/>
          <w:lang w:val="ru-RU"/>
        </w:rPr>
        <w:t xml:space="preserve">) </w:t>
      </w:r>
      <w:r>
        <w:rPr>
          <w:sz w:val="20"/>
          <w:szCs w:val="20"/>
          <w:lang w:val="ru-RU"/>
        </w:rPr>
        <w:t>выполнения Работ</w:t>
      </w:r>
      <w:r w:rsidRPr="00024934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 xml:space="preserve">Такие сроки согласовываются Сторонами в рабочей переписке </w:t>
      </w:r>
      <w:r w:rsidRPr="00024934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по электронной почте или в мессенджерах</w:t>
      </w:r>
      <w:r w:rsidRPr="00024934">
        <w:rPr>
          <w:rStyle w:val="Aff9"/>
          <w:sz w:val="20"/>
          <w:szCs w:val="20"/>
          <w:lang w:val="ru-RU"/>
        </w:rPr>
        <w:t xml:space="preserve">) </w:t>
      </w:r>
      <w:r>
        <w:rPr>
          <w:sz w:val="20"/>
          <w:szCs w:val="20"/>
          <w:lang w:val="ru-RU"/>
        </w:rPr>
        <w:t xml:space="preserve">и являются обязательными для Исполнителя с момента их подтверждения или отсутствия возражений в течение </w:t>
      </w:r>
      <w:r w:rsidRPr="00024934">
        <w:rPr>
          <w:rStyle w:val="Aff9"/>
          <w:sz w:val="20"/>
          <w:szCs w:val="20"/>
          <w:lang w:val="ru-RU"/>
        </w:rPr>
        <w:t>1 (одного) рабочего дня.</w:t>
      </w:r>
    </w:p>
    <w:p w14:paraId="32EE8795" w14:textId="77777777" w:rsidR="00BE7C81" w:rsidRDefault="00DD2A55">
      <w:pPr>
        <w:pStyle w:val="Aff8"/>
        <w:numPr>
          <w:ilvl w:val="0"/>
          <w:numId w:val="11"/>
        </w:numPr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СТАТУС ИСПОЛНИТЕЛЯ</w:t>
      </w:r>
    </w:p>
    <w:p w14:paraId="03D43A8C" w14:textId="77777777" w:rsidR="00BE7C81" w:rsidRDefault="00DD2A5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Стороны прямо подтверждают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что настоящий Договор является гражданско</w:t>
      </w:r>
      <w:r w:rsidRPr="00024934">
        <w:rPr>
          <w:rStyle w:val="Aff9"/>
          <w:sz w:val="20"/>
          <w:szCs w:val="20"/>
          <w:lang w:val="ru-RU"/>
        </w:rPr>
        <w:t>-</w:t>
      </w:r>
      <w:r>
        <w:rPr>
          <w:sz w:val="20"/>
          <w:szCs w:val="20"/>
          <w:lang w:val="ru-RU"/>
        </w:rPr>
        <w:t>правовым соглашением</w:t>
      </w:r>
      <w:r w:rsidRPr="00024934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Между Сторонами отсутствуют трудовые отношения</w:t>
      </w:r>
      <w:r w:rsidRPr="00024934">
        <w:rPr>
          <w:rStyle w:val="Aff9"/>
          <w:sz w:val="20"/>
          <w:szCs w:val="20"/>
          <w:lang w:val="ru-RU"/>
        </w:rPr>
        <w:t xml:space="preserve">; </w:t>
      </w:r>
      <w:r>
        <w:rPr>
          <w:sz w:val="20"/>
          <w:szCs w:val="20"/>
          <w:lang w:val="ru-RU"/>
        </w:rPr>
        <w:t>Исполнитель не подчиняется правилам внутреннего трудового распорядка Заказчика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7FD6B10C" w14:textId="77777777" w:rsidR="00BE7C81" w:rsidRDefault="00DD2A5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самостоятельно определяет способы выполнения задания Заказчика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режим своего рабочего времени и место выполнения Работ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используя собственное оборудование и ресурсы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если иное прямо не оговорено Сторонами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6A530F4B" w14:textId="77777777" w:rsidR="00BE7C81" w:rsidRDefault="00DD2A5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Исполнитель самостоятельно несет ответственность за декларирование своих доходов и уплату применимых налогов и обязательных платежей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0F7EACDB" w14:textId="77777777" w:rsidR="00BE7C81" w:rsidRDefault="00DD2A5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выполняет Работы лично или привлекает субподрядчиков на основании отдельного согласия Заказчика исключительно за свой счёт и под свою ответственность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09BA03A9" w14:textId="77777777" w:rsidR="00BE7C81" w:rsidRDefault="00DD2A55">
      <w:pPr>
        <w:pStyle w:val="Aff8"/>
        <w:numPr>
          <w:ilvl w:val="0"/>
          <w:numId w:val="9"/>
        </w:numPr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ПОРЯДОК СДАЧИ-ПРИЕМКИ РАБОТ</w:t>
      </w:r>
    </w:p>
    <w:p w14:paraId="402B236A" w14:textId="77777777" w:rsidR="00BE7C81" w:rsidRDefault="00DD2A5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Передача Результата Работ</w:t>
      </w:r>
      <w:r w:rsidRPr="00024934">
        <w:rPr>
          <w:b/>
          <w:bCs/>
          <w:sz w:val="20"/>
          <w:szCs w:val="20"/>
          <w:lang w:val="ru-RU"/>
        </w:rPr>
        <w:t>:</w:t>
      </w:r>
      <w:r>
        <w:rPr>
          <w:sz w:val="20"/>
          <w:szCs w:val="20"/>
          <w:lang w:val="ru-RU"/>
        </w:rPr>
        <w:t xml:space="preserve"> По завершении выполнения Работ Исполнитель обязан</w:t>
      </w:r>
      <w:r w:rsidRPr="00024934">
        <w:rPr>
          <w:rStyle w:val="Aff9"/>
          <w:sz w:val="20"/>
          <w:szCs w:val="20"/>
          <w:lang w:val="ru-RU"/>
        </w:rPr>
        <w:t>:</w:t>
      </w:r>
    </w:p>
    <w:p w14:paraId="51FA7C1D" w14:textId="77777777" w:rsidR="00BE7C81" w:rsidRDefault="00DD2A55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Передать Заказчику готовый Результат Работ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11783FE0" w14:textId="77777777" w:rsidR="00BE7C81" w:rsidRDefault="00DD2A55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Передать Заказчику редактируемые исходные материалы </w:t>
      </w:r>
      <w:r w:rsidRPr="00024934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исходники</w:t>
      </w:r>
      <w:r w:rsidRPr="00024934">
        <w:rPr>
          <w:rStyle w:val="Aff9"/>
          <w:sz w:val="20"/>
          <w:szCs w:val="20"/>
          <w:lang w:val="ru-RU"/>
        </w:rPr>
        <w:t>)</w:t>
      </w:r>
      <w:r>
        <w:rPr>
          <w:sz w:val="20"/>
          <w:szCs w:val="20"/>
          <w:lang w:val="ru-RU"/>
        </w:rPr>
        <w:t xml:space="preserve"> в полном объеме </w:t>
      </w:r>
      <w:r w:rsidRPr="00024934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если такое понятие применимо к Результату Работ</w:t>
      </w:r>
      <w:r w:rsidRPr="00024934">
        <w:rPr>
          <w:rStyle w:val="Aff9"/>
          <w:sz w:val="20"/>
          <w:szCs w:val="20"/>
          <w:lang w:val="ru-RU"/>
        </w:rPr>
        <w:t>).</w:t>
      </w:r>
    </w:p>
    <w:p w14:paraId="4D3737F6" w14:textId="77777777" w:rsidR="00BE7C81" w:rsidRDefault="00DD2A55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Направить Заказчику Акт сдачи</w:t>
      </w:r>
      <w:r w:rsidRPr="00024934">
        <w:rPr>
          <w:rStyle w:val="Aff9"/>
          <w:sz w:val="20"/>
          <w:szCs w:val="20"/>
          <w:lang w:val="ru-RU"/>
        </w:rPr>
        <w:t>-</w:t>
      </w:r>
      <w:r>
        <w:rPr>
          <w:sz w:val="20"/>
          <w:szCs w:val="20"/>
          <w:lang w:val="ru-RU"/>
        </w:rPr>
        <w:t>приемки выполненных работ по форме Заказчика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5A6AAC10" w14:textId="77777777" w:rsidR="00BE7C81" w:rsidRPr="00024934" w:rsidRDefault="00DD2A5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 w:rsidRPr="00024934">
        <w:rPr>
          <w:b/>
          <w:bCs/>
          <w:sz w:val="20"/>
          <w:szCs w:val="20"/>
          <w:lang w:val="ru-RU"/>
        </w:rPr>
        <w:t xml:space="preserve">Сроки приемки: </w:t>
      </w:r>
      <w:r>
        <w:rPr>
          <w:sz w:val="20"/>
          <w:szCs w:val="20"/>
          <w:lang w:val="ru-RU"/>
        </w:rPr>
        <w:t>Заказчик обязуется рассмотреть полученный Результат и Акт в течение </w:t>
      </w:r>
      <w:r w:rsidRPr="00024934">
        <w:rPr>
          <w:rStyle w:val="Aff9"/>
          <w:sz w:val="20"/>
          <w:szCs w:val="20"/>
          <w:lang w:val="ru-RU"/>
        </w:rPr>
        <w:t xml:space="preserve">5 (пяти) рабочих дней. </w:t>
      </w:r>
      <w:r>
        <w:rPr>
          <w:sz w:val="20"/>
          <w:szCs w:val="20"/>
          <w:lang w:val="ru-RU"/>
        </w:rPr>
        <w:t>В этот срок Заказчик направляет Исполнителю подписанный Акт либо мотивированный отказ от приемки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4957B788" w14:textId="77777777" w:rsidR="00BE7C81" w:rsidRDefault="00DD2A5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Устранение недостатков</w:t>
      </w:r>
      <w:r w:rsidRPr="00024934">
        <w:rPr>
          <w:b/>
          <w:bCs/>
          <w:sz w:val="20"/>
          <w:szCs w:val="20"/>
          <w:lang w:val="ru-RU"/>
        </w:rPr>
        <w:t>:</w:t>
      </w:r>
      <w:r>
        <w:rPr>
          <w:sz w:val="20"/>
          <w:szCs w:val="20"/>
          <w:lang w:val="ru-RU"/>
        </w:rPr>
        <w:t xml:space="preserve"> В случае получения мотивированного отказа </w:t>
      </w:r>
      <w:r w:rsidRPr="00024934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в том числе по причине отсутствия исходников или их повреждения</w:t>
      </w:r>
      <w:r w:rsidRPr="00024934">
        <w:rPr>
          <w:rStyle w:val="Aff9"/>
          <w:sz w:val="20"/>
          <w:szCs w:val="20"/>
          <w:lang w:val="ru-RU"/>
        </w:rPr>
        <w:t xml:space="preserve">) </w:t>
      </w:r>
      <w:r>
        <w:rPr>
          <w:sz w:val="20"/>
          <w:szCs w:val="20"/>
          <w:lang w:val="ru-RU"/>
        </w:rPr>
        <w:t>Исполнитель обязуется устранить недостатки собственными силами и за свой счет в срок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согласованный Сторонами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но не превышающий </w:t>
      </w:r>
      <w:r w:rsidRPr="00024934">
        <w:rPr>
          <w:rStyle w:val="Aff9"/>
          <w:sz w:val="20"/>
          <w:szCs w:val="20"/>
          <w:lang w:val="ru-RU"/>
        </w:rPr>
        <w:t xml:space="preserve">5 (пяти) </w:t>
      </w:r>
      <w:r>
        <w:rPr>
          <w:sz w:val="20"/>
          <w:szCs w:val="20"/>
          <w:lang w:val="ru-RU"/>
        </w:rPr>
        <w:t>календарных дней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4528AE74" w14:textId="77777777" w:rsidR="00BE7C81" w:rsidRDefault="00DD2A5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Риск случайной гибели или повреждения результата Работ до момента подписания Акта Заказчиком несет Исполнитель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44B96E02" w14:textId="77777777" w:rsidR="00BE7C81" w:rsidRDefault="00DD2A5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lastRenderedPageBreak/>
        <w:t>Если применимо</w:t>
      </w:r>
      <w:r w:rsidRPr="00024934">
        <w:rPr>
          <w:rStyle w:val="Aff9"/>
          <w:sz w:val="20"/>
          <w:szCs w:val="20"/>
          <w:lang w:val="ru-RU"/>
        </w:rPr>
        <w:t xml:space="preserve">, доработки, </w:t>
      </w:r>
      <w:r>
        <w:rPr>
          <w:sz w:val="20"/>
          <w:szCs w:val="20"/>
          <w:lang w:val="ru-RU"/>
        </w:rPr>
        <w:t>выполняемые в рамках исходного технического задания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входят в общую стоимость Договора и оплачиваются в составе основного вознаграждения</w:t>
      </w:r>
      <w:r w:rsidRPr="00024934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Работы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выходящие за рамки исходного технического задания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признаются дополнительными и оплачиваются отдельно по согласованию Сторон на условиях</w:t>
      </w:r>
      <w:r>
        <w:rPr>
          <w:rStyle w:val="Aff9"/>
          <w:sz w:val="20"/>
          <w:szCs w:val="20"/>
        </w:rPr>
        <w:t xml:space="preserve">, </w:t>
      </w:r>
      <w:r>
        <w:rPr>
          <w:sz w:val="20"/>
          <w:szCs w:val="20"/>
          <w:lang w:val="ru-RU"/>
        </w:rPr>
        <w:t>оформленного дополнительного соглашения</w:t>
      </w:r>
      <w:r>
        <w:rPr>
          <w:rStyle w:val="Aff9"/>
          <w:sz w:val="20"/>
          <w:szCs w:val="20"/>
        </w:rPr>
        <w:t>.</w:t>
      </w:r>
    </w:p>
    <w:p w14:paraId="18BE22B6" w14:textId="77777777" w:rsidR="00BE7C81" w:rsidRDefault="00DD2A55">
      <w:pPr>
        <w:pStyle w:val="Aff8"/>
        <w:numPr>
          <w:ilvl w:val="0"/>
          <w:numId w:val="9"/>
        </w:numPr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ПОРЯДОК ОПЛАТЫ РАБОТ</w:t>
      </w:r>
    </w:p>
    <w:p w14:paraId="51466DBE" w14:textId="77777777" w:rsidR="00BE7C81" w:rsidRDefault="00DD2A5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Расчеты производятся в безналичном порядке путем перечисления денежных средств на расчетный счет Исполнителя</w:t>
      </w:r>
      <w:r w:rsidRPr="00024934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Датой оплаты считается дата списания денежных средств с расчетного счета Заказчика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15ECF2C2" w14:textId="77777777" w:rsidR="00BE7C81" w:rsidRDefault="00DD2A5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Стоимость Работ является твердой и включает в себя компенсацию всех издержек Исполнителя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необходимых для исполнения Договора</w:t>
      </w:r>
      <w:r w:rsidRPr="00024934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Дополнительные расходы подлежат возмещению только при наличии предварительного письменного согласия Заказчика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3E29C30F" w14:textId="77777777" w:rsidR="00BE7C81" w:rsidRDefault="00DD2A5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Обязательство Заказчика по оплате возникает только при наличии подписанного обеими Сторонами Акта сдачи</w:t>
      </w:r>
      <w:r w:rsidRPr="00024934">
        <w:rPr>
          <w:rStyle w:val="Aff9"/>
          <w:sz w:val="20"/>
          <w:szCs w:val="20"/>
          <w:lang w:val="ru-RU"/>
        </w:rPr>
        <w:t>-</w:t>
      </w:r>
      <w:r>
        <w:rPr>
          <w:sz w:val="20"/>
          <w:szCs w:val="20"/>
          <w:lang w:val="ru-RU"/>
        </w:rPr>
        <w:t>приемки Работ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а также при соблюдении иных условий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установленных Договором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632CF455" w14:textId="77777777" w:rsidR="00BE7C81" w:rsidRDefault="00DD2A5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Заказчик имеет право приостановить оплату Работ в случае выявления недостатков до момента их полного устранения Исполнителем</w:t>
      </w:r>
      <w:r w:rsidRPr="00024934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Начисление неустойки за просрочку оплаты в этот период не производится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4EA65192" w14:textId="77777777" w:rsidR="00BE7C81" w:rsidRDefault="00DD2A5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Заказчик вправе в одностороннем внесудебном порядке уменьшить сумму платежа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причитающуюся Исполнителю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на сумму начисленных неустоек </w:t>
      </w:r>
      <w:r w:rsidRPr="00024934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штрафов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пеней</w:t>
      </w:r>
      <w:r w:rsidRPr="00024934">
        <w:rPr>
          <w:rStyle w:val="Aff9"/>
          <w:sz w:val="20"/>
          <w:szCs w:val="20"/>
          <w:lang w:val="ru-RU"/>
        </w:rPr>
        <w:t xml:space="preserve">), </w:t>
      </w:r>
      <w:r>
        <w:rPr>
          <w:sz w:val="20"/>
          <w:szCs w:val="20"/>
          <w:lang w:val="ru-RU"/>
        </w:rPr>
        <w:t>а также убытков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подлежащих возмещению Исполнителем по настоящему Договору</w:t>
      </w:r>
      <w:r w:rsidRPr="00024934">
        <w:rPr>
          <w:rStyle w:val="Aff9"/>
          <w:sz w:val="20"/>
          <w:szCs w:val="20"/>
          <w:lang w:val="ru-RU"/>
        </w:rPr>
        <w:t>.</w:t>
      </w:r>
      <w:r>
        <w:rPr>
          <w:sz w:val="20"/>
          <w:szCs w:val="20"/>
          <w:lang w:val="ru-RU"/>
        </w:rPr>
        <w:br/>
        <w:t xml:space="preserve">В этом случае обязательство Заказчика по оплате считается прекращенным в соответствующей части </w:t>
      </w:r>
      <w:r w:rsidRPr="00024934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в части удержанной суммы</w:t>
      </w:r>
      <w:r w:rsidRPr="00024934">
        <w:rPr>
          <w:rStyle w:val="Aff9"/>
          <w:sz w:val="20"/>
          <w:szCs w:val="20"/>
          <w:lang w:val="ru-RU"/>
        </w:rPr>
        <w:t>) с момента получения Исполнителем уведомления об удержании (</w:t>
      </w:r>
      <w:r>
        <w:rPr>
          <w:sz w:val="20"/>
          <w:szCs w:val="20"/>
          <w:lang w:val="ru-RU"/>
        </w:rPr>
        <w:t>которое может быть включено в Акт сдачи</w:t>
      </w:r>
      <w:r w:rsidRPr="00024934">
        <w:rPr>
          <w:rStyle w:val="Aff9"/>
          <w:sz w:val="20"/>
          <w:szCs w:val="20"/>
          <w:lang w:val="ru-RU"/>
        </w:rPr>
        <w:t>-</w:t>
      </w:r>
      <w:r>
        <w:rPr>
          <w:sz w:val="20"/>
          <w:szCs w:val="20"/>
          <w:lang w:val="ru-RU"/>
        </w:rPr>
        <w:t>приемки или направлено отдельно по электронной почте</w:t>
      </w:r>
      <w:r w:rsidRPr="00024934">
        <w:rPr>
          <w:rStyle w:val="Aff9"/>
          <w:sz w:val="20"/>
          <w:szCs w:val="20"/>
          <w:lang w:val="ru-RU"/>
        </w:rPr>
        <w:t>).</w:t>
      </w:r>
    </w:p>
    <w:p w14:paraId="5D942F12" w14:textId="77777777" w:rsidR="00BE7C81" w:rsidRDefault="00DD2A5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подтверждает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что он уведомлен о том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что финансирование работ по настоящему Договору осуществляется за счет средств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получаемых от основного клиента Заказчика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и принимает на себя риски возможной задержки оплаты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связанные с несвоевременным перечислением средств от основного клиента</w:t>
      </w:r>
      <w:r w:rsidRPr="00024934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Начисление неустойки за просрочку оплаты в этот период не производится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18DEA7FF" w14:textId="77777777" w:rsidR="00BE7C81" w:rsidRDefault="00DD2A55">
      <w:pPr>
        <w:pStyle w:val="Aff8"/>
        <w:numPr>
          <w:ilvl w:val="0"/>
          <w:numId w:val="9"/>
        </w:numPr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ИНТЕЛЛЕКТУАЛЬНАЯ СОБСТВЕННОСТЬ</w:t>
      </w:r>
    </w:p>
    <w:p w14:paraId="30DFAF0A" w14:textId="77777777" w:rsidR="00BE7C81" w:rsidRDefault="00DD2A5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Режим прав</w:t>
      </w:r>
      <w:r w:rsidRPr="00024934">
        <w:rPr>
          <w:rStyle w:val="Aff9"/>
          <w:sz w:val="20"/>
          <w:szCs w:val="20"/>
          <w:lang w:val="ru-RU"/>
        </w:rPr>
        <w:t>.</w:t>
      </w:r>
      <w:r>
        <w:rPr>
          <w:sz w:val="20"/>
          <w:szCs w:val="20"/>
          <w:lang w:val="ru-RU"/>
        </w:rPr>
        <w:t xml:space="preserve"> Права на результаты работ </w:t>
      </w:r>
      <w:r w:rsidRPr="00024934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далее – РИД или Результат</w:t>
      </w:r>
      <w:r w:rsidRPr="00024934">
        <w:rPr>
          <w:rStyle w:val="Aff9"/>
          <w:sz w:val="20"/>
          <w:szCs w:val="20"/>
          <w:lang w:val="ru-RU"/>
        </w:rPr>
        <w:t>) переходят к Заказчику в момент создания РИД в объективной форме. Характер прав (</w:t>
      </w:r>
      <w:r>
        <w:rPr>
          <w:sz w:val="20"/>
          <w:szCs w:val="20"/>
          <w:lang w:val="ru-RU"/>
        </w:rPr>
        <w:t>отчуждение или лицензия</w:t>
      </w:r>
      <w:r w:rsidRPr="00024934">
        <w:rPr>
          <w:rStyle w:val="Aff9"/>
          <w:sz w:val="20"/>
          <w:szCs w:val="20"/>
          <w:lang w:val="ru-RU"/>
        </w:rPr>
        <w:t xml:space="preserve">) </w:t>
      </w:r>
      <w:r>
        <w:rPr>
          <w:sz w:val="20"/>
          <w:szCs w:val="20"/>
          <w:lang w:val="ru-RU"/>
        </w:rPr>
        <w:t>и их объем определяются в таблице «Коммерческие условия» в соответствии со следующими параметрами</w:t>
      </w:r>
      <w:r w:rsidRPr="00024934">
        <w:rPr>
          <w:rStyle w:val="Aff9"/>
          <w:sz w:val="20"/>
          <w:szCs w:val="20"/>
          <w:lang w:val="ru-RU"/>
        </w:rPr>
        <w:t>:</w:t>
      </w:r>
    </w:p>
    <w:p w14:paraId="104ADE77" w14:textId="77777777" w:rsidR="00BE7C81" w:rsidRDefault="00DD2A55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Условия при Отчуждении</w:t>
      </w:r>
      <w:r w:rsidRPr="00024934">
        <w:rPr>
          <w:b/>
          <w:bCs/>
          <w:sz w:val="20"/>
          <w:szCs w:val="20"/>
          <w:lang w:val="ru-RU"/>
        </w:rPr>
        <w:t>.</w:t>
      </w:r>
      <w:r>
        <w:rPr>
          <w:sz w:val="20"/>
          <w:szCs w:val="20"/>
          <w:lang w:val="ru-RU"/>
        </w:rPr>
        <w:t> Если в Таблице указан режим «Отчуждение»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Исполнитель передает Заказчику исключительное право на РИД в полном объеме </w:t>
      </w:r>
      <w:r w:rsidRPr="00024934">
        <w:rPr>
          <w:rStyle w:val="Aff9"/>
          <w:sz w:val="20"/>
          <w:szCs w:val="20"/>
          <w:lang w:val="ru-RU"/>
        </w:rPr>
        <w:t xml:space="preserve">(ст. 1234 </w:t>
      </w:r>
      <w:r>
        <w:rPr>
          <w:sz w:val="20"/>
          <w:szCs w:val="20"/>
          <w:lang w:val="ru-RU"/>
        </w:rPr>
        <w:t>ГК РФ</w:t>
      </w:r>
      <w:r w:rsidRPr="00024934">
        <w:rPr>
          <w:rStyle w:val="Aff9"/>
          <w:sz w:val="20"/>
          <w:szCs w:val="20"/>
          <w:lang w:val="ru-RU"/>
        </w:rPr>
        <w:t xml:space="preserve">). </w:t>
      </w:r>
      <w:r>
        <w:rPr>
          <w:sz w:val="20"/>
          <w:szCs w:val="20"/>
          <w:lang w:val="ru-RU"/>
        </w:rPr>
        <w:t>Исполнитель не сохраняет за собой права использовать РИД даже для собственных нужд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234527D1" w14:textId="77777777" w:rsidR="00BE7C81" w:rsidRDefault="00DD2A55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Условия при Лицензировании</w:t>
      </w:r>
      <w:r w:rsidRPr="00024934">
        <w:rPr>
          <w:b/>
          <w:bCs/>
          <w:sz w:val="20"/>
          <w:szCs w:val="20"/>
          <w:lang w:val="ru-RU"/>
        </w:rPr>
        <w:t>.</w:t>
      </w:r>
      <w:r>
        <w:rPr>
          <w:sz w:val="20"/>
          <w:szCs w:val="20"/>
          <w:lang w:val="ru-RU"/>
        </w:rPr>
        <w:t> Если в Таблице указан режим «Лицензия»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Заказчик получает право использования РИД в пределах параметров </w:t>
      </w:r>
      <w:r w:rsidRPr="00024934">
        <w:rPr>
          <w:rStyle w:val="Aff9"/>
          <w:sz w:val="20"/>
          <w:szCs w:val="20"/>
          <w:lang w:val="ru-RU"/>
        </w:rPr>
        <w:t xml:space="preserve">(срок, </w:t>
      </w:r>
      <w:r>
        <w:rPr>
          <w:sz w:val="20"/>
          <w:szCs w:val="20"/>
          <w:lang w:val="ru-RU"/>
        </w:rPr>
        <w:t>территория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тип лицензии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способы</w:t>
      </w:r>
      <w:r w:rsidRPr="00024934">
        <w:rPr>
          <w:rStyle w:val="Aff9"/>
          <w:sz w:val="20"/>
          <w:szCs w:val="20"/>
          <w:lang w:val="ru-RU"/>
        </w:rPr>
        <w:t xml:space="preserve">), </w:t>
      </w:r>
      <w:r>
        <w:rPr>
          <w:sz w:val="20"/>
          <w:szCs w:val="20"/>
          <w:lang w:val="ru-RU"/>
        </w:rPr>
        <w:t>зафиксированных в таблице «Коммерческие условия»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2F153353" w14:textId="77777777" w:rsidR="00BE7C81" w:rsidRDefault="00DD2A55">
      <w:pPr>
        <w:pStyle w:val="Aff8"/>
        <w:numPr>
          <w:ilvl w:val="1"/>
          <w:numId w:val="9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 рамках Договора в понятие РИД входят любые как завершенные</w:t>
      </w:r>
      <w:r w:rsidRPr="00024934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так и не завершенные исходные материалы создаваемых РИД</w:t>
      </w:r>
      <w:r w:rsidRPr="00024934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они сами и любая информация</w:t>
      </w:r>
      <w:r w:rsidRPr="00024934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касающаяся их</w:t>
      </w:r>
      <w:r w:rsidRPr="00024934">
        <w:rPr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 xml:space="preserve">Данная информация </w:t>
      </w:r>
      <w:r>
        <w:rPr>
          <w:sz w:val="20"/>
          <w:szCs w:val="20"/>
          <w:lang w:val="ru-RU"/>
        </w:rPr>
        <w:lastRenderedPageBreak/>
        <w:t>приравнивается к конфиденциальным сведениям с применением к ним соответствующего режима охраны конфиденциальности</w:t>
      </w:r>
      <w:r w:rsidRPr="00024934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предусмотренного Договором</w:t>
      </w:r>
      <w:r w:rsidRPr="00024934">
        <w:rPr>
          <w:sz w:val="20"/>
          <w:szCs w:val="20"/>
          <w:lang w:val="ru-RU"/>
        </w:rPr>
        <w:t>.</w:t>
      </w:r>
    </w:p>
    <w:p w14:paraId="5B5ECC0B" w14:textId="77777777" w:rsidR="00BE7C81" w:rsidRDefault="00DD2A5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Заказчик имеет право уступать</w:t>
      </w:r>
      <w:r w:rsidRPr="00024934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передавать третьим лицам принадлежащие ему в соответствии с Договором права полностью или частично</w:t>
      </w:r>
      <w:r w:rsidRPr="00024934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или иным образом распоряжаться правами без получения согласия Исполнителя</w:t>
      </w:r>
      <w:r w:rsidRPr="00024934">
        <w:rPr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Заказчик</w:t>
      </w:r>
      <w:r w:rsidRPr="00024934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 том числе любые третьи лица</w:t>
      </w:r>
      <w:r w:rsidRPr="00024934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не обязаны представлять Исполнителю отчеты об использовании РИД</w:t>
      </w:r>
      <w:r w:rsidRPr="00024934">
        <w:rPr>
          <w:sz w:val="20"/>
          <w:szCs w:val="20"/>
          <w:lang w:val="ru-RU"/>
        </w:rPr>
        <w:t>.</w:t>
      </w:r>
    </w:p>
    <w:p w14:paraId="5EC6BA7B" w14:textId="77777777" w:rsidR="00BE7C81" w:rsidRDefault="00DD2A5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Личные неимущественные права и согласия</w:t>
      </w:r>
      <w:r w:rsidRPr="00024934">
        <w:rPr>
          <w:b/>
          <w:bCs/>
          <w:sz w:val="20"/>
          <w:szCs w:val="20"/>
          <w:lang w:val="ru-RU"/>
        </w:rPr>
        <w:t>.</w:t>
      </w:r>
      <w:r>
        <w:rPr>
          <w:sz w:val="20"/>
          <w:szCs w:val="20"/>
          <w:lang w:val="ru-RU"/>
        </w:rPr>
        <w:t xml:space="preserve"> Независимо от выбранного режима </w:t>
      </w:r>
      <w:r w:rsidRPr="00024934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отчуждение или лицензия</w:t>
      </w:r>
      <w:r w:rsidRPr="00024934">
        <w:rPr>
          <w:rStyle w:val="Aff9"/>
          <w:sz w:val="20"/>
          <w:szCs w:val="20"/>
          <w:lang w:val="ru-RU"/>
        </w:rPr>
        <w:t xml:space="preserve">), </w:t>
      </w:r>
      <w:r>
        <w:rPr>
          <w:sz w:val="20"/>
          <w:szCs w:val="20"/>
          <w:lang w:val="ru-RU"/>
        </w:rPr>
        <w:t xml:space="preserve">Исполнитель предоставляет Заказчику следующие согласия </w:t>
      </w:r>
      <w:r w:rsidRPr="00024934">
        <w:rPr>
          <w:rStyle w:val="Aff9"/>
          <w:sz w:val="20"/>
          <w:szCs w:val="20"/>
          <w:lang w:val="ru-RU"/>
        </w:rPr>
        <w:t xml:space="preserve">(ст. 1266, 1268 </w:t>
      </w:r>
      <w:r>
        <w:rPr>
          <w:sz w:val="20"/>
          <w:szCs w:val="20"/>
          <w:lang w:val="ru-RU"/>
        </w:rPr>
        <w:t>ГК РФ</w:t>
      </w:r>
      <w:r w:rsidRPr="00024934">
        <w:rPr>
          <w:rStyle w:val="Aff9"/>
          <w:sz w:val="20"/>
          <w:szCs w:val="20"/>
          <w:lang w:val="ru-RU"/>
        </w:rPr>
        <w:t>):</w:t>
      </w:r>
    </w:p>
    <w:p w14:paraId="08ECDD86" w14:textId="77777777" w:rsidR="00BE7C81" w:rsidRDefault="00DD2A55">
      <w:pPr>
        <w:pStyle w:val="Aff8"/>
        <w:numPr>
          <w:ilvl w:val="2"/>
          <w:numId w:val="9"/>
        </w:numPr>
        <w:jc w:val="both"/>
        <w:rPr>
          <w:sz w:val="20"/>
          <w:szCs w:val="20"/>
        </w:rPr>
      </w:pPr>
      <w:r w:rsidRPr="00024934">
        <w:rPr>
          <w:rStyle w:val="Aff9"/>
          <w:sz w:val="20"/>
          <w:szCs w:val="20"/>
          <w:lang w:val="ru-RU"/>
        </w:rPr>
        <w:t>Право на обнародование:</w:t>
      </w:r>
      <w:r>
        <w:rPr>
          <w:sz w:val="20"/>
          <w:szCs w:val="20"/>
          <w:lang w:val="ru-RU"/>
        </w:rPr>
        <w:t> Исполнитель дает согласие на обнародование РИД Заказчиком любым способом по усмотрению Заказчика</w:t>
      </w:r>
      <w:r>
        <w:rPr>
          <w:rStyle w:val="Aff9"/>
          <w:sz w:val="20"/>
          <w:szCs w:val="20"/>
        </w:rPr>
        <w:t>.</w:t>
      </w:r>
    </w:p>
    <w:p w14:paraId="01FB132F" w14:textId="77777777" w:rsidR="00BE7C81" w:rsidRDefault="00DD2A55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Анонимное использование</w:t>
      </w:r>
      <w:r w:rsidRPr="00024934">
        <w:rPr>
          <w:rStyle w:val="Aff9"/>
          <w:sz w:val="20"/>
          <w:szCs w:val="20"/>
          <w:lang w:val="ru-RU"/>
        </w:rPr>
        <w:t>:</w:t>
      </w:r>
      <w:r>
        <w:rPr>
          <w:sz w:val="20"/>
          <w:szCs w:val="20"/>
          <w:lang w:val="ru-RU"/>
        </w:rPr>
        <w:t xml:space="preserve"> Заказчик имеет право использовать РИД без указания имени автора </w:t>
      </w:r>
      <w:r w:rsidRPr="00024934">
        <w:rPr>
          <w:rStyle w:val="Aff9"/>
          <w:sz w:val="20"/>
          <w:szCs w:val="20"/>
          <w:lang w:val="ru-RU"/>
        </w:rPr>
        <w:t>(Исполнителя).</w:t>
      </w:r>
    </w:p>
    <w:p w14:paraId="181B99B7" w14:textId="77777777" w:rsidR="00BE7C81" w:rsidRPr="00024934" w:rsidRDefault="00DD2A55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 w:rsidRPr="00024934">
        <w:rPr>
          <w:rStyle w:val="Aff9"/>
          <w:sz w:val="20"/>
          <w:szCs w:val="20"/>
          <w:lang w:val="ru-RU"/>
        </w:rPr>
        <w:t>Внесение изменений:</w:t>
      </w:r>
      <w:r>
        <w:rPr>
          <w:sz w:val="20"/>
          <w:szCs w:val="20"/>
          <w:lang w:val="ru-RU"/>
        </w:rPr>
        <w:t> Исполнитель дает безотзывное согласие на внесение в РИД любых изменений</w:t>
      </w:r>
      <w:r w:rsidRPr="00024934">
        <w:rPr>
          <w:rStyle w:val="Aff9"/>
          <w:sz w:val="20"/>
          <w:szCs w:val="20"/>
          <w:lang w:val="ru-RU"/>
        </w:rPr>
        <w:t xml:space="preserve">, сокращений, дополнений, </w:t>
      </w:r>
      <w:r>
        <w:rPr>
          <w:sz w:val="20"/>
          <w:szCs w:val="20"/>
          <w:lang w:val="ru-RU"/>
        </w:rPr>
        <w:t xml:space="preserve">снабжение иллюстрациями и комментариями </w:t>
      </w:r>
      <w:r w:rsidRPr="00024934">
        <w:rPr>
          <w:rStyle w:val="Aff9"/>
          <w:sz w:val="20"/>
          <w:szCs w:val="20"/>
          <w:lang w:val="ru-RU"/>
        </w:rPr>
        <w:t>(право на переработку).</w:t>
      </w:r>
    </w:p>
    <w:p w14:paraId="75E4B854" w14:textId="77777777" w:rsidR="00BE7C81" w:rsidRDefault="00DD2A55">
      <w:pPr>
        <w:pStyle w:val="Aff8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Использование РИД в составе сложного объекта</w:t>
      </w:r>
      <w:r w:rsidRPr="00024934">
        <w:rPr>
          <w:rStyle w:val="Aff9"/>
          <w:b/>
          <w:bCs/>
          <w:sz w:val="20"/>
          <w:szCs w:val="20"/>
          <w:lang w:val="ru-RU"/>
        </w:rPr>
        <w:t xml:space="preserve">: </w:t>
      </w:r>
      <w:r>
        <w:rPr>
          <w:sz w:val="20"/>
          <w:szCs w:val="20"/>
          <w:lang w:val="ru-RU"/>
        </w:rPr>
        <w:t>Исполнитель дает свое согласие на</w:t>
      </w:r>
      <w:r w:rsidRPr="00024934">
        <w:rPr>
          <w:sz w:val="20"/>
          <w:szCs w:val="20"/>
          <w:lang w:val="ru-RU"/>
        </w:rPr>
        <w:t>:</w:t>
      </w:r>
    </w:p>
    <w:p w14:paraId="62805DDB" w14:textId="77777777" w:rsidR="00BE7C81" w:rsidRDefault="00DD2A55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Включение РИД в любую версию сложного объекта </w:t>
      </w:r>
      <w:r w:rsidRPr="00024934">
        <w:rPr>
          <w:rStyle w:val="Aff9"/>
          <w:sz w:val="20"/>
          <w:szCs w:val="20"/>
          <w:lang w:val="ru-RU"/>
        </w:rPr>
        <w:t xml:space="preserve">(например, видеоролика, </w:t>
      </w:r>
      <w:r>
        <w:rPr>
          <w:sz w:val="20"/>
          <w:szCs w:val="20"/>
          <w:lang w:val="ru-RU"/>
        </w:rPr>
        <w:t>включая тизеры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трейлеры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режиссерские версии</w:t>
      </w:r>
      <w:r>
        <w:rPr>
          <w:sz w:val="20"/>
          <w:szCs w:val="20"/>
          <w:lang w:val="it-IT"/>
        </w:rPr>
        <w:t>);</w:t>
      </w:r>
    </w:p>
    <w:p w14:paraId="719D97C3" w14:textId="77777777" w:rsidR="00BE7C81" w:rsidRDefault="00DD2A55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Фрагментарное использование РИД вне состава сложного объекта </w:t>
      </w:r>
      <w:r w:rsidRPr="00024934">
        <w:rPr>
          <w:rStyle w:val="Aff9"/>
          <w:sz w:val="20"/>
          <w:szCs w:val="20"/>
          <w:lang w:val="ru-RU"/>
        </w:rPr>
        <w:t xml:space="preserve">(например, в рекламе, </w:t>
      </w:r>
      <w:r>
        <w:rPr>
          <w:sz w:val="20"/>
          <w:szCs w:val="20"/>
          <w:lang w:val="ru-RU"/>
        </w:rPr>
        <w:t>на баннерах</w:t>
      </w:r>
      <w:r w:rsidRPr="00024934">
        <w:rPr>
          <w:rStyle w:val="Aff9"/>
          <w:sz w:val="20"/>
          <w:szCs w:val="20"/>
          <w:lang w:val="ru-RU"/>
        </w:rPr>
        <w:t>, в промо-материалах</w:t>
      </w:r>
      <w:r>
        <w:rPr>
          <w:sz w:val="20"/>
          <w:szCs w:val="20"/>
          <w:lang w:val="it-IT"/>
        </w:rPr>
        <w:t>);</w:t>
      </w:r>
    </w:p>
    <w:p w14:paraId="45D401AF" w14:textId="77777777" w:rsidR="00BE7C81" w:rsidRDefault="00DD2A55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Отдельное использование звука</w:t>
      </w:r>
      <w:r w:rsidRPr="00024934">
        <w:rPr>
          <w:rStyle w:val="Aff9"/>
          <w:sz w:val="20"/>
          <w:szCs w:val="20"/>
          <w:lang w:val="ru-RU"/>
        </w:rPr>
        <w:t>, зафиксированного в РИД в составе сложного объекта (</w:t>
      </w:r>
      <w:r>
        <w:rPr>
          <w:sz w:val="20"/>
          <w:szCs w:val="20"/>
          <w:lang w:val="ru-RU"/>
        </w:rPr>
        <w:t>если применимо к типу Работ</w:t>
      </w:r>
      <w:r w:rsidRPr="00024934">
        <w:rPr>
          <w:rStyle w:val="Aff9"/>
          <w:sz w:val="20"/>
          <w:szCs w:val="20"/>
          <w:lang w:val="ru-RU"/>
        </w:rPr>
        <w:t xml:space="preserve">), </w:t>
      </w:r>
      <w:r>
        <w:rPr>
          <w:sz w:val="20"/>
          <w:szCs w:val="20"/>
          <w:lang w:val="ru-RU"/>
        </w:rPr>
        <w:t>отдельно от видеоряда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71517B80" w14:textId="77777777" w:rsidR="00BE7C81" w:rsidRDefault="00DD2A5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Вознаграждение</w:t>
      </w:r>
      <w:r w:rsidRPr="00024934">
        <w:rPr>
          <w:b/>
          <w:bCs/>
          <w:sz w:val="20"/>
          <w:szCs w:val="20"/>
          <w:lang w:val="ru-RU"/>
        </w:rPr>
        <w:t>.</w:t>
      </w:r>
      <w:r>
        <w:rPr>
          <w:sz w:val="20"/>
          <w:szCs w:val="20"/>
          <w:lang w:val="ru-RU"/>
        </w:rPr>
        <w:t xml:space="preserve"> Вознаграждение за отчуждение права </w:t>
      </w:r>
      <w:r w:rsidRPr="00024934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или за предоставление лицензии</w:t>
      </w:r>
      <w:r w:rsidRPr="00024934">
        <w:rPr>
          <w:rStyle w:val="Aff9"/>
          <w:sz w:val="20"/>
          <w:szCs w:val="20"/>
          <w:lang w:val="ru-RU"/>
        </w:rPr>
        <w:t xml:space="preserve">), </w:t>
      </w:r>
      <w:r>
        <w:rPr>
          <w:sz w:val="20"/>
          <w:szCs w:val="20"/>
          <w:lang w:val="ru-RU"/>
        </w:rPr>
        <w:t>а также за все согласия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данные в п</w:t>
      </w:r>
      <w:r w:rsidRPr="00024934">
        <w:rPr>
          <w:rStyle w:val="Aff9"/>
          <w:sz w:val="20"/>
          <w:szCs w:val="20"/>
          <w:lang w:val="ru-RU"/>
        </w:rPr>
        <w:t xml:space="preserve">. 5.4, </w:t>
      </w:r>
      <w:r>
        <w:rPr>
          <w:sz w:val="20"/>
          <w:szCs w:val="20"/>
          <w:lang w:val="ru-RU"/>
        </w:rPr>
        <w:t>включено в общую стоимость Работ по Договору и дополнительной оплате не подлежит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5DFBD10A" w14:textId="77777777" w:rsidR="00BE7C81" w:rsidRPr="00024934" w:rsidRDefault="00DD2A55">
      <w:pPr>
        <w:pStyle w:val="Aff8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 w:rsidRPr="00024934">
        <w:rPr>
          <w:sz w:val="20"/>
          <w:szCs w:val="20"/>
          <w:lang w:val="ru-RU"/>
        </w:rPr>
        <w:t xml:space="preserve"> </w:t>
      </w:r>
      <w:r w:rsidRPr="00024934">
        <w:rPr>
          <w:rStyle w:val="Aff9"/>
          <w:b/>
          <w:bCs/>
          <w:sz w:val="20"/>
          <w:szCs w:val="20"/>
          <w:lang w:val="ru-RU"/>
        </w:rPr>
        <w:t>Гарантии Исполнителя в отношении РИД:</w:t>
      </w:r>
    </w:p>
    <w:p w14:paraId="208F4A12" w14:textId="77777777" w:rsidR="00BE7C81" w:rsidRDefault="00DD2A55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Результат Работ создан творческим трудом Исполнителя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является полностью новым и оригинальным</w:t>
      </w:r>
      <w:r w:rsidRPr="00024934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Исполнитель не заимствовал части РИД из произведений других авторов без законных оснований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34195B6C" w14:textId="77777777" w:rsidR="00BE7C81" w:rsidRDefault="00DD2A55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 случае</w:t>
      </w:r>
      <w:r w:rsidRPr="00024934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если РИД будет создан по поручению Исполнителя третьими лицами</w:t>
      </w:r>
      <w:r w:rsidRPr="00024934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Исполнитель предпримет все необходимые меры и заключит все необходимые договоры с авторами РИД</w:t>
      </w:r>
      <w:r w:rsidRPr="00024934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а также с лицами</w:t>
      </w:r>
      <w:r w:rsidRPr="00024934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участвующими в создании РИД и</w:t>
      </w:r>
      <w:r w:rsidRPr="00024934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при необходимости</w:t>
      </w:r>
      <w:r w:rsidRPr="00024934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 лицами</w:t>
      </w:r>
      <w:r w:rsidRPr="00024934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владеющими исключительными правами на РИД</w:t>
      </w:r>
      <w:r w:rsidRPr="00024934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для приобретения авторских и смежных прав в полном объеме с возможностью передачи их Заказчику в объеме и на условиях</w:t>
      </w:r>
      <w:r w:rsidRPr="00024934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предусмотренных Договором</w:t>
      </w:r>
      <w:r w:rsidRPr="00024934">
        <w:rPr>
          <w:sz w:val="20"/>
          <w:szCs w:val="20"/>
          <w:lang w:val="ru-RU"/>
        </w:rPr>
        <w:t>.</w:t>
      </w:r>
    </w:p>
    <w:p w14:paraId="4BD511A1" w14:textId="77777777" w:rsidR="00BE7C81" w:rsidRDefault="00DD2A55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Исключительное право на РИД не отчуждено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не заложено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не находится под арестом и не обременено правами третьих лиц</w:t>
      </w:r>
      <w:r w:rsidRPr="00024934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Исполнитель не заключал договоров с третьими лицами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которые могли бы помешать переходу прав к Заказчику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48122DB2" w14:textId="77777777" w:rsidR="00BE7C81" w:rsidRDefault="00DD2A55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Если Исполнитель использовал в работе сторонние элементы </w:t>
      </w:r>
      <w:r w:rsidRPr="00024934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шрифты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стоковые фото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музыку</w:t>
      </w:r>
      <w:r w:rsidRPr="00024934">
        <w:rPr>
          <w:rStyle w:val="Aff9"/>
          <w:sz w:val="20"/>
          <w:szCs w:val="20"/>
          <w:lang w:val="ru-RU"/>
        </w:rPr>
        <w:t xml:space="preserve">, библиотеки кода), </w:t>
      </w:r>
      <w:r>
        <w:rPr>
          <w:sz w:val="20"/>
          <w:szCs w:val="20"/>
          <w:lang w:val="ru-RU"/>
        </w:rPr>
        <w:t>он гарантирует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что приобрел на них лицензии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позволяющие использование в составе Результата в коммерческих целях Заказчика </w:t>
      </w:r>
      <w:r w:rsidRPr="00024934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 xml:space="preserve">включая право </w:t>
      </w:r>
      <w:proofErr w:type="spellStart"/>
      <w:r>
        <w:rPr>
          <w:sz w:val="20"/>
          <w:szCs w:val="20"/>
          <w:lang w:val="ru-RU"/>
        </w:rPr>
        <w:t>сублицензирования</w:t>
      </w:r>
      <w:proofErr w:type="spellEnd"/>
      <w:r w:rsidRPr="00024934">
        <w:rPr>
          <w:rStyle w:val="Aff9"/>
          <w:sz w:val="20"/>
          <w:szCs w:val="20"/>
          <w:lang w:val="ru-RU"/>
        </w:rPr>
        <w:t xml:space="preserve">/передачи </w:t>
      </w:r>
      <w:r w:rsidRPr="00024934">
        <w:rPr>
          <w:rStyle w:val="Aff9"/>
          <w:sz w:val="20"/>
          <w:szCs w:val="20"/>
          <w:lang w:val="ru-RU"/>
        </w:rPr>
        <w:lastRenderedPageBreak/>
        <w:t xml:space="preserve">Заказчику). </w:t>
      </w:r>
      <w:r>
        <w:rPr>
          <w:sz w:val="20"/>
          <w:szCs w:val="20"/>
          <w:lang w:val="ru-RU"/>
        </w:rPr>
        <w:t>В случае отчуждения прав Заказчику использование в работе стоковых элементов запрещено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7C6FE831" w14:textId="77777777" w:rsidR="00BE7C81" w:rsidRDefault="00DD2A55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Использование РИД Заказчиком не приведет к нарушению авторских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смежных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патентных прав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прав на товарные знаки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а также прав на неприкосновенность частной жизни и изображение гражданина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6C2B9A88" w14:textId="77777777" w:rsidR="00BE7C81" w:rsidRDefault="00DD2A55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 случае нарушения любой из гарантий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указанных в п</w:t>
      </w:r>
      <w:r w:rsidRPr="00024934">
        <w:rPr>
          <w:rStyle w:val="Aff9"/>
          <w:sz w:val="20"/>
          <w:szCs w:val="20"/>
          <w:lang w:val="ru-RU"/>
        </w:rPr>
        <w:t xml:space="preserve">. 5.7, </w:t>
      </w:r>
      <w:r>
        <w:rPr>
          <w:sz w:val="20"/>
          <w:szCs w:val="20"/>
          <w:lang w:val="ru-RU"/>
        </w:rPr>
        <w:t>Исполнитель обязуется</w:t>
      </w:r>
      <w:r w:rsidRPr="00024934">
        <w:rPr>
          <w:rStyle w:val="Aff9"/>
          <w:sz w:val="20"/>
          <w:szCs w:val="20"/>
          <w:lang w:val="ru-RU"/>
        </w:rPr>
        <w:t>:</w:t>
      </w:r>
      <w:r w:rsidRPr="00024934">
        <w:rPr>
          <w:rStyle w:val="Aff9"/>
          <w:sz w:val="20"/>
          <w:szCs w:val="20"/>
          <w:lang w:val="ru-RU"/>
        </w:rPr>
        <w:br/>
        <w:t xml:space="preserve">а) </w:t>
      </w:r>
      <w:r>
        <w:rPr>
          <w:sz w:val="20"/>
          <w:szCs w:val="20"/>
          <w:lang w:val="ru-RU"/>
        </w:rPr>
        <w:t>Своими силами и за свой счет урегулировать любые претензии третьих лиц</w:t>
      </w:r>
      <w:r w:rsidRPr="00024934">
        <w:rPr>
          <w:rStyle w:val="Aff9"/>
          <w:sz w:val="20"/>
          <w:szCs w:val="20"/>
          <w:lang w:val="ru-RU"/>
        </w:rPr>
        <w:t>;</w:t>
      </w:r>
      <w:r w:rsidRPr="00024934">
        <w:rPr>
          <w:rStyle w:val="Aff9"/>
          <w:sz w:val="20"/>
          <w:szCs w:val="20"/>
          <w:lang w:val="ru-RU"/>
        </w:rPr>
        <w:br/>
        <w:t>б</w:t>
      </w:r>
      <w:proofErr w:type="gramStart"/>
      <w:r w:rsidRPr="00024934">
        <w:rPr>
          <w:rStyle w:val="Aff9"/>
          <w:sz w:val="20"/>
          <w:szCs w:val="20"/>
          <w:lang w:val="ru-RU"/>
        </w:rPr>
        <w:t>)</w:t>
      </w:r>
      <w:proofErr w:type="gramEnd"/>
      <w:r w:rsidRPr="00024934">
        <w:rPr>
          <w:rStyle w:val="Aff9"/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 xml:space="preserve">Возместить Заказчику документально подтвержденные убытки </w:t>
      </w:r>
      <w:r w:rsidRPr="00024934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включая судебные издержки и компенсации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выплаченные третьим лицам</w:t>
      </w:r>
      <w:r>
        <w:rPr>
          <w:sz w:val="20"/>
          <w:szCs w:val="20"/>
          <w:lang w:val="it-IT"/>
        </w:rPr>
        <w:t>);</w:t>
      </w:r>
      <w:r w:rsidRPr="00024934">
        <w:rPr>
          <w:rStyle w:val="Aff9"/>
          <w:sz w:val="20"/>
          <w:szCs w:val="20"/>
          <w:lang w:val="ru-RU"/>
        </w:rPr>
        <w:br/>
        <w:t xml:space="preserve">в) </w:t>
      </w:r>
      <w:r>
        <w:rPr>
          <w:sz w:val="20"/>
          <w:szCs w:val="20"/>
          <w:lang w:val="ru-RU"/>
        </w:rPr>
        <w:t>По требованию Заказчика вернуть полную стоимость Работ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если использование Результата стало невозможным из</w:t>
      </w:r>
      <w:r w:rsidRPr="00024934">
        <w:rPr>
          <w:rStyle w:val="Aff9"/>
          <w:sz w:val="20"/>
          <w:szCs w:val="20"/>
          <w:lang w:val="ru-RU"/>
        </w:rPr>
        <w:t>-за юридических дефектов.</w:t>
      </w:r>
    </w:p>
    <w:p w14:paraId="5FD441A0" w14:textId="77777777" w:rsidR="00BE7C81" w:rsidRPr="00024934" w:rsidRDefault="00DD2A5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 w:rsidRPr="00024934">
        <w:rPr>
          <w:b/>
          <w:bCs/>
          <w:sz w:val="20"/>
          <w:szCs w:val="20"/>
          <w:lang w:val="ru-RU"/>
        </w:rPr>
        <w:t>Ограничение на портфолио.</w:t>
      </w:r>
      <w:r>
        <w:rPr>
          <w:sz w:val="20"/>
          <w:szCs w:val="20"/>
          <w:lang w:val="ru-RU"/>
        </w:rPr>
        <w:t> Исполнитель не вправе использовать РИД для целей саморекламы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демонстрации в портфолио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proofErr w:type="spellStart"/>
      <w:r>
        <w:rPr>
          <w:sz w:val="20"/>
          <w:szCs w:val="20"/>
          <w:lang w:val="ru-RU"/>
        </w:rPr>
        <w:t>шоурилах</w:t>
      </w:r>
      <w:proofErr w:type="spellEnd"/>
      <w:r w:rsidRPr="00024934">
        <w:rPr>
          <w:rStyle w:val="Aff9"/>
          <w:sz w:val="20"/>
          <w:szCs w:val="20"/>
          <w:lang w:val="ru-RU"/>
        </w:rPr>
        <w:t xml:space="preserve">, на личном сайте, </w:t>
      </w:r>
      <w:r>
        <w:rPr>
          <w:sz w:val="20"/>
          <w:szCs w:val="20"/>
          <w:lang w:val="ru-RU"/>
        </w:rPr>
        <w:t xml:space="preserve">в социальных сетях или на профессиональных биржах без получения предварительного письменного согласия Заказчика </w:t>
      </w:r>
      <w:r w:rsidRPr="00024934">
        <w:rPr>
          <w:rStyle w:val="Aff9"/>
          <w:sz w:val="20"/>
          <w:szCs w:val="20"/>
          <w:lang w:val="ru-RU"/>
        </w:rPr>
        <w:t xml:space="preserve">(в т.ч. </w:t>
      </w:r>
      <w:r>
        <w:rPr>
          <w:sz w:val="20"/>
          <w:szCs w:val="20"/>
          <w:lang w:val="ru-RU"/>
        </w:rPr>
        <w:t>по электронной почте или в мессенджере</w:t>
      </w:r>
      <w:r w:rsidRPr="00024934">
        <w:rPr>
          <w:rStyle w:val="Aff9"/>
          <w:sz w:val="20"/>
          <w:szCs w:val="20"/>
          <w:lang w:val="ru-RU"/>
        </w:rPr>
        <w:t>).</w:t>
      </w:r>
    </w:p>
    <w:p w14:paraId="6CE67874" w14:textId="77777777" w:rsidR="00BE7C81" w:rsidRDefault="00DD2A55">
      <w:pPr>
        <w:pStyle w:val="Aff8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 xml:space="preserve">Специальные условия использования Искусственного Интеллекта </w:t>
      </w:r>
      <w:r w:rsidRPr="00024934">
        <w:rPr>
          <w:rStyle w:val="Aff9"/>
          <w:b/>
          <w:bCs/>
          <w:sz w:val="20"/>
          <w:szCs w:val="20"/>
          <w:lang w:val="ru-RU"/>
        </w:rPr>
        <w:t>(</w:t>
      </w:r>
      <w:r>
        <w:rPr>
          <w:b/>
          <w:bCs/>
          <w:sz w:val="20"/>
          <w:szCs w:val="20"/>
          <w:lang w:val="ru-RU"/>
        </w:rPr>
        <w:t>ИИ</w:t>
      </w:r>
      <w:r w:rsidRPr="00024934">
        <w:rPr>
          <w:rStyle w:val="Aff9"/>
          <w:b/>
          <w:bCs/>
          <w:sz w:val="20"/>
          <w:szCs w:val="20"/>
          <w:lang w:val="ru-RU"/>
        </w:rPr>
        <w:t>):</w:t>
      </w:r>
    </w:p>
    <w:p w14:paraId="60A7F878" w14:textId="77777777" w:rsidR="00BE7C81" w:rsidRDefault="00DD2A55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Стороны согласовали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что Исполнитель вправе использовать технологии ИИ только при соблюдении совокупности следующих строгих условий</w:t>
      </w:r>
      <w:r w:rsidRPr="00024934">
        <w:rPr>
          <w:rStyle w:val="Aff9"/>
          <w:sz w:val="20"/>
          <w:szCs w:val="20"/>
          <w:lang w:val="ru-RU"/>
        </w:rPr>
        <w:t>:</w:t>
      </w:r>
    </w:p>
    <w:p w14:paraId="26F3F707" w14:textId="77777777" w:rsidR="00BE7C81" w:rsidRDefault="00DD2A55">
      <w:pPr>
        <w:pStyle w:val="Aff8"/>
        <w:numPr>
          <w:ilvl w:val="3"/>
          <w:numId w:val="9"/>
        </w:numPr>
        <w:jc w:val="both"/>
        <w:rPr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Согласие</w:t>
      </w:r>
      <w:r w:rsidRPr="00024934">
        <w:rPr>
          <w:b/>
          <w:bCs/>
          <w:sz w:val="20"/>
          <w:szCs w:val="20"/>
          <w:lang w:val="ru-RU"/>
        </w:rPr>
        <w:t>:</w:t>
      </w:r>
      <w:r>
        <w:rPr>
          <w:sz w:val="20"/>
          <w:szCs w:val="20"/>
          <w:lang w:val="ru-RU"/>
        </w:rPr>
        <w:t xml:space="preserve"> Наличие отдельного письменного согласия Заказчика</w:t>
      </w:r>
      <w:r w:rsidRPr="00024934">
        <w:rPr>
          <w:rStyle w:val="Aff9"/>
          <w:sz w:val="20"/>
          <w:szCs w:val="20"/>
          <w:lang w:val="ru-RU"/>
        </w:rPr>
        <w:t>;</w:t>
      </w:r>
    </w:p>
    <w:p w14:paraId="78587C70" w14:textId="77777777" w:rsidR="00BE7C81" w:rsidRDefault="00DD2A55">
      <w:pPr>
        <w:pStyle w:val="Aff8"/>
        <w:numPr>
          <w:ilvl w:val="3"/>
          <w:numId w:val="9"/>
        </w:numPr>
        <w:jc w:val="both"/>
        <w:rPr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Творческий вклад человека</w:t>
      </w:r>
      <w:r w:rsidRPr="00024934">
        <w:rPr>
          <w:b/>
          <w:bCs/>
          <w:sz w:val="20"/>
          <w:szCs w:val="20"/>
          <w:lang w:val="ru-RU"/>
        </w:rPr>
        <w:t>:</w:t>
      </w:r>
      <w:r>
        <w:rPr>
          <w:sz w:val="20"/>
          <w:szCs w:val="20"/>
          <w:lang w:val="ru-RU"/>
        </w:rPr>
        <w:t xml:space="preserve"> Исполнитель гарантирует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что передаваемый Результат не является сырой </w:t>
      </w:r>
      <w:r w:rsidRPr="00024934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необработанной</w:t>
      </w:r>
      <w:r w:rsidRPr="00024934">
        <w:rPr>
          <w:rStyle w:val="Aff9"/>
          <w:sz w:val="20"/>
          <w:szCs w:val="20"/>
          <w:lang w:val="ru-RU"/>
        </w:rPr>
        <w:t xml:space="preserve">) </w:t>
      </w:r>
      <w:r>
        <w:rPr>
          <w:sz w:val="20"/>
          <w:szCs w:val="20"/>
          <w:lang w:val="ru-RU"/>
        </w:rPr>
        <w:t>генерацией нейросети</w:t>
      </w:r>
      <w:r w:rsidRPr="00024934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 xml:space="preserve">Исполнитель обязан внести в Результат существенный творческий вклад </w:t>
      </w:r>
      <w:r w:rsidRPr="00024934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редактура</w:t>
      </w:r>
      <w:r w:rsidRPr="00024934">
        <w:rPr>
          <w:rStyle w:val="Aff9"/>
          <w:sz w:val="20"/>
          <w:szCs w:val="20"/>
          <w:lang w:val="ru-RU"/>
        </w:rPr>
        <w:t xml:space="preserve">, переработка, </w:t>
      </w:r>
      <w:r>
        <w:rPr>
          <w:sz w:val="20"/>
          <w:szCs w:val="20"/>
          <w:lang w:val="ru-RU"/>
        </w:rPr>
        <w:t>компоновка</w:t>
      </w:r>
      <w:r w:rsidRPr="00024934">
        <w:rPr>
          <w:rStyle w:val="Aff9"/>
          <w:sz w:val="20"/>
          <w:szCs w:val="20"/>
          <w:lang w:val="ru-RU"/>
        </w:rPr>
        <w:t xml:space="preserve">, дорисовка), </w:t>
      </w:r>
      <w:r>
        <w:rPr>
          <w:sz w:val="20"/>
          <w:szCs w:val="20"/>
          <w:lang w:val="ru-RU"/>
        </w:rPr>
        <w:t>достаточный для признания Результата объектом авторского права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охраняемым ст</w:t>
      </w:r>
      <w:r w:rsidRPr="00024934">
        <w:rPr>
          <w:rStyle w:val="Aff9"/>
          <w:sz w:val="20"/>
          <w:szCs w:val="20"/>
          <w:lang w:val="ru-RU"/>
        </w:rPr>
        <w:t xml:space="preserve">. 1225 </w:t>
      </w:r>
      <w:r>
        <w:rPr>
          <w:sz w:val="20"/>
          <w:szCs w:val="20"/>
          <w:lang w:val="ru-RU"/>
        </w:rPr>
        <w:t>ГК РФ</w:t>
      </w:r>
      <w:r w:rsidRPr="00024934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В противном случае Исполнитель обязан уведомить Заказчика об отсутствии правовой охраны у передаваемого объекта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75AADE07" w14:textId="77777777" w:rsidR="00BE7C81" w:rsidRDefault="00DD2A55">
      <w:pPr>
        <w:pStyle w:val="Aff8"/>
        <w:numPr>
          <w:ilvl w:val="3"/>
          <w:numId w:val="9"/>
        </w:numPr>
        <w:jc w:val="both"/>
        <w:rPr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 xml:space="preserve">Платные тарифы </w:t>
      </w:r>
      <w:r w:rsidRPr="00024934">
        <w:rPr>
          <w:b/>
          <w:bCs/>
          <w:sz w:val="20"/>
          <w:szCs w:val="20"/>
          <w:lang w:val="ru-RU"/>
        </w:rPr>
        <w:t>(</w:t>
      </w:r>
      <w:r>
        <w:rPr>
          <w:b/>
          <w:bCs/>
          <w:sz w:val="20"/>
          <w:szCs w:val="20"/>
          <w:lang w:val="ru-RU"/>
        </w:rPr>
        <w:t>Коммерческая лицензия</w:t>
      </w:r>
      <w:r w:rsidRPr="00024934">
        <w:rPr>
          <w:b/>
          <w:bCs/>
          <w:sz w:val="20"/>
          <w:szCs w:val="20"/>
          <w:lang w:val="ru-RU"/>
        </w:rPr>
        <w:t>)</w:t>
      </w:r>
      <w:r w:rsidRPr="00024934">
        <w:rPr>
          <w:rStyle w:val="Aff9"/>
          <w:sz w:val="20"/>
          <w:szCs w:val="20"/>
          <w:lang w:val="ru-RU"/>
        </w:rPr>
        <w:t xml:space="preserve">: </w:t>
      </w:r>
      <w:r>
        <w:rPr>
          <w:sz w:val="20"/>
          <w:szCs w:val="20"/>
          <w:lang w:val="ru-RU"/>
        </w:rPr>
        <w:t>Исполнитель гарантирует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что использует платные</w:t>
      </w:r>
      <w:r w:rsidRPr="00024934">
        <w:rPr>
          <w:rStyle w:val="Aff9"/>
          <w:sz w:val="20"/>
          <w:szCs w:val="20"/>
          <w:lang w:val="ru-RU"/>
        </w:rPr>
        <w:t>/</w:t>
      </w:r>
      <w:r>
        <w:rPr>
          <w:sz w:val="20"/>
          <w:szCs w:val="20"/>
          <w:lang w:val="ru-RU"/>
        </w:rPr>
        <w:t>профессиональные версии сервисов ИИ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условия использования которых допускают коммерческое использование результатов и не требуют обязательного раскрытия исходного </w:t>
      </w:r>
      <w:proofErr w:type="spellStart"/>
      <w:r>
        <w:rPr>
          <w:sz w:val="20"/>
          <w:szCs w:val="20"/>
          <w:lang w:val="ru-RU"/>
        </w:rPr>
        <w:t>промпта</w:t>
      </w:r>
      <w:proofErr w:type="spellEnd"/>
      <w:r>
        <w:rPr>
          <w:sz w:val="20"/>
          <w:szCs w:val="20"/>
          <w:lang w:val="ru-RU"/>
        </w:rPr>
        <w:t xml:space="preserve"> или публикации результата под свободной лицензией </w:t>
      </w:r>
      <w:r w:rsidRPr="00024934">
        <w:rPr>
          <w:sz w:val="20"/>
          <w:szCs w:val="20"/>
          <w:lang w:val="ru-RU"/>
        </w:rPr>
        <w:t>(</w:t>
      </w:r>
      <w:r>
        <w:rPr>
          <w:sz w:val="20"/>
          <w:szCs w:val="20"/>
        </w:rPr>
        <w:t>Creative</w:t>
      </w:r>
      <w:r w:rsidRPr="00024934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</w:rPr>
        <w:t>Commons</w:t>
      </w:r>
      <w:r w:rsidRPr="00024934">
        <w:rPr>
          <w:sz w:val="20"/>
          <w:szCs w:val="20"/>
          <w:lang w:val="ru-RU"/>
        </w:rPr>
        <w:t xml:space="preserve"> </w:t>
      </w:r>
      <w:r w:rsidRPr="00024934">
        <w:rPr>
          <w:rStyle w:val="Aff9"/>
          <w:sz w:val="20"/>
          <w:szCs w:val="20"/>
          <w:lang w:val="ru-RU"/>
        </w:rPr>
        <w:t>и аналоги).</w:t>
      </w:r>
    </w:p>
    <w:p w14:paraId="3714B0CC" w14:textId="77777777" w:rsidR="00BE7C81" w:rsidRDefault="00DD2A55">
      <w:pPr>
        <w:pStyle w:val="Aff8"/>
        <w:numPr>
          <w:ilvl w:val="3"/>
          <w:numId w:val="9"/>
        </w:numPr>
        <w:jc w:val="both"/>
        <w:rPr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Запрет на передачу конфиденциальных данных</w:t>
      </w:r>
      <w:r w:rsidRPr="00024934">
        <w:rPr>
          <w:b/>
          <w:bCs/>
          <w:sz w:val="20"/>
          <w:szCs w:val="20"/>
          <w:lang w:val="ru-RU"/>
        </w:rPr>
        <w:t>:</w:t>
      </w:r>
      <w:r>
        <w:rPr>
          <w:sz w:val="20"/>
          <w:szCs w:val="20"/>
          <w:lang w:val="ru-RU"/>
        </w:rPr>
        <w:t xml:space="preserve"> Исполнителю строго запрещено вводить в нейросети </w:t>
      </w:r>
      <w:r w:rsidRPr="00024934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в качестве промптов или исходных данных</w:t>
      </w:r>
      <w:r w:rsidRPr="00024934">
        <w:rPr>
          <w:rStyle w:val="Aff9"/>
          <w:sz w:val="20"/>
          <w:szCs w:val="20"/>
          <w:lang w:val="ru-RU"/>
        </w:rPr>
        <w:t xml:space="preserve">) </w:t>
      </w:r>
      <w:r>
        <w:rPr>
          <w:sz w:val="20"/>
          <w:szCs w:val="20"/>
          <w:lang w:val="ru-RU"/>
        </w:rPr>
        <w:t>конфиденциальную информацию Заказчика или клиента Заказчика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персональные данные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тексты договоров или уникальные наработки Заказчика или клиента Заказчика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если политики конфиденциальности этих нейросетей предусматривают использование введенных данных для </w:t>
      </w:r>
      <w:proofErr w:type="spellStart"/>
      <w:r>
        <w:rPr>
          <w:sz w:val="20"/>
          <w:szCs w:val="20"/>
          <w:lang w:val="ru-RU"/>
        </w:rPr>
        <w:t>дообучения</w:t>
      </w:r>
      <w:proofErr w:type="spellEnd"/>
      <w:r>
        <w:rPr>
          <w:sz w:val="20"/>
          <w:szCs w:val="20"/>
          <w:lang w:val="ru-RU"/>
        </w:rPr>
        <w:t xml:space="preserve"> моделей </w:t>
      </w:r>
      <w:r w:rsidRPr="00024934">
        <w:rPr>
          <w:sz w:val="20"/>
          <w:szCs w:val="20"/>
          <w:lang w:val="ru-RU"/>
        </w:rPr>
        <w:t>(</w:t>
      </w:r>
      <w:r>
        <w:rPr>
          <w:sz w:val="20"/>
          <w:szCs w:val="20"/>
        </w:rPr>
        <w:t>machine</w:t>
      </w:r>
      <w:r w:rsidRPr="00024934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</w:rPr>
        <w:t>learning</w:t>
      </w:r>
      <w:r w:rsidRPr="00024934">
        <w:rPr>
          <w:sz w:val="20"/>
          <w:szCs w:val="20"/>
          <w:lang w:val="ru-RU"/>
        </w:rPr>
        <w:t>).</w:t>
      </w:r>
    </w:p>
    <w:p w14:paraId="2FCF5E7F" w14:textId="77777777" w:rsidR="00BE7C81" w:rsidRDefault="00DD2A55">
      <w:pPr>
        <w:pStyle w:val="Aff8"/>
        <w:numPr>
          <w:ilvl w:val="3"/>
          <w:numId w:val="9"/>
        </w:numPr>
        <w:jc w:val="both"/>
        <w:rPr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Полная ответственность</w:t>
      </w:r>
      <w:r w:rsidRPr="00024934">
        <w:rPr>
          <w:b/>
          <w:bCs/>
          <w:sz w:val="20"/>
          <w:szCs w:val="20"/>
          <w:lang w:val="ru-RU"/>
        </w:rPr>
        <w:t>:</w:t>
      </w:r>
      <w:r>
        <w:rPr>
          <w:sz w:val="20"/>
          <w:szCs w:val="20"/>
          <w:lang w:val="ru-RU"/>
        </w:rPr>
        <w:t xml:space="preserve"> Использование ИИ является личным выбором Исполнителя как профессионала</w:t>
      </w:r>
      <w:r w:rsidRPr="00024934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Ссылки на технические особенности работы алгоритмов ИИ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«галлюцинации» нейросетей или случайные совпадения не освобождают Исполнителя от ответственности за нарушение прав третьих лиц</w:t>
      </w:r>
      <w:r w:rsidRPr="00024934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 xml:space="preserve">Если использование Результата повлечет иски к Заказчику </w:t>
      </w:r>
      <w:r w:rsidRPr="00024934">
        <w:rPr>
          <w:rStyle w:val="Aff9"/>
          <w:sz w:val="20"/>
          <w:szCs w:val="20"/>
          <w:lang w:val="ru-RU"/>
        </w:rPr>
        <w:t xml:space="preserve">(например, за плагиат стиля, </w:t>
      </w:r>
      <w:r>
        <w:rPr>
          <w:sz w:val="20"/>
          <w:szCs w:val="20"/>
          <w:lang w:val="ru-RU"/>
        </w:rPr>
        <w:t>образа или элементов</w:t>
      </w:r>
      <w:r w:rsidRPr="00024934">
        <w:rPr>
          <w:rStyle w:val="Aff9"/>
          <w:sz w:val="20"/>
          <w:szCs w:val="20"/>
          <w:lang w:val="ru-RU"/>
        </w:rPr>
        <w:t xml:space="preserve">), </w:t>
      </w:r>
      <w:r>
        <w:rPr>
          <w:sz w:val="20"/>
          <w:szCs w:val="20"/>
          <w:lang w:val="ru-RU"/>
        </w:rPr>
        <w:t>Исполнитель несет ответственность в полном объеме согласно п</w:t>
      </w:r>
      <w:r w:rsidRPr="00024934">
        <w:rPr>
          <w:rStyle w:val="Aff9"/>
          <w:sz w:val="20"/>
          <w:szCs w:val="20"/>
          <w:lang w:val="ru-RU"/>
        </w:rPr>
        <w:t>. 5.7.6 Договора.</w:t>
      </w:r>
    </w:p>
    <w:p w14:paraId="4169068D" w14:textId="77777777" w:rsidR="00BE7C81" w:rsidRDefault="00DD2A5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Архивное хранение</w:t>
      </w:r>
      <w:proofErr w:type="gramStart"/>
      <w:r w:rsidRPr="00024934">
        <w:rPr>
          <w:b/>
          <w:bCs/>
          <w:sz w:val="20"/>
          <w:szCs w:val="20"/>
          <w:lang w:val="ru-RU"/>
        </w:rPr>
        <w:t>:</w:t>
      </w:r>
      <w:r>
        <w:rPr>
          <w:sz w:val="20"/>
          <w:szCs w:val="20"/>
          <w:lang w:val="ru-RU"/>
        </w:rPr>
        <w:t xml:space="preserve"> Если</w:t>
      </w:r>
      <w:proofErr w:type="gramEnd"/>
      <w:r>
        <w:rPr>
          <w:sz w:val="20"/>
          <w:szCs w:val="20"/>
          <w:lang w:val="ru-RU"/>
        </w:rPr>
        <w:t xml:space="preserve"> условиями Договора предусмотрено предоставление Результата на условиях лицензии в сети Интернет</w:t>
      </w:r>
      <w:r w:rsidRPr="00024934">
        <w:rPr>
          <w:rStyle w:val="Aff9"/>
          <w:sz w:val="20"/>
          <w:szCs w:val="20"/>
          <w:lang w:val="ru-RU"/>
        </w:rPr>
        <w:t xml:space="preserve">, то в таком случае истечение срока действия лицензии не влечет </w:t>
      </w:r>
      <w:r w:rsidRPr="00024934">
        <w:rPr>
          <w:rStyle w:val="Aff9"/>
          <w:sz w:val="20"/>
          <w:szCs w:val="20"/>
          <w:lang w:val="ru-RU"/>
        </w:rPr>
        <w:lastRenderedPageBreak/>
        <w:t xml:space="preserve">за собой обязанности Заказчика (клиента Заказчика) </w:t>
      </w:r>
      <w:r>
        <w:rPr>
          <w:sz w:val="20"/>
          <w:szCs w:val="20"/>
          <w:lang w:val="ru-RU"/>
        </w:rPr>
        <w:t xml:space="preserve">удалять РИД из материалов </w:t>
      </w:r>
      <w:r w:rsidRPr="00024934">
        <w:rPr>
          <w:rStyle w:val="Aff9"/>
          <w:sz w:val="20"/>
          <w:szCs w:val="20"/>
          <w:lang w:val="ru-RU"/>
        </w:rPr>
        <w:t xml:space="preserve">(постов, статей, видеороликов), </w:t>
      </w:r>
      <w:r>
        <w:rPr>
          <w:sz w:val="20"/>
          <w:szCs w:val="20"/>
          <w:lang w:val="ru-RU"/>
        </w:rPr>
        <w:t>которые были правомерно опубликованы в сети Интернет в период срока действия лицензии</w:t>
      </w:r>
      <w:r w:rsidRPr="00024934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Сохранение доступа к таким материалам после истечения срока лицензии признается Сторонами архивным хранением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которое не требует выплаты дополнительного вознаграждения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при условии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что Заказчик </w:t>
      </w:r>
      <w:r w:rsidRPr="00024934">
        <w:rPr>
          <w:rStyle w:val="Aff9"/>
          <w:sz w:val="20"/>
          <w:szCs w:val="20"/>
          <w:lang w:val="ru-RU"/>
        </w:rPr>
        <w:t xml:space="preserve">(клиент Заказчика) </w:t>
      </w:r>
      <w:r>
        <w:rPr>
          <w:sz w:val="20"/>
          <w:szCs w:val="20"/>
          <w:lang w:val="ru-RU"/>
        </w:rPr>
        <w:t>не осуществляет повторной публикации РИД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752D35F2" w14:textId="77777777" w:rsidR="00BE7C81" w:rsidRDefault="00DD2A55">
      <w:pPr>
        <w:pStyle w:val="Aff8"/>
        <w:numPr>
          <w:ilvl w:val="0"/>
          <w:numId w:val="9"/>
        </w:numPr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КОНФИДЕНЦИАЛЬНОСТЬ</w:t>
      </w:r>
    </w:p>
    <w:p w14:paraId="627B863D" w14:textId="77777777" w:rsidR="00BE7C81" w:rsidRDefault="00DD2A5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Стороны обязуются соблюдать режим конфиденциальности в отношении любой информации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полученной в ходе исполнения Договора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включая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но не ограничиваясь</w:t>
      </w:r>
      <w:r w:rsidRPr="00024934">
        <w:rPr>
          <w:rStyle w:val="Aff9"/>
          <w:sz w:val="20"/>
          <w:szCs w:val="20"/>
          <w:lang w:val="ru-RU"/>
        </w:rPr>
        <w:t xml:space="preserve">: </w:t>
      </w:r>
      <w:r>
        <w:rPr>
          <w:sz w:val="20"/>
          <w:szCs w:val="20"/>
          <w:lang w:val="ru-RU"/>
        </w:rPr>
        <w:t>условия Договора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коммерческие данные</w:t>
      </w:r>
      <w:r w:rsidRPr="00024934">
        <w:rPr>
          <w:rStyle w:val="Aff9"/>
          <w:sz w:val="20"/>
          <w:szCs w:val="20"/>
          <w:lang w:val="ru-RU"/>
        </w:rPr>
        <w:t xml:space="preserve">, технические задания, </w:t>
      </w:r>
      <w:r>
        <w:rPr>
          <w:sz w:val="20"/>
          <w:szCs w:val="20"/>
          <w:lang w:val="ru-RU"/>
        </w:rPr>
        <w:t>персональные данные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37D9BFC8" w14:textId="77777777" w:rsidR="00BE7C81" w:rsidRDefault="00DD2A5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Обязательство о неразглашении действует в течение всего срока действия Договора и </w:t>
      </w:r>
      <w:r w:rsidRPr="00024934">
        <w:rPr>
          <w:rStyle w:val="Aff9"/>
          <w:sz w:val="20"/>
          <w:szCs w:val="20"/>
          <w:lang w:val="ru-RU"/>
        </w:rPr>
        <w:t>3 (трех) лет после его прекращения.</w:t>
      </w:r>
    </w:p>
    <w:p w14:paraId="379F2B88" w14:textId="77777777" w:rsidR="00BE7C81" w:rsidRDefault="00DD2A5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Конфиденциальное обязательство не применяется к информации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которая</w:t>
      </w:r>
      <w:r w:rsidRPr="00024934">
        <w:rPr>
          <w:rStyle w:val="Aff9"/>
          <w:sz w:val="20"/>
          <w:szCs w:val="20"/>
          <w:lang w:val="ru-RU"/>
        </w:rPr>
        <w:t xml:space="preserve">: (а) </w:t>
      </w:r>
      <w:r>
        <w:rPr>
          <w:sz w:val="20"/>
          <w:szCs w:val="20"/>
          <w:lang w:val="ru-RU"/>
        </w:rPr>
        <w:t>требуется раскрыть по решению суда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налоговых или государственных органов </w:t>
      </w:r>
      <w:r w:rsidRPr="00024934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при условии уведомления другой Стороны</w:t>
      </w:r>
      <w:r>
        <w:rPr>
          <w:sz w:val="20"/>
          <w:szCs w:val="20"/>
          <w:lang w:val="it-IT"/>
        </w:rPr>
        <w:t>); (</w:t>
      </w:r>
      <w:r w:rsidRPr="00024934">
        <w:rPr>
          <w:rStyle w:val="Aff9"/>
          <w:sz w:val="20"/>
          <w:szCs w:val="20"/>
          <w:lang w:val="ru-RU"/>
        </w:rPr>
        <w:t xml:space="preserve">б) </w:t>
      </w:r>
      <w:r>
        <w:rPr>
          <w:sz w:val="20"/>
          <w:szCs w:val="20"/>
          <w:lang w:val="ru-RU"/>
        </w:rPr>
        <w:t>ставшей общеизвестной не по вине раскрывающей Стороны</w:t>
      </w:r>
      <w:r w:rsidRPr="00024934">
        <w:rPr>
          <w:rStyle w:val="Aff9"/>
          <w:sz w:val="20"/>
          <w:szCs w:val="20"/>
          <w:lang w:val="ru-RU"/>
        </w:rPr>
        <w:t xml:space="preserve">; (в) </w:t>
      </w:r>
      <w:r>
        <w:rPr>
          <w:sz w:val="20"/>
          <w:szCs w:val="20"/>
          <w:lang w:val="ru-RU"/>
        </w:rPr>
        <w:t>предоставляемой собственному юристу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бухгалтеру или налоговому консультанту </w:t>
      </w:r>
      <w:r w:rsidRPr="00024934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при условии их письменного обязательства хранить тайну</w:t>
      </w:r>
      <w:r w:rsidRPr="00024934">
        <w:rPr>
          <w:rStyle w:val="Aff9"/>
          <w:sz w:val="20"/>
          <w:szCs w:val="20"/>
          <w:lang w:val="ru-RU"/>
        </w:rPr>
        <w:t>).</w:t>
      </w:r>
    </w:p>
    <w:p w14:paraId="7055CC02" w14:textId="77777777" w:rsidR="00BE7C81" w:rsidRDefault="00DD2A5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Заказчик вправе раскрыть содержание Договора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его условия и данные Исполнителя основному клиенту проекта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 рамках которого были выполнены Работы</w:t>
      </w:r>
      <w:r w:rsidRPr="00024934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Это не считается нарушением конфиденциальности и является необходимым условием функционирования проекта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26804D22" w14:textId="77777777" w:rsidR="00BE7C81" w:rsidRDefault="00DD2A5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В случае нарушения Исполнителем условий конфиденциальности Заказчик вправе требовать штрафа в размере </w:t>
      </w:r>
      <w:r w:rsidRPr="00024934">
        <w:rPr>
          <w:rStyle w:val="Aff9"/>
          <w:sz w:val="20"/>
          <w:szCs w:val="20"/>
          <w:lang w:val="ru-RU"/>
        </w:rPr>
        <w:t xml:space="preserve">100 000 </w:t>
      </w:r>
      <w:r>
        <w:rPr>
          <w:sz w:val="20"/>
          <w:szCs w:val="20"/>
          <w:lang w:val="ru-RU"/>
        </w:rPr>
        <w:t>рублей за каждый случай неправомерного раскрытия или использования Конфиденциальной информации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а также возмещение понесённых убытков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231BD41D" w14:textId="77777777" w:rsidR="00BE7C81" w:rsidRDefault="00DD2A55">
      <w:pPr>
        <w:pStyle w:val="Aff8"/>
        <w:numPr>
          <w:ilvl w:val="0"/>
          <w:numId w:val="9"/>
        </w:numPr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ТЕХНИКА БЕЗОПАСНОСТИ И ОХРАНА ТРУДА</w:t>
      </w:r>
    </w:p>
    <w:p w14:paraId="7DA5304D" w14:textId="77777777" w:rsidR="00BE7C81" w:rsidRPr="00024934" w:rsidRDefault="00DD2A55">
      <w:pPr>
        <w:pStyle w:val="Aff8"/>
        <w:jc w:val="both"/>
        <w:rPr>
          <w:i/>
          <w:iCs/>
          <w:sz w:val="20"/>
          <w:szCs w:val="20"/>
          <w:u w:val="single"/>
          <w:lang w:val="ru-RU"/>
        </w:rPr>
      </w:pPr>
      <w:r>
        <w:rPr>
          <w:i/>
          <w:iCs/>
          <w:sz w:val="20"/>
          <w:szCs w:val="20"/>
          <w:u w:val="single"/>
          <w:lang w:val="ru-RU"/>
        </w:rPr>
        <w:t>Следующие условия применяются только к Исполнителям</w:t>
      </w:r>
      <w:r w:rsidRPr="00024934">
        <w:rPr>
          <w:i/>
          <w:iCs/>
          <w:sz w:val="20"/>
          <w:szCs w:val="20"/>
          <w:u w:val="single"/>
          <w:lang w:val="ru-RU"/>
        </w:rPr>
        <w:t xml:space="preserve">, </w:t>
      </w:r>
      <w:r>
        <w:rPr>
          <w:i/>
          <w:iCs/>
          <w:sz w:val="20"/>
          <w:szCs w:val="20"/>
          <w:u w:val="single"/>
          <w:lang w:val="ru-RU"/>
        </w:rPr>
        <w:t xml:space="preserve">выполняющим Работы на физической площадке </w:t>
      </w:r>
      <w:r w:rsidRPr="00024934">
        <w:rPr>
          <w:i/>
          <w:iCs/>
          <w:sz w:val="20"/>
          <w:szCs w:val="20"/>
          <w:u w:val="single"/>
          <w:lang w:val="ru-RU"/>
        </w:rPr>
        <w:t xml:space="preserve">(например, съемочная площадка) Заказчика. </w:t>
      </w:r>
      <w:r>
        <w:rPr>
          <w:i/>
          <w:iCs/>
          <w:sz w:val="20"/>
          <w:szCs w:val="20"/>
          <w:u w:val="single"/>
          <w:lang w:val="ru-RU"/>
        </w:rPr>
        <w:t xml:space="preserve">Если Исполнитель выполняет Работы полностью дистанционно </w:t>
      </w:r>
      <w:r w:rsidRPr="00024934">
        <w:rPr>
          <w:i/>
          <w:iCs/>
          <w:sz w:val="20"/>
          <w:szCs w:val="20"/>
          <w:u w:val="single"/>
          <w:lang w:val="ru-RU"/>
        </w:rPr>
        <w:t xml:space="preserve">(через интернет), </w:t>
      </w:r>
      <w:r>
        <w:rPr>
          <w:i/>
          <w:iCs/>
          <w:sz w:val="20"/>
          <w:szCs w:val="20"/>
          <w:u w:val="single"/>
          <w:lang w:val="ru-RU"/>
        </w:rPr>
        <w:t>данный раздел не применяется</w:t>
      </w:r>
      <w:r w:rsidRPr="00024934">
        <w:rPr>
          <w:i/>
          <w:iCs/>
          <w:sz w:val="20"/>
          <w:szCs w:val="20"/>
          <w:u w:val="single"/>
          <w:lang w:val="ru-RU"/>
        </w:rPr>
        <w:t>.</w:t>
      </w:r>
    </w:p>
    <w:p w14:paraId="453AFD06" w14:textId="77777777" w:rsidR="00BE7C81" w:rsidRDefault="00DD2A5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работающий на площадке Заказчика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обязуется</w:t>
      </w:r>
      <w:r w:rsidRPr="00024934">
        <w:rPr>
          <w:rStyle w:val="Aff9"/>
          <w:sz w:val="20"/>
          <w:szCs w:val="20"/>
          <w:lang w:val="ru-RU"/>
        </w:rPr>
        <w:t>:</w:t>
      </w:r>
    </w:p>
    <w:p w14:paraId="03099D2F" w14:textId="77777777" w:rsidR="00BE7C81" w:rsidRDefault="00DD2A55">
      <w:pPr>
        <w:pStyle w:val="Aff8"/>
        <w:numPr>
          <w:ilvl w:val="0"/>
          <w:numId w:val="12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Соблюдать правила техники безопасности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охраны труда и противопожарной безопасности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действующие на объекте Заказчика</w:t>
      </w:r>
      <w:r w:rsidRPr="00024934">
        <w:rPr>
          <w:rStyle w:val="Aff9"/>
          <w:sz w:val="20"/>
          <w:szCs w:val="20"/>
          <w:lang w:val="ru-RU"/>
        </w:rPr>
        <w:t>;</w:t>
      </w:r>
    </w:p>
    <w:p w14:paraId="22DFCAED" w14:textId="77777777" w:rsidR="00BE7C81" w:rsidRDefault="00DD2A55">
      <w:pPr>
        <w:pStyle w:val="Aff8"/>
        <w:numPr>
          <w:ilvl w:val="0"/>
          <w:numId w:val="12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Использовать средства индивидуальной защиты </w:t>
      </w:r>
      <w:r w:rsidRPr="00024934">
        <w:rPr>
          <w:rStyle w:val="Aff9"/>
          <w:sz w:val="20"/>
          <w:szCs w:val="20"/>
          <w:lang w:val="ru-RU"/>
        </w:rPr>
        <w:t xml:space="preserve">(СИЗ) </w:t>
      </w:r>
      <w:r>
        <w:rPr>
          <w:sz w:val="20"/>
          <w:szCs w:val="20"/>
          <w:lang w:val="ru-RU"/>
        </w:rPr>
        <w:t>согласно установленным требованиям и инструкциям</w:t>
      </w:r>
      <w:r w:rsidRPr="00024934">
        <w:rPr>
          <w:rStyle w:val="Aff9"/>
          <w:sz w:val="20"/>
          <w:szCs w:val="20"/>
          <w:lang w:val="ru-RU"/>
        </w:rPr>
        <w:t>;</w:t>
      </w:r>
    </w:p>
    <w:p w14:paraId="7E789813" w14:textId="77777777" w:rsidR="00BE7C81" w:rsidRDefault="00DD2A55">
      <w:pPr>
        <w:pStyle w:val="Aff8"/>
        <w:numPr>
          <w:ilvl w:val="0"/>
          <w:numId w:val="12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Не находиться в состоянии алкогольного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наркотического или иного опьянения</w:t>
      </w:r>
      <w:r w:rsidRPr="00024934">
        <w:rPr>
          <w:rStyle w:val="Aff9"/>
          <w:sz w:val="20"/>
          <w:szCs w:val="20"/>
          <w:lang w:val="ru-RU"/>
        </w:rPr>
        <w:t>;</w:t>
      </w:r>
    </w:p>
    <w:p w14:paraId="736F07A9" w14:textId="77777777" w:rsidR="00BE7C81" w:rsidRDefault="00DD2A55">
      <w:pPr>
        <w:pStyle w:val="Aff8"/>
        <w:numPr>
          <w:ilvl w:val="0"/>
          <w:numId w:val="12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Незамедлительно сообщать руководству Заказчика о несчастных случаях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травмах и опасных ситуациях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0585DADB" w14:textId="77777777" w:rsidR="00BE7C81" w:rsidRDefault="00DD2A55">
      <w:pPr>
        <w:pStyle w:val="Aff8"/>
        <w:numPr>
          <w:ilvl w:val="1"/>
          <w:numId w:val="13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несёт полную личную ответственность за</w:t>
      </w:r>
      <w:r w:rsidRPr="00024934">
        <w:rPr>
          <w:rStyle w:val="Aff9"/>
          <w:sz w:val="20"/>
          <w:szCs w:val="20"/>
          <w:lang w:val="ru-RU"/>
        </w:rPr>
        <w:t xml:space="preserve">: (а) </w:t>
      </w:r>
      <w:r>
        <w:rPr>
          <w:sz w:val="20"/>
          <w:szCs w:val="20"/>
          <w:lang w:val="ru-RU"/>
        </w:rPr>
        <w:t>соблюдение собственной безопасности и безопасности третьих лиц</w:t>
      </w:r>
      <w:r w:rsidRPr="00024934">
        <w:rPr>
          <w:rStyle w:val="Aff9"/>
          <w:sz w:val="20"/>
          <w:szCs w:val="20"/>
          <w:lang w:val="ru-RU"/>
        </w:rPr>
        <w:t xml:space="preserve">; (б) </w:t>
      </w:r>
      <w:r>
        <w:rPr>
          <w:sz w:val="20"/>
          <w:szCs w:val="20"/>
          <w:lang w:val="ru-RU"/>
        </w:rPr>
        <w:t>вред здоровью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полученный им в результате нарушения требований ТБ и ОТ</w:t>
      </w:r>
      <w:r w:rsidRPr="00024934">
        <w:rPr>
          <w:rStyle w:val="Aff9"/>
          <w:sz w:val="20"/>
          <w:szCs w:val="20"/>
          <w:lang w:val="ru-RU"/>
        </w:rPr>
        <w:t xml:space="preserve">; (в) </w:t>
      </w:r>
      <w:r>
        <w:rPr>
          <w:sz w:val="20"/>
          <w:szCs w:val="20"/>
          <w:lang w:val="ru-RU"/>
        </w:rPr>
        <w:t>материальный ущерб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вызванный его халатностью или нарушением правил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7B29ABCB" w14:textId="77777777" w:rsidR="00BE7C81" w:rsidRDefault="00DD2A5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Исполнитель обязуется компенсировать Заказчику все связанные расходы </w:t>
      </w:r>
      <w:r w:rsidRPr="00024934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медицинское обслуживание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судебные издержки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штрафы от инспекции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прочие убытки</w:t>
      </w:r>
      <w:r w:rsidRPr="00024934">
        <w:rPr>
          <w:rStyle w:val="Aff9"/>
          <w:sz w:val="20"/>
          <w:szCs w:val="20"/>
          <w:lang w:val="ru-RU"/>
        </w:rPr>
        <w:t xml:space="preserve">) в течение 5 </w:t>
      </w:r>
      <w:r>
        <w:rPr>
          <w:sz w:val="20"/>
          <w:szCs w:val="20"/>
          <w:lang w:val="ru-RU"/>
        </w:rPr>
        <w:t>рабочих дней после получения требования с приложением подтверждающих документов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08B07958" w14:textId="77777777" w:rsidR="00BE7C81" w:rsidRDefault="00DD2A5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lastRenderedPageBreak/>
        <w:t>Исполнитель подтверждает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что он не является наёмным работником Заказчика и самостоятельно несёт ответственность за своё здоровье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безопасность и соответствие правилам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752BDC56" w14:textId="77777777" w:rsidR="00BE7C81" w:rsidRDefault="00DD2A55">
      <w:pPr>
        <w:pStyle w:val="Aff8"/>
        <w:numPr>
          <w:ilvl w:val="0"/>
          <w:numId w:val="14"/>
        </w:numPr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ПЕРСОНАЛЬНЫЕ ДАННЫЕ</w:t>
      </w:r>
    </w:p>
    <w:p w14:paraId="2EB0D85D" w14:textId="77777777" w:rsidR="00BE7C81" w:rsidRDefault="00DD2A5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Исполнитель явно согласен на обработку его персональных данных </w:t>
      </w:r>
      <w:r w:rsidRPr="00024934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фамилия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имя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отчество</w:t>
      </w:r>
      <w:r w:rsidRPr="00024934">
        <w:rPr>
          <w:rStyle w:val="Aff9"/>
          <w:sz w:val="20"/>
          <w:szCs w:val="20"/>
          <w:lang w:val="ru-RU"/>
        </w:rPr>
        <w:t xml:space="preserve">, номер телефона, </w:t>
      </w:r>
      <w:r>
        <w:rPr>
          <w:sz w:val="20"/>
          <w:szCs w:val="20"/>
          <w:lang w:val="ru-RU"/>
        </w:rPr>
        <w:t>электронная почта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паспортные данные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банковские реквизиты счёта</w:t>
      </w:r>
      <w:r w:rsidRPr="00024934">
        <w:rPr>
          <w:rStyle w:val="Aff9"/>
          <w:sz w:val="20"/>
          <w:szCs w:val="20"/>
          <w:lang w:val="ru-RU"/>
        </w:rPr>
        <w:t xml:space="preserve">) в целях: (а) исполнения настоящего Договора; (б) </w:t>
      </w:r>
      <w:r>
        <w:rPr>
          <w:sz w:val="20"/>
          <w:szCs w:val="20"/>
          <w:lang w:val="ru-RU"/>
        </w:rPr>
        <w:t>проведения расчётов и бухгалтерского учёта</w:t>
      </w:r>
      <w:r w:rsidRPr="00024934">
        <w:rPr>
          <w:rStyle w:val="Aff9"/>
          <w:sz w:val="20"/>
          <w:szCs w:val="20"/>
          <w:lang w:val="ru-RU"/>
        </w:rPr>
        <w:t xml:space="preserve">; (в) </w:t>
      </w:r>
      <w:r>
        <w:rPr>
          <w:sz w:val="20"/>
          <w:szCs w:val="20"/>
          <w:lang w:val="ru-RU"/>
        </w:rPr>
        <w:t>взаимодействия между Сторонами по Договору</w:t>
      </w:r>
      <w:r w:rsidRPr="00024934">
        <w:rPr>
          <w:rStyle w:val="Aff9"/>
          <w:sz w:val="20"/>
          <w:szCs w:val="20"/>
          <w:lang w:val="ru-RU"/>
        </w:rPr>
        <w:t xml:space="preserve">; (г) </w:t>
      </w:r>
      <w:r>
        <w:rPr>
          <w:sz w:val="20"/>
          <w:szCs w:val="20"/>
          <w:lang w:val="ru-RU"/>
        </w:rPr>
        <w:t>соблюдения требований налогового законодательства РФ</w:t>
      </w:r>
      <w:r w:rsidRPr="00024934">
        <w:rPr>
          <w:rStyle w:val="Aff9"/>
          <w:sz w:val="20"/>
          <w:szCs w:val="20"/>
          <w:lang w:val="ru-RU"/>
        </w:rPr>
        <w:t xml:space="preserve">. </w:t>
      </w:r>
    </w:p>
    <w:p w14:paraId="51692AD8" w14:textId="77777777" w:rsidR="00BE7C81" w:rsidRDefault="00DD2A5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разрешает Заказчику передавать персональные данные Заказчика клиенту Заказчика в целях исполнения Договора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4A9D901D" w14:textId="77777777" w:rsidR="00BE7C81" w:rsidRDefault="00DD2A5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Стороны подтверждают и соглашаются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что отдельное согласие на обработку персональных данных от Исполнителя не требуется в силу п</w:t>
      </w:r>
      <w:r w:rsidRPr="00024934">
        <w:rPr>
          <w:rStyle w:val="Aff9"/>
          <w:sz w:val="20"/>
          <w:szCs w:val="20"/>
          <w:lang w:val="ru-RU"/>
        </w:rPr>
        <w:t>. 5 ч</w:t>
      </w:r>
      <w:r>
        <w:rPr>
          <w:sz w:val="20"/>
          <w:szCs w:val="20"/>
          <w:lang w:val="ru-RU"/>
        </w:rPr>
        <w:t xml:space="preserve">. 1 </w:t>
      </w:r>
      <w:r w:rsidRPr="00024934">
        <w:rPr>
          <w:rStyle w:val="Aff9"/>
          <w:sz w:val="20"/>
          <w:szCs w:val="20"/>
          <w:lang w:val="ru-RU"/>
        </w:rPr>
        <w:t xml:space="preserve">ст. 6 ФЗ №152 </w:t>
      </w:r>
      <w:r>
        <w:rPr>
          <w:sz w:val="20"/>
          <w:szCs w:val="20"/>
          <w:lang w:val="ru-RU"/>
        </w:rPr>
        <w:t>«О персональных данных»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19AE74BD" w14:textId="77777777" w:rsidR="00BE7C81" w:rsidRDefault="00DD2A5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Стороны согласовали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что в целях исполнения настоящего Договора Заказчик вправе поручать обработку персональных данных Исполнителя </w:t>
      </w:r>
      <w:r w:rsidRPr="00024934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включая автоматизированное распознавание документов</w:t>
      </w:r>
      <w:r w:rsidRPr="00024934">
        <w:rPr>
          <w:rStyle w:val="Aff9"/>
          <w:sz w:val="20"/>
          <w:szCs w:val="20"/>
          <w:lang w:val="ru-RU"/>
        </w:rPr>
        <w:t xml:space="preserve">) </w:t>
      </w:r>
      <w:r>
        <w:rPr>
          <w:sz w:val="20"/>
          <w:szCs w:val="20"/>
          <w:lang w:val="ru-RU"/>
        </w:rPr>
        <w:t>третьим лицам - провайдерам информационных сервисов</w:t>
      </w:r>
      <w:r w:rsidRPr="00024934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Актуальная информация о привлеченных третьих лицах предоставляется Исполнителю по его запросу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54C14615" w14:textId="77777777" w:rsidR="00BE7C81" w:rsidRDefault="00DD2A5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Заказчик обязуется защищать персональные данные Исполнителя от несанкционированного доступа</w:t>
      </w:r>
      <w:r w:rsidRPr="00024934">
        <w:rPr>
          <w:rStyle w:val="Aff9"/>
          <w:sz w:val="20"/>
          <w:szCs w:val="20"/>
          <w:lang w:val="ru-RU"/>
        </w:rPr>
        <w:t xml:space="preserve">, утечки, </w:t>
      </w:r>
      <w:r>
        <w:rPr>
          <w:sz w:val="20"/>
          <w:szCs w:val="20"/>
          <w:lang w:val="ru-RU"/>
        </w:rPr>
        <w:t>разглашения и неправомерного использования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применяя адекватные технические и организационные меры безопасности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15AA8227" w14:textId="77777777" w:rsidR="00BE7C81" w:rsidRDefault="00DD2A55">
      <w:pPr>
        <w:pStyle w:val="Aff8"/>
        <w:numPr>
          <w:ilvl w:val="0"/>
          <w:numId w:val="9"/>
        </w:numPr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ОТВЕТСТВЕННОСТЬ СТОРОН</w:t>
      </w:r>
    </w:p>
    <w:p w14:paraId="494FC292" w14:textId="77777777" w:rsidR="00BE7C81" w:rsidRDefault="00DD2A5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За неисполнение или ненадлежащее исполнение обязательств Стороны несут ответственность в соответствии с законодательством Российской Федерации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13E841EB" w14:textId="77777777" w:rsidR="00BE7C81" w:rsidRDefault="00DD2A5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В случае нарушения сроков выполнения Работ Заказчик вправе потребовать от Исполнителя уплаты пени в размере </w:t>
      </w:r>
      <w:r w:rsidRPr="00024934">
        <w:rPr>
          <w:rStyle w:val="Aff9"/>
          <w:sz w:val="20"/>
          <w:szCs w:val="20"/>
          <w:lang w:val="ru-RU"/>
        </w:rPr>
        <w:t xml:space="preserve">1% </w:t>
      </w:r>
      <w:r>
        <w:rPr>
          <w:sz w:val="20"/>
          <w:szCs w:val="20"/>
          <w:lang w:val="ru-RU"/>
        </w:rPr>
        <w:t>от стоимости невыполненных в срок Работ за каждый день просрочки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но не более </w:t>
      </w:r>
      <w:r w:rsidRPr="00024934">
        <w:rPr>
          <w:rStyle w:val="Aff9"/>
          <w:sz w:val="20"/>
          <w:szCs w:val="20"/>
          <w:lang w:val="ru-RU"/>
        </w:rPr>
        <w:t xml:space="preserve">10% </w:t>
      </w:r>
      <w:r>
        <w:rPr>
          <w:sz w:val="20"/>
          <w:szCs w:val="20"/>
          <w:lang w:val="ru-RU"/>
        </w:rPr>
        <w:t>от общей цены Договора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503596E8" w14:textId="77777777" w:rsidR="00BE7C81" w:rsidRDefault="00DD2A5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гарантирует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что результаты слуг не нарушают права третьих лиц</w:t>
      </w:r>
      <w:r w:rsidRPr="00024934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В случае предъявления к Заказчику претензий или исков третьих лиц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связанных с нарушением их прав </w:t>
      </w:r>
      <w:r w:rsidRPr="00024934">
        <w:rPr>
          <w:rStyle w:val="Aff9"/>
          <w:sz w:val="20"/>
          <w:szCs w:val="20"/>
          <w:lang w:val="ru-RU"/>
        </w:rPr>
        <w:t xml:space="preserve">(в т.ч. авторских), </w:t>
      </w:r>
      <w:r>
        <w:rPr>
          <w:sz w:val="20"/>
          <w:szCs w:val="20"/>
          <w:lang w:val="ru-RU"/>
        </w:rPr>
        <w:t>Исполнитель обязуется выступить на стороне Заказчика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а также возместить Заказчику все присужденные суммы компенсаций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судебные расходы и иные убытки в полном объеме</w:t>
      </w:r>
    </w:p>
    <w:p w14:paraId="32EB2783" w14:textId="77777777" w:rsidR="00BE7C81" w:rsidRDefault="00DD2A5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 случае нарушения сроков оплаты Заказчиком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Исполнитель вправе потребовать уплаты пени в размере </w:t>
      </w:r>
      <w:r w:rsidRPr="00024934">
        <w:rPr>
          <w:rStyle w:val="Aff9"/>
          <w:sz w:val="20"/>
          <w:szCs w:val="20"/>
          <w:lang w:val="ru-RU"/>
        </w:rPr>
        <w:t xml:space="preserve">1% </w:t>
      </w:r>
      <w:r>
        <w:rPr>
          <w:sz w:val="20"/>
          <w:szCs w:val="20"/>
          <w:lang w:val="ru-RU"/>
        </w:rPr>
        <w:t>от невыплаченной суммы за каждый день просрочки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но не более </w:t>
      </w:r>
      <w:r w:rsidRPr="00024934">
        <w:rPr>
          <w:rStyle w:val="Aff9"/>
          <w:sz w:val="20"/>
          <w:szCs w:val="20"/>
          <w:lang w:val="ru-RU"/>
        </w:rPr>
        <w:t xml:space="preserve">10% </w:t>
      </w:r>
      <w:r>
        <w:rPr>
          <w:sz w:val="20"/>
          <w:szCs w:val="20"/>
          <w:lang w:val="ru-RU"/>
        </w:rPr>
        <w:t>от суммы задолженности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02578F48" w14:textId="77777777" w:rsidR="00BE7C81" w:rsidRDefault="00DD2A5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 случае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если в результате нарушения Исполнителем налогового законодательства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утраты им статуса ИП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неверного указания налогового режима или иных виновных действий</w:t>
      </w:r>
      <w:r w:rsidRPr="00024934">
        <w:rPr>
          <w:rStyle w:val="Aff9"/>
          <w:sz w:val="20"/>
          <w:szCs w:val="20"/>
          <w:lang w:val="ru-RU"/>
        </w:rPr>
        <w:t xml:space="preserve">/бездействия Исполнителя, </w:t>
      </w:r>
      <w:r>
        <w:rPr>
          <w:sz w:val="20"/>
          <w:szCs w:val="20"/>
          <w:lang w:val="ru-RU"/>
        </w:rPr>
        <w:t>налоговые органы предъявят к Заказчику требования об уплате налогов</w:t>
      </w:r>
      <w:r w:rsidRPr="00024934">
        <w:rPr>
          <w:rStyle w:val="Aff9"/>
          <w:sz w:val="20"/>
          <w:szCs w:val="20"/>
          <w:lang w:val="ru-RU"/>
        </w:rPr>
        <w:t xml:space="preserve">, взносов, </w:t>
      </w:r>
      <w:r>
        <w:rPr>
          <w:sz w:val="20"/>
          <w:szCs w:val="20"/>
          <w:lang w:val="ru-RU"/>
        </w:rPr>
        <w:t xml:space="preserve">штрафов или пеней </w:t>
      </w:r>
      <w:r w:rsidRPr="00024934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в том числе в связи с переквалификацией отношений в трудовые по вине Исполнителя</w:t>
      </w:r>
      <w:r w:rsidRPr="00024934">
        <w:rPr>
          <w:rStyle w:val="Aff9"/>
          <w:sz w:val="20"/>
          <w:szCs w:val="20"/>
          <w:lang w:val="ru-RU"/>
        </w:rPr>
        <w:t xml:space="preserve">), </w:t>
      </w:r>
      <w:r>
        <w:rPr>
          <w:sz w:val="20"/>
          <w:szCs w:val="20"/>
          <w:lang w:val="ru-RU"/>
        </w:rPr>
        <w:t xml:space="preserve">Исполнитель обязуется возместить Заказчику все понесенные убытки в полном объеме в течение </w:t>
      </w:r>
      <w:r w:rsidRPr="00024934">
        <w:rPr>
          <w:rStyle w:val="Aff9"/>
          <w:sz w:val="20"/>
          <w:szCs w:val="20"/>
          <w:lang w:val="ru-RU"/>
        </w:rPr>
        <w:t>5 (пяти) рабочих дней с момента получения требования Заказчика.</w:t>
      </w:r>
    </w:p>
    <w:p w14:paraId="74206397" w14:textId="77777777" w:rsidR="00BE7C81" w:rsidRDefault="00DD2A5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Упущенная выгода Исполнителя возмещению не подлежит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19999F08" w14:textId="77777777" w:rsidR="00BE7C81" w:rsidRDefault="00DD2A55">
      <w:pPr>
        <w:pStyle w:val="Aff8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Обстоятельства непреодолимой силы</w:t>
      </w:r>
      <w:r>
        <w:rPr>
          <w:rStyle w:val="Aff9"/>
          <w:b/>
          <w:bCs/>
          <w:sz w:val="20"/>
          <w:szCs w:val="20"/>
        </w:rPr>
        <w:t>:</w:t>
      </w:r>
    </w:p>
    <w:p w14:paraId="3576B42C" w14:textId="77777777" w:rsidR="00BE7C81" w:rsidRDefault="00DD2A55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lastRenderedPageBreak/>
        <w:t>Стороны освобождаются от ответственности за невыполнение или ненадлежащее исполнение обязательств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если такое невыполнение вызвано чрезвычайными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непредвиденными и непреодолимыми обстоятельствами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включая</w:t>
      </w:r>
      <w:r w:rsidRPr="00024934">
        <w:rPr>
          <w:rStyle w:val="Aff9"/>
          <w:sz w:val="20"/>
          <w:szCs w:val="20"/>
          <w:lang w:val="ru-RU"/>
        </w:rPr>
        <w:t xml:space="preserve">: </w:t>
      </w:r>
      <w:r>
        <w:rPr>
          <w:sz w:val="20"/>
          <w:szCs w:val="20"/>
          <w:lang w:val="ru-RU"/>
        </w:rPr>
        <w:t>Стихийные бедствия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природные катастрофы </w:t>
      </w:r>
      <w:r w:rsidRPr="00024934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пожары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наводнения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землетрясения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штормы</w:t>
      </w:r>
      <w:r>
        <w:rPr>
          <w:sz w:val="20"/>
          <w:szCs w:val="20"/>
          <w:lang w:val="it-IT"/>
        </w:rPr>
        <w:t xml:space="preserve">); </w:t>
      </w:r>
      <w:r>
        <w:rPr>
          <w:sz w:val="20"/>
          <w:szCs w:val="20"/>
          <w:lang w:val="ru-RU"/>
        </w:rPr>
        <w:t>Военные действия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теракты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введение чрезвычайного положения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комендантский час</w:t>
      </w:r>
      <w:r w:rsidRPr="00024934">
        <w:rPr>
          <w:rStyle w:val="Aff9"/>
          <w:sz w:val="20"/>
          <w:szCs w:val="20"/>
          <w:lang w:val="ru-RU"/>
        </w:rPr>
        <w:t xml:space="preserve">; </w:t>
      </w:r>
      <w:r>
        <w:rPr>
          <w:sz w:val="20"/>
          <w:szCs w:val="20"/>
          <w:lang w:val="ru-RU"/>
        </w:rPr>
        <w:t>Забастовки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гражданские беспорядки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массовые протесты</w:t>
      </w:r>
      <w:r w:rsidRPr="00024934">
        <w:rPr>
          <w:rStyle w:val="Aff9"/>
          <w:sz w:val="20"/>
          <w:szCs w:val="20"/>
          <w:lang w:val="ru-RU"/>
        </w:rPr>
        <w:t xml:space="preserve">; </w:t>
      </w:r>
      <w:r>
        <w:rPr>
          <w:sz w:val="20"/>
          <w:szCs w:val="20"/>
          <w:lang w:val="ru-RU"/>
        </w:rPr>
        <w:t>Изменения законодательства РФ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препятствующие исполнению Договора</w:t>
      </w:r>
      <w:r w:rsidRPr="00024934">
        <w:rPr>
          <w:rStyle w:val="Aff9"/>
          <w:sz w:val="20"/>
          <w:szCs w:val="20"/>
          <w:lang w:val="ru-RU"/>
        </w:rPr>
        <w:t xml:space="preserve">; </w:t>
      </w:r>
      <w:r>
        <w:rPr>
          <w:sz w:val="20"/>
          <w:szCs w:val="20"/>
          <w:lang w:val="ru-RU"/>
        </w:rPr>
        <w:t>Экономические санкции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валютные ограничения и торговые эмбарго</w:t>
      </w:r>
      <w:r w:rsidRPr="00024934">
        <w:rPr>
          <w:rStyle w:val="Aff9"/>
          <w:sz w:val="20"/>
          <w:szCs w:val="20"/>
          <w:lang w:val="ru-RU"/>
        </w:rPr>
        <w:t xml:space="preserve">; </w:t>
      </w:r>
      <w:r>
        <w:rPr>
          <w:sz w:val="20"/>
          <w:szCs w:val="20"/>
          <w:lang w:val="ru-RU"/>
        </w:rPr>
        <w:t>Эпидемии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пандемии и связанные с ними ограничения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25EAD3A7" w14:textId="77777777" w:rsidR="00BE7C81" w:rsidRPr="00024934" w:rsidRDefault="00DD2A55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 w:rsidRPr="00024934">
        <w:rPr>
          <w:rStyle w:val="Aff9"/>
          <w:sz w:val="20"/>
          <w:szCs w:val="20"/>
          <w:lang w:val="ru-RU"/>
        </w:rPr>
        <w:t xml:space="preserve">Сторона, </w:t>
      </w:r>
      <w:r>
        <w:rPr>
          <w:sz w:val="20"/>
          <w:szCs w:val="20"/>
          <w:lang w:val="ru-RU"/>
        </w:rPr>
        <w:t>оказавшаяся в такой ситуации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обязана незамедлительно </w:t>
      </w:r>
      <w:r w:rsidRPr="00024934">
        <w:rPr>
          <w:rStyle w:val="Aff9"/>
          <w:sz w:val="20"/>
          <w:szCs w:val="20"/>
          <w:lang w:val="ru-RU"/>
        </w:rPr>
        <w:t xml:space="preserve">(в течение 2 рабочих дней) </w:t>
      </w:r>
      <w:r>
        <w:rPr>
          <w:sz w:val="20"/>
          <w:szCs w:val="20"/>
          <w:lang w:val="ru-RU"/>
        </w:rPr>
        <w:t>уведомить другую Сторону по почте и мессенджеру и предоставить подтверждающие документы от государственных органов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СМИ или иных объективных источников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3CC67513" w14:textId="77777777" w:rsidR="00BE7C81" w:rsidRDefault="00DD2A55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Если обстоятельства непреодолимой силы продолжается более </w:t>
      </w:r>
      <w:r w:rsidRPr="00024934">
        <w:rPr>
          <w:rStyle w:val="Aff9"/>
          <w:sz w:val="20"/>
          <w:szCs w:val="20"/>
          <w:lang w:val="ru-RU"/>
        </w:rPr>
        <w:t xml:space="preserve">20 </w:t>
      </w:r>
      <w:r>
        <w:rPr>
          <w:sz w:val="20"/>
          <w:szCs w:val="20"/>
          <w:lang w:val="ru-RU"/>
        </w:rPr>
        <w:t>календарных дней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Стороны вправе расторгнуть Договор без применения штрафов и пеней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248637B7" w14:textId="77777777" w:rsidR="00BE7C81" w:rsidRDefault="00DD2A5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Уплата пеней не освобождает от основных обязательств</w:t>
      </w:r>
      <w:r w:rsidRPr="00024934">
        <w:rPr>
          <w:rStyle w:val="Aff9"/>
          <w:sz w:val="20"/>
          <w:szCs w:val="20"/>
          <w:lang w:val="ru-RU"/>
        </w:rPr>
        <w:t xml:space="preserve">: </w:t>
      </w:r>
      <w:r>
        <w:rPr>
          <w:sz w:val="20"/>
          <w:szCs w:val="20"/>
          <w:lang w:val="ru-RU"/>
        </w:rPr>
        <w:t>В любом случае уплата пеней не освобождает виновную Сторону от выполнения основных обязательств по Договору</w:t>
      </w:r>
      <w:r>
        <w:rPr>
          <w:rStyle w:val="Aff9"/>
          <w:sz w:val="20"/>
          <w:szCs w:val="20"/>
        </w:rPr>
        <w:t>.</w:t>
      </w:r>
    </w:p>
    <w:p w14:paraId="4C142AD7" w14:textId="77777777" w:rsidR="00BE7C81" w:rsidRDefault="00DD2A55">
      <w:pPr>
        <w:pStyle w:val="Aff8"/>
        <w:numPr>
          <w:ilvl w:val="0"/>
          <w:numId w:val="9"/>
        </w:numPr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РАСТОРЖЕНИЕ И ИЗМЕНЕНИЕ ДОГОВОРА</w:t>
      </w:r>
    </w:p>
    <w:p w14:paraId="3CBC5F42" w14:textId="77777777" w:rsidR="00BE7C81" w:rsidRDefault="00DD2A5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Любые изменения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дополнения или уточнения условий Договора оформляются одним из следующих способов</w:t>
      </w:r>
      <w:r w:rsidRPr="00024934">
        <w:rPr>
          <w:rStyle w:val="Aff9"/>
          <w:sz w:val="20"/>
          <w:szCs w:val="20"/>
          <w:lang w:val="ru-RU"/>
        </w:rPr>
        <w:t>:</w:t>
      </w:r>
    </w:p>
    <w:p w14:paraId="219F490F" w14:textId="77777777" w:rsidR="00BE7C81" w:rsidRDefault="00DD2A55">
      <w:pPr>
        <w:pStyle w:val="Aff8"/>
        <w:numPr>
          <w:ilvl w:val="0"/>
          <w:numId w:val="15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Подписанием сторонами дополнительного соглашения</w:t>
      </w:r>
      <w:r>
        <w:rPr>
          <w:rStyle w:val="Aff9"/>
          <w:sz w:val="20"/>
          <w:szCs w:val="20"/>
        </w:rPr>
        <w:t>;</w:t>
      </w:r>
    </w:p>
    <w:p w14:paraId="76C2955E" w14:textId="77777777" w:rsidR="00BE7C81" w:rsidRDefault="00DD2A55">
      <w:pPr>
        <w:pStyle w:val="Aff8"/>
        <w:numPr>
          <w:ilvl w:val="0"/>
          <w:numId w:val="15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Обменом согласующих сообщений в мессенджере </w:t>
      </w:r>
      <w:r w:rsidRPr="00024934">
        <w:rPr>
          <w:sz w:val="20"/>
          <w:szCs w:val="20"/>
          <w:lang w:val="ru-RU"/>
        </w:rPr>
        <w:t>(</w:t>
      </w:r>
      <w:r>
        <w:rPr>
          <w:sz w:val="20"/>
          <w:szCs w:val="20"/>
        </w:rPr>
        <w:t>Telegram</w:t>
      </w:r>
      <w:r w:rsidRPr="00024934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</w:rPr>
        <w:t>WhatsApp</w:t>
      </w:r>
      <w:r w:rsidRPr="00024934">
        <w:rPr>
          <w:sz w:val="20"/>
          <w:szCs w:val="20"/>
          <w:lang w:val="ru-RU"/>
        </w:rPr>
        <w:t xml:space="preserve"> </w:t>
      </w:r>
      <w:r w:rsidRPr="00024934">
        <w:rPr>
          <w:rStyle w:val="Aff9"/>
          <w:sz w:val="20"/>
          <w:szCs w:val="20"/>
          <w:lang w:val="ru-RU"/>
        </w:rPr>
        <w:t xml:space="preserve">и т.д.), </w:t>
      </w:r>
      <w:r>
        <w:rPr>
          <w:sz w:val="20"/>
          <w:szCs w:val="20"/>
          <w:lang w:val="ru-RU"/>
        </w:rPr>
        <w:t>если обе Стороны явно выразили согласие</w:t>
      </w:r>
      <w:r w:rsidRPr="00024934">
        <w:rPr>
          <w:rStyle w:val="Aff9"/>
          <w:sz w:val="20"/>
          <w:szCs w:val="20"/>
          <w:lang w:val="ru-RU"/>
        </w:rPr>
        <w:t>;</w:t>
      </w:r>
    </w:p>
    <w:p w14:paraId="21E93DF2" w14:textId="77777777" w:rsidR="00BE7C81" w:rsidRDefault="00DD2A55">
      <w:pPr>
        <w:pStyle w:val="Aff8"/>
        <w:numPr>
          <w:ilvl w:val="0"/>
          <w:numId w:val="15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Подписанием новой полной редакции Договора через ОкиДоки с новым номером версии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0BFA3E11" w14:textId="77777777" w:rsidR="00BE7C81" w:rsidRDefault="00DD2A55">
      <w:pPr>
        <w:pStyle w:val="Aff8"/>
        <w:numPr>
          <w:ilvl w:val="1"/>
          <w:numId w:val="16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Заказчик может расторгнуть Договор в одностороннем порядке с предварительным </w:t>
      </w:r>
      <w:r w:rsidRPr="00024934">
        <w:rPr>
          <w:rStyle w:val="Aff9"/>
          <w:sz w:val="20"/>
          <w:szCs w:val="20"/>
          <w:lang w:val="ru-RU"/>
        </w:rPr>
        <w:t xml:space="preserve">3 </w:t>
      </w:r>
      <w:r>
        <w:rPr>
          <w:sz w:val="20"/>
          <w:szCs w:val="20"/>
          <w:lang w:val="ru-RU"/>
        </w:rPr>
        <w:t xml:space="preserve">рабочих дней письменным предупреждением </w:t>
      </w:r>
      <w:r w:rsidRPr="00024934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направить по почте и мессенджеру</w:t>
      </w:r>
      <w:r w:rsidRPr="00024934">
        <w:rPr>
          <w:rStyle w:val="Aff9"/>
          <w:sz w:val="20"/>
          <w:szCs w:val="20"/>
          <w:lang w:val="ru-RU"/>
        </w:rPr>
        <w:t xml:space="preserve">). </w:t>
      </w:r>
      <w:r>
        <w:rPr>
          <w:sz w:val="20"/>
          <w:szCs w:val="20"/>
          <w:lang w:val="ru-RU"/>
        </w:rPr>
        <w:t>При таком расторжении</w:t>
      </w:r>
      <w:r>
        <w:rPr>
          <w:rStyle w:val="Aff9"/>
          <w:sz w:val="20"/>
          <w:szCs w:val="20"/>
        </w:rPr>
        <w:t>:</w:t>
      </w:r>
    </w:p>
    <w:p w14:paraId="1A2BBACA" w14:textId="77777777" w:rsidR="00BE7C81" w:rsidRDefault="00DD2A55">
      <w:pPr>
        <w:pStyle w:val="Aff8"/>
        <w:numPr>
          <w:ilvl w:val="0"/>
          <w:numId w:val="17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Заказчик оплачивает Исполнителю все документально подтверждённые фактические расходы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понесённые Исполнителем на дату расторжения </w:t>
      </w:r>
      <w:r w:rsidRPr="00024934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материалы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лицензии</w:t>
      </w:r>
      <w:r w:rsidRPr="00024934">
        <w:rPr>
          <w:rStyle w:val="Aff9"/>
          <w:sz w:val="20"/>
          <w:szCs w:val="20"/>
          <w:lang w:val="ru-RU"/>
        </w:rPr>
        <w:t>, услуги</w:t>
      </w:r>
      <w:r>
        <w:rPr>
          <w:sz w:val="20"/>
          <w:szCs w:val="20"/>
          <w:lang w:val="it-IT"/>
        </w:rPr>
        <w:t>);</w:t>
      </w:r>
    </w:p>
    <w:p w14:paraId="1AA99C18" w14:textId="77777777" w:rsidR="00BE7C81" w:rsidRDefault="00DD2A55">
      <w:pPr>
        <w:pStyle w:val="Aff8"/>
        <w:numPr>
          <w:ilvl w:val="0"/>
          <w:numId w:val="17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Заказчик принимает все выполненные к дате расторжения работы на основании акта сверки взаиморасчётов</w:t>
      </w:r>
      <w:r w:rsidRPr="00024934">
        <w:rPr>
          <w:rStyle w:val="Aff9"/>
          <w:sz w:val="20"/>
          <w:szCs w:val="20"/>
          <w:lang w:val="ru-RU"/>
        </w:rPr>
        <w:t>;</w:t>
      </w:r>
    </w:p>
    <w:p w14:paraId="77D60DD8" w14:textId="77777777" w:rsidR="00BE7C81" w:rsidRDefault="00DD2A55">
      <w:pPr>
        <w:pStyle w:val="Aff8"/>
        <w:numPr>
          <w:ilvl w:val="0"/>
          <w:numId w:val="17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Исполнитель обязан в течение </w:t>
      </w:r>
      <w:r w:rsidRPr="00024934">
        <w:rPr>
          <w:rStyle w:val="Aff9"/>
          <w:sz w:val="20"/>
          <w:szCs w:val="20"/>
          <w:lang w:val="ru-RU"/>
        </w:rPr>
        <w:t xml:space="preserve">1 (одного) </w:t>
      </w:r>
      <w:r>
        <w:rPr>
          <w:sz w:val="20"/>
          <w:szCs w:val="20"/>
          <w:lang w:val="ru-RU"/>
        </w:rPr>
        <w:t xml:space="preserve">рабочего дня передать Заказчику все созданные к этому моменту результаты </w:t>
      </w:r>
      <w:r w:rsidRPr="00024934">
        <w:rPr>
          <w:rStyle w:val="Aff9"/>
          <w:sz w:val="20"/>
          <w:szCs w:val="20"/>
          <w:lang w:val="ru-RU"/>
        </w:rPr>
        <w:t xml:space="preserve">(в т.ч. </w:t>
      </w:r>
      <w:r>
        <w:rPr>
          <w:sz w:val="20"/>
          <w:szCs w:val="20"/>
          <w:lang w:val="ru-RU"/>
        </w:rPr>
        <w:t>незавершенные</w:t>
      </w:r>
      <w:r w:rsidRPr="00024934">
        <w:rPr>
          <w:rStyle w:val="Aff9"/>
          <w:sz w:val="20"/>
          <w:szCs w:val="20"/>
          <w:lang w:val="ru-RU"/>
        </w:rPr>
        <w:t xml:space="preserve">), </w:t>
      </w:r>
      <w:r>
        <w:rPr>
          <w:sz w:val="20"/>
          <w:szCs w:val="20"/>
          <w:lang w:val="ru-RU"/>
        </w:rPr>
        <w:t>исходные файлы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черновики и рабочие материалы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69DE2275" w14:textId="77777777" w:rsidR="00BE7C81" w:rsidRDefault="00DD2A55">
      <w:pPr>
        <w:pStyle w:val="Aff8"/>
        <w:numPr>
          <w:ilvl w:val="0"/>
          <w:numId w:val="17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Исключительное право </w:t>
      </w:r>
      <w:r w:rsidRPr="00024934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или лицензия</w:t>
      </w:r>
      <w:r w:rsidRPr="00024934">
        <w:rPr>
          <w:rStyle w:val="Aff9"/>
          <w:sz w:val="20"/>
          <w:szCs w:val="20"/>
          <w:lang w:val="ru-RU"/>
        </w:rPr>
        <w:t xml:space="preserve">, в зависимости от условий Раздела 5) </w:t>
      </w:r>
      <w:r>
        <w:rPr>
          <w:sz w:val="20"/>
          <w:szCs w:val="20"/>
          <w:lang w:val="ru-RU"/>
        </w:rPr>
        <w:t>на все переданные результаты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включая незавершенные части РИД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переходит к Заказчику с момента создания данных объектов и подтверждается подписанием Акта сверки</w:t>
      </w:r>
      <w:r w:rsidRPr="00024934">
        <w:rPr>
          <w:rStyle w:val="Aff9"/>
          <w:sz w:val="20"/>
          <w:szCs w:val="20"/>
          <w:lang w:val="ru-RU"/>
        </w:rPr>
        <w:t>/</w:t>
      </w:r>
      <w:r>
        <w:rPr>
          <w:sz w:val="20"/>
          <w:szCs w:val="20"/>
          <w:lang w:val="ru-RU"/>
        </w:rPr>
        <w:t>расторжения</w:t>
      </w:r>
      <w:r w:rsidRPr="00024934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Заказчик вправе поручить доработку этих материалов третьим лицам</w:t>
      </w:r>
      <w:r w:rsidRPr="00024934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Удержание материалов или прав в качестве обеспечения не допускается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09DCE09D" w14:textId="77777777" w:rsidR="00BE7C81" w:rsidRPr="00024934" w:rsidRDefault="00BE7C81">
      <w:pPr>
        <w:pStyle w:val="Aff8"/>
        <w:spacing w:after="0"/>
        <w:ind w:left="1152"/>
        <w:jc w:val="both"/>
        <w:rPr>
          <w:rStyle w:val="Aff9"/>
          <w:sz w:val="20"/>
          <w:szCs w:val="20"/>
          <w:lang w:val="ru-RU"/>
        </w:rPr>
      </w:pPr>
    </w:p>
    <w:p w14:paraId="79A18F0B" w14:textId="77777777" w:rsidR="00BE7C81" w:rsidRDefault="00DD2A55">
      <w:pPr>
        <w:pStyle w:val="Aff8"/>
        <w:numPr>
          <w:ilvl w:val="1"/>
          <w:numId w:val="18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Исполнитель может расторгнуть Договор в одностороннем порядке с предварительным </w:t>
      </w:r>
      <w:r w:rsidRPr="00024934">
        <w:rPr>
          <w:rStyle w:val="Aff9"/>
          <w:sz w:val="20"/>
          <w:szCs w:val="20"/>
          <w:lang w:val="ru-RU"/>
        </w:rPr>
        <w:t xml:space="preserve">10 </w:t>
      </w:r>
      <w:r>
        <w:rPr>
          <w:sz w:val="20"/>
          <w:szCs w:val="20"/>
          <w:lang w:val="ru-RU"/>
        </w:rPr>
        <w:t xml:space="preserve">рабочих дней письменным предупреждением </w:t>
      </w:r>
      <w:r w:rsidRPr="00024934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направить по почте и мессенджеру</w:t>
      </w:r>
      <w:r w:rsidRPr="00024934">
        <w:rPr>
          <w:rStyle w:val="Aff9"/>
          <w:sz w:val="20"/>
          <w:szCs w:val="20"/>
          <w:lang w:val="ru-RU"/>
        </w:rPr>
        <w:t xml:space="preserve">). </w:t>
      </w:r>
      <w:r>
        <w:rPr>
          <w:sz w:val="20"/>
          <w:szCs w:val="20"/>
          <w:lang w:val="ru-RU"/>
        </w:rPr>
        <w:t>При таком расторжении</w:t>
      </w:r>
      <w:r>
        <w:rPr>
          <w:rStyle w:val="Aff9"/>
          <w:sz w:val="20"/>
          <w:szCs w:val="20"/>
        </w:rPr>
        <w:t>:</w:t>
      </w:r>
    </w:p>
    <w:p w14:paraId="45F9990C" w14:textId="77777777" w:rsidR="00BE7C81" w:rsidRDefault="00DD2A55">
      <w:pPr>
        <w:pStyle w:val="Aff8"/>
        <w:numPr>
          <w:ilvl w:val="0"/>
          <w:numId w:val="19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полностью возмещает Заказчику убытки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вызванные таким расторжением</w:t>
      </w:r>
      <w:r w:rsidRPr="00024934">
        <w:rPr>
          <w:rStyle w:val="Aff9"/>
          <w:sz w:val="20"/>
          <w:szCs w:val="20"/>
          <w:lang w:val="ru-RU"/>
        </w:rPr>
        <w:t>;</w:t>
      </w:r>
    </w:p>
    <w:p w14:paraId="13714B89" w14:textId="77777777" w:rsidR="00BE7C81" w:rsidRDefault="00DD2A55">
      <w:pPr>
        <w:pStyle w:val="Aff8"/>
        <w:numPr>
          <w:ilvl w:val="0"/>
          <w:numId w:val="19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Выполненные Работы передаются Заказчику на основании акта сверки взаиморасчётов</w:t>
      </w:r>
      <w:r w:rsidRPr="00024934">
        <w:rPr>
          <w:rStyle w:val="Aff9"/>
          <w:sz w:val="20"/>
          <w:szCs w:val="20"/>
          <w:lang w:val="ru-RU"/>
        </w:rPr>
        <w:t>;</w:t>
      </w:r>
    </w:p>
    <w:p w14:paraId="7C6B8901" w14:textId="77777777" w:rsidR="00BE7C81" w:rsidRDefault="00DD2A55">
      <w:pPr>
        <w:pStyle w:val="Aff8"/>
        <w:numPr>
          <w:ilvl w:val="0"/>
          <w:numId w:val="19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Исполнитель обязан в течение </w:t>
      </w:r>
      <w:r w:rsidRPr="00024934">
        <w:rPr>
          <w:rStyle w:val="Aff9"/>
          <w:sz w:val="20"/>
          <w:szCs w:val="20"/>
          <w:lang w:val="ru-RU"/>
        </w:rPr>
        <w:t xml:space="preserve">1 (одного) </w:t>
      </w:r>
      <w:r>
        <w:rPr>
          <w:sz w:val="20"/>
          <w:szCs w:val="20"/>
          <w:lang w:val="ru-RU"/>
        </w:rPr>
        <w:t xml:space="preserve">рабочего дня передать Заказчику все созданные к этому моменту результаты </w:t>
      </w:r>
      <w:r w:rsidRPr="00024934">
        <w:rPr>
          <w:rStyle w:val="Aff9"/>
          <w:sz w:val="20"/>
          <w:szCs w:val="20"/>
          <w:lang w:val="ru-RU"/>
        </w:rPr>
        <w:t xml:space="preserve">(в т.ч. </w:t>
      </w:r>
      <w:r>
        <w:rPr>
          <w:sz w:val="20"/>
          <w:szCs w:val="20"/>
          <w:lang w:val="ru-RU"/>
        </w:rPr>
        <w:t>незавершенные</w:t>
      </w:r>
      <w:r w:rsidRPr="00024934">
        <w:rPr>
          <w:rStyle w:val="Aff9"/>
          <w:sz w:val="20"/>
          <w:szCs w:val="20"/>
          <w:lang w:val="ru-RU"/>
        </w:rPr>
        <w:t xml:space="preserve">), </w:t>
      </w:r>
      <w:r>
        <w:rPr>
          <w:sz w:val="20"/>
          <w:szCs w:val="20"/>
          <w:lang w:val="ru-RU"/>
        </w:rPr>
        <w:t>исходные файлы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черновики и рабочие материалы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4473DB15" w14:textId="77777777" w:rsidR="00BE7C81" w:rsidRDefault="00DD2A55">
      <w:pPr>
        <w:pStyle w:val="Aff8"/>
        <w:numPr>
          <w:ilvl w:val="0"/>
          <w:numId w:val="19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lastRenderedPageBreak/>
        <w:t xml:space="preserve">Исключительное право </w:t>
      </w:r>
      <w:r w:rsidRPr="00024934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или лицензия</w:t>
      </w:r>
      <w:r w:rsidRPr="00024934">
        <w:rPr>
          <w:rStyle w:val="Aff9"/>
          <w:sz w:val="20"/>
          <w:szCs w:val="20"/>
          <w:lang w:val="ru-RU"/>
        </w:rPr>
        <w:t xml:space="preserve">, в зависимости от условий Раздела 5) </w:t>
      </w:r>
      <w:r>
        <w:rPr>
          <w:sz w:val="20"/>
          <w:szCs w:val="20"/>
          <w:lang w:val="ru-RU"/>
        </w:rPr>
        <w:t>на все переданные результаты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включая незавершенные части РИД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переходит к Заказчику с момента создания данных объектов и подтверждается подписанием Акта сверки</w:t>
      </w:r>
      <w:r w:rsidRPr="00024934">
        <w:rPr>
          <w:rStyle w:val="Aff9"/>
          <w:sz w:val="20"/>
          <w:szCs w:val="20"/>
          <w:lang w:val="ru-RU"/>
        </w:rPr>
        <w:t>/</w:t>
      </w:r>
      <w:r>
        <w:rPr>
          <w:sz w:val="20"/>
          <w:szCs w:val="20"/>
          <w:lang w:val="ru-RU"/>
        </w:rPr>
        <w:t>расторжения</w:t>
      </w:r>
      <w:r w:rsidRPr="00024934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Заказчик вправе поручить доработку этих материалов третьим лицам</w:t>
      </w:r>
      <w:r w:rsidRPr="00024934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Удержание материалов или прав в качестве обеспечения не допускается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2BA887E0" w14:textId="77777777" w:rsidR="00BE7C81" w:rsidRPr="00024934" w:rsidRDefault="00BE7C81">
      <w:pPr>
        <w:pStyle w:val="Aff8"/>
        <w:spacing w:after="0"/>
        <w:ind w:left="1152"/>
        <w:jc w:val="both"/>
        <w:rPr>
          <w:rStyle w:val="Aff9"/>
          <w:sz w:val="20"/>
          <w:szCs w:val="20"/>
          <w:lang w:val="ru-RU"/>
        </w:rPr>
      </w:pPr>
    </w:p>
    <w:p w14:paraId="7B716EA5" w14:textId="77777777" w:rsidR="00BE7C81" w:rsidRDefault="00DD2A55">
      <w:pPr>
        <w:pStyle w:val="Aff8"/>
        <w:numPr>
          <w:ilvl w:val="0"/>
          <w:numId w:val="20"/>
        </w:numPr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РАЗРЕШЕНИЕ СПОРОВ И ПОДСУДНОСТЬ</w:t>
      </w:r>
    </w:p>
    <w:p w14:paraId="49AE9AB7" w14:textId="77777777" w:rsidR="00BE7C81" w:rsidRDefault="00DD2A5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Все споры и разногласия Стороны будут стремиться урегулировать путем переговоров</w:t>
      </w:r>
      <w:r w:rsidRPr="00024934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Претензионный порядок урегулирования споров обязателен</w:t>
      </w:r>
      <w:r w:rsidRPr="00024934">
        <w:rPr>
          <w:rStyle w:val="Aff9"/>
          <w:sz w:val="20"/>
          <w:szCs w:val="20"/>
          <w:lang w:val="ru-RU"/>
        </w:rPr>
        <w:t xml:space="preserve">. </w:t>
      </w:r>
      <w:r w:rsidRPr="00024934">
        <w:rPr>
          <w:sz w:val="20"/>
          <w:szCs w:val="20"/>
          <w:lang w:val="ru-RU"/>
        </w:rPr>
        <w:t xml:space="preserve">Срок ответа на претензию — </w:t>
      </w:r>
      <w:r w:rsidRPr="00024934">
        <w:rPr>
          <w:rStyle w:val="Aff9"/>
          <w:sz w:val="20"/>
          <w:szCs w:val="20"/>
          <w:lang w:val="ru-RU"/>
        </w:rPr>
        <w:t>10 (</w:t>
      </w:r>
      <w:r>
        <w:rPr>
          <w:sz w:val="20"/>
          <w:szCs w:val="20"/>
          <w:lang w:val="ru-RU"/>
        </w:rPr>
        <w:t>десять</w:t>
      </w:r>
      <w:r w:rsidRPr="00024934">
        <w:rPr>
          <w:rStyle w:val="Aff9"/>
          <w:sz w:val="20"/>
          <w:szCs w:val="20"/>
          <w:lang w:val="ru-RU"/>
        </w:rPr>
        <w:t xml:space="preserve">) </w:t>
      </w:r>
      <w:r>
        <w:rPr>
          <w:sz w:val="20"/>
          <w:szCs w:val="20"/>
          <w:lang w:val="ru-RU"/>
        </w:rPr>
        <w:t>рабочих дней с даты ее получения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4A72322D" w14:textId="77777777" w:rsidR="00BE7C81" w:rsidRDefault="00DD2A55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 случае невозможности разрешения спора в претензионном порядке</w:t>
      </w:r>
      <w:r w:rsidRPr="00024934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спор подлежит передаче на рассмотрение в Арбитражном суде г</w:t>
      </w:r>
      <w:r w:rsidRPr="00024934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Москвы в соответствии с правилами договорной подсудности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19FBBE11" w14:textId="77777777" w:rsidR="00BE7C81" w:rsidRDefault="00DD2A55">
      <w:pPr>
        <w:pStyle w:val="Aff8"/>
        <w:numPr>
          <w:ilvl w:val="0"/>
          <w:numId w:val="9"/>
        </w:numPr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ЭЛЕКТРОННЫЙ ДОКУМЕНТООБОРОТ</w:t>
      </w:r>
    </w:p>
    <w:p w14:paraId="69B76438" w14:textId="77777777" w:rsidR="00BE7C81" w:rsidRDefault="00DD2A55">
      <w:pPr>
        <w:pStyle w:val="Aff8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Соглашение об использовании простой электронной подписи</w:t>
      </w:r>
      <w:r w:rsidRPr="00024934">
        <w:rPr>
          <w:rStyle w:val="Aff9"/>
          <w:b/>
          <w:bCs/>
          <w:sz w:val="20"/>
          <w:szCs w:val="20"/>
          <w:lang w:val="ru-RU"/>
        </w:rPr>
        <w:t xml:space="preserve">: </w:t>
      </w:r>
    </w:p>
    <w:p w14:paraId="74AAB66F" w14:textId="3687CA11" w:rsidR="00BE7C81" w:rsidRDefault="00DD2A55" w:rsidP="00024934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Стороны явно согласны подписать Договор и все его приложения с помощью </w:t>
      </w:r>
      <w:r w:rsidR="00024934">
        <w:rPr>
          <w:sz w:val="20"/>
          <w:szCs w:val="20"/>
          <w:lang w:val="ru-RU"/>
        </w:rPr>
        <w:t>простой электронной подписи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5425C4B9" w14:textId="77777777" w:rsidR="00BE7C81" w:rsidRDefault="00DD2A55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Равнозначность копий и оригиналов</w:t>
      </w:r>
      <w:r w:rsidRPr="00024934">
        <w:rPr>
          <w:rStyle w:val="Aff9"/>
          <w:sz w:val="20"/>
          <w:szCs w:val="20"/>
          <w:lang w:val="ru-RU"/>
        </w:rPr>
        <w:t xml:space="preserve">: </w:t>
      </w:r>
      <w:r>
        <w:rPr>
          <w:sz w:val="20"/>
          <w:szCs w:val="20"/>
          <w:lang w:val="ru-RU"/>
        </w:rPr>
        <w:t xml:space="preserve">Сканированные копии подписанного Договора и приложений </w:t>
      </w:r>
      <w:r w:rsidRPr="00024934">
        <w:rPr>
          <w:rStyle w:val="Aff9"/>
          <w:sz w:val="20"/>
          <w:szCs w:val="20"/>
          <w:lang w:val="ru-RU"/>
        </w:rPr>
        <w:t xml:space="preserve">(в формате </w:t>
      </w:r>
      <w:r>
        <w:rPr>
          <w:sz w:val="20"/>
          <w:szCs w:val="20"/>
          <w:lang w:val="pt-PT"/>
        </w:rPr>
        <w:t xml:space="preserve">PDF, JPG, PNG) </w:t>
      </w:r>
      <w:r>
        <w:rPr>
          <w:sz w:val="20"/>
          <w:szCs w:val="20"/>
          <w:lang w:val="ru-RU"/>
        </w:rPr>
        <w:t>признаются равнозначными оригиналам и могут использоваться в качестве доказательства наравне с электронным оригиналом</w:t>
      </w:r>
      <w:r w:rsidRPr="00024934">
        <w:rPr>
          <w:rStyle w:val="Aff9"/>
          <w:sz w:val="20"/>
          <w:szCs w:val="20"/>
          <w:lang w:val="ru-RU"/>
        </w:rPr>
        <w:t>.</w:t>
      </w:r>
    </w:p>
    <w:p w14:paraId="47F8C58C" w14:textId="77777777" w:rsidR="00BE7C81" w:rsidRDefault="00DD2A55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Вместо использования простой электронной подписи для подписания электронных документов Стороны вправе использовать усиленную квалифицированную электронную подпись или подписать документы собственноручно</w:t>
      </w:r>
      <w:r w:rsidRPr="00024934">
        <w:rPr>
          <w:rStyle w:val="Aff9"/>
          <w:sz w:val="20"/>
          <w:szCs w:val="20"/>
          <w:lang w:val="ru-RU"/>
        </w:rPr>
        <w:t xml:space="preserve">. </w:t>
      </w:r>
    </w:p>
    <w:p w14:paraId="2DBF6B9F" w14:textId="77777777" w:rsidR="00BE7C81" w:rsidRDefault="00DD2A55">
      <w:pPr>
        <w:pStyle w:val="Aff8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Юридическая значимость переписки</w:t>
      </w:r>
      <w:r w:rsidRPr="00024934">
        <w:rPr>
          <w:rStyle w:val="Aff9"/>
          <w:b/>
          <w:bCs/>
          <w:sz w:val="20"/>
          <w:szCs w:val="20"/>
          <w:lang w:val="ru-RU"/>
        </w:rPr>
        <w:t xml:space="preserve">: </w:t>
      </w:r>
      <w:r>
        <w:rPr>
          <w:sz w:val="20"/>
          <w:szCs w:val="20"/>
          <w:lang w:val="ru-RU"/>
        </w:rPr>
        <w:t>Стороны явно согласны и подтверждают</w:t>
      </w:r>
      <w:r w:rsidRPr="00024934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что вся переписка между ними</w:t>
      </w:r>
      <w:r w:rsidRPr="00024934">
        <w:rPr>
          <w:sz w:val="20"/>
          <w:szCs w:val="20"/>
          <w:lang w:val="ru-RU"/>
        </w:rPr>
        <w:t xml:space="preserve">: </w:t>
      </w:r>
      <w:r>
        <w:rPr>
          <w:sz w:val="20"/>
          <w:szCs w:val="20"/>
          <w:lang w:val="ru-RU"/>
        </w:rPr>
        <w:t xml:space="preserve">в мессенджерах </w:t>
      </w:r>
      <w:r w:rsidRPr="00024934">
        <w:rPr>
          <w:sz w:val="20"/>
          <w:szCs w:val="20"/>
          <w:lang w:val="ru-RU"/>
        </w:rPr>
        <w:t>(</w:t>
      </w:r>
      <w:r>
        <w:rPr>
          <w:sz w:val="20"/>
          <w:szCs w:val="20"/>
        </w:rPr>
        <w:t>Telegram</w:t>
      </w:r>
      <w:r w:rsidRPr="00024934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</w:rPr>
        <w:t>WhatsApp</w:t>
      </w:r>
      <w:r w:rsidRPr="00024934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</w:rPr>
        <w:t>Viber</w:t>
      </w:r>
      <w:r w:rsidRPr="00024934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</w:rPr>
        <w:t>Messenger</w:t>
      </w:r>
      <w:r w:rsidRPr="00024934">
        <w:rPr>
          <w:sz w:val="20"/>
          <w:szCs w:val="20"/>
          <w:lang w:val="ru-RU"/>
        </w:rPr>
        <w:t xml:space="preserve"> и </w:t>
      </w:r>
      <w:proofErr w:type="spellStart"/>
      <w:r w:rsidRPr="00024934">
        <w:rPr>
          <w:sz w:val="20"/>
          <w:szCs w:val="20"/>
          <w:lang w:val="ru-RU"/>
        </w:rPr>
        <w:t>т.д</w:t>
      </w:r>
      <w:proofErr w:type="spellEnd"/>
      <w:r>
        <w:rPr>
          <w:sz w:val="20"/>
          <w:szCs w:val="20"/>
          <w:lang w:val="it-IT"/>
        </w:rPr>
        <w:t xml:space="preserve">.); </w:t>
      </w:r>
      <w:r>
        <w:rPr>
          <w:sz w:val="20"/>
          <w:szCs w:val="20"/>
          <w:lang w:val="ru-RU"/>
        </w:rPr>
        <w:t xml:space="preserve">по электронной почте </w:t>
      </w:r>
      <w:r w:rsidRPr="00024934">
        <w:rPr>
          <w:sz w:val="20"/>
          <w:szCs w:val="20"/>
          <w:lang w:val="ru-RU"/>
        </w:rPr>
        <w:t>(</w:t>
      </w:r>
      <w:r>
        <w:rPr>
          <w:sz w:val="20"/>
          <w:szCs w:val="20"/>
        </w:rPr>
        <w:t>email</w:t>
      </w:r>
      <w:r w:rsidRPr="00024934">
        <w:rPr>
          <w:sz w:val="20"/>
          <w:szCs w:val="20"/>
          <w:lang w:val="ru-RU"/>
        </w:rPr>
        <w:t xml:space="preserve">); </w:t>
      </w:r>
      <w:r>
        <w:rPr>
          <w:sz w:val="20"/>
          <w:szCs w:val="20"/>
          <w:lang w:val="ru-RU"/>
        </w:rPr>
        <w:t>через иные электронные каналы коммуникации</w:t>
      </w:r>
      <w:r w:rsidRPr="00024934">
        <w:rPr>
          <w:sz w:val="20"/>
          <w:szCs w:val="20"/>
          <w:lang w:val="ru-RU"/>
        </w:rPr>
        <w:t xml:space="preserve">; </w:t>
      </w:r>
      <w:r>
        <w:rPr>
          <w:sz w:val="20"/>
          <w:szCs w:val="20"/>
          <w:lang w:val="ru-RU"/>
        </w:rPr>
        <w:t>является юридически значимой и может быть использована в качестве доказательства при разрешении споров</w:t>
      </w:r>
      <w:r w:rsidRPr="00024934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рассмотрении претензий и в судебном разбирательстве</w:t>
      </w:r>
      <w:r w:rsidRPr="00024934">
        <w:rPr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Каждое сообщение</w:t>
      </w:r>
      <w:r w:rsidRPr="00024934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отправленное с официального адреса электронной почты</w:t>
      </w:r>
      <w:r w:rsidRPr="00024934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номера телефона или идентификатора Стороны</w:t>
      </w:r>
      <w:r w:rsidRPr="00024934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признается официальной корреспонденцией в рамках исполнения Договора и может служить доказательством согласия</w:t>
      </w:r>
      <w:r w:rsidRPr="00024934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распоряжения или другого юридически значимого действия</w:t>
      </w:r>
      <w:r w:rsidRPr="00024934">
        <w:rPr>
          <w:sz w:val="20"/>
          <w:szCs w:val="20"/>
          <w:lang w:val="ru-RU"/>
        </w:rPr>
        <w:t>.</w:t>
      </w:r>
    </w:p>
    <w:p w14:paraId="76783AC7" w14:textId="42EEB22A" w:rsidR="00BE7C81" w:rsidRPr="00024934" w:rsidRDefault="00DD2A55" w:rsidP="00024934">
      <w:pPr>
        <w:pStyle w:val="Aff8"/>
        <w:numPr>
          <w:ilvl w:val="0"/>
          <w:numId w:val="9"/>
        </w:numPr>
        <w:spacing w:after="0"/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ПОДПИСИ СТОРОН</w:t>
      </w:r>
    </w:p>
    <w:tbl>
      <w:tblPr>
        <w:tblW w:w="8640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320"/>
        <w:gridCol w:w="4320"/>
      </w:tblGrid>
      <w:tr w:rsidR="00BE7C81" w:rsidRPr="008413FC" w14:paraId="08C178EA" w14:textId="77777777">
        <w:trPr>
          <w:trHeight w:val="2101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3D01D" w14:textId="77777777" w:rsidR="00BE7C81" w:rsidRDefault="00DD2A55">
            <w:pPr>
              <w:pStyle w:val="Aff8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ЗАКАЗЧИК</w:t>
            </w:r>
          </w:p>
          <w:p w14:paraId="5F03D10F" w14:textId="12447423" w:rsidR="00BE7C81" w:rsidRDefault="00DD2A55">
            <w:pPr>
              <w:pStyle w:val="Aff8"/>
            </w:pPr>
            <w:r>
              <w:rPr>
                <w:b/>
                <w:bCs/>
                <w:sz w:val="20"/>
                <w:szCs w:val="20"/>
                <w:lang w:val="ru-RU"/>
              </w:rPr>
              <w:t>[Наименование заказчика]</w:t>
            </w:r>
            <w:r w:rsidR="00024934">
              <w:rPr>
                <w:b/>
                <w:bCs/>
                <w:sz w:val="20"/>
                <w:szCs w:val="20"/>
                <w:lang w:val="ru-RU"/>
              </w:rPr>
              <w:br/>
            </w:r>
            <w:r>
              <w:rPr>
                <w:b/>
                <w:bCs/>
                <w:sz w:val="20"/>
                <w:szCs w:val="20"/>
                <w:lang w:val="ru-RU"/>
              </w:rPr>
              <w:br/>
            </w:r>
            <w:r>
              <w:rPr>
                <w:b/>
                <w:bCs/>
                <w:sz w:val="20"/>
                <w:szCs w:val="20"/>
                <w:lang w:val="ru-RU"/>
              </w:rPr>
              <w:br/>
            </w:r>
            <w:r w:rsidRPr="00024934">
              <w:rPr>
                <w:sz w:val="20"/>
                <w:szCs w:val="20"/>
                <w:lang w:val="ru-RU"/>
              </w:rPr>
              <w:t>___________________/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781546" w14:textId="77777777" w:rsidR="00BE7C81" w:rsidRPr="00024934" w:rsidRDefault="00DD2A55">
            <w:pPr>
              <w:pStyle w:val="Aff8"/>
              <w:rPr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ИСПОЛНИТЕЛЬ</w:t>
            </w:r>
          </w:p>
          <w:p w14:paraId="480BD399" w14:textId="7CA648D1" w:rsidR="00BE7C81" w:rsidRPr="00024934" w:rsidRDefault="00DD2A55">
            <w:pPr>
              <w:pStyle w:val="Aff8"/>
              <w:rPr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Индивидуальный предприниматель [ФИО физического лица] </w:t>
            </w:r>
            <w:r w:rsidR="00024934">
              <w:rPr>
                <w:sz w:val="20"/>
                <w:szCs w:val="20"/>
                <w:lang w:val="ru-RU"/>
              </w:rPr>
              <w:br/>
            </w:r>
            <w:r>
              <w:rPr>
                <w:sz w:val="20"/>
                <w:szCs w:val="20"/>
                <w:lang w:val="ru-RU"/>
              </w:rPr>
              <w:br/>
              <w:t>____________________/</w:t>
            </w:r>
          </w:p>
        </w:tc>
      </w:tr>
    </w:tbl>
    <w:p w14:paraId="014864CE" w14:textId="77777777" w:rsidR="00BE7C81" w:rsidRPr="008413FC" w:rsidRDefault="00BE7C81">
      <w:pPr>
        <w:pStyle w:val="Aff8"/>
        <w:widowControl w:val="0"/>
        <w:spacing w:line="240" w:lineRule="auto"/>
        <w:ind w:left="756" w:hanging="756"/>
        <w:rPr>
          <w:lang w:val="ru-RU"/>
        </w:rPr>
      </w:pPr>
    </w:p>
    <w:p w14:paraId="514FE45D" w14:textId="77777777" w:rsidR="00BE7C81" w:rsidRPr="008413FC" w:rsidRDefault="00DD2A55">
      <w:pPr>
        <w:rPr>
          <w:lang w:val="ru-RU"/>
        </w:rPr>
      </w:pPr>
      <w:r w:rsidRPr="008413FC">
        <w:rPr>
          <w:lang w:val="ru-RU"/>
        </w:rPr>
        <w:br w:type="page"/>
      </w:r>
    </w:p>
    <w:p w14:paraId="00F8A01A" w14:textId="77777777" w:rsidR="00BE7C81" w:rsidRPr="008413FC" w:rsidRDefault="00DD2A55">
      <w:pPr>
        <w:rPr>
          <w:lang w:val="ru-RU"/>
        </w:rPr>
      </w:pPr>
      <w:r w:rsidRPr="008413FC">
        <w:rPr>
          <w:b/>
          <w:lang w:val="ru-RU"/>
        </w:rPr>
        <w:lastRenderedPageBreak/>
        <w:t>АКТ</w:t>
      </w:r>
    </w:p>
    <w:p w14:paraId="5D22BBFE" w14:textId="77777777" w:rsidR="00BE7C81" w:rsidRDefault="00DD2A55">
      <w:pPr>
        <w:jc w:val="center"/>
        <w:rPr>
          <w:rFonts w:ascii="Calibri" w:eastAsia="Calibri" w:hAnsi="Calibri" w:cs="Calibri"/>
          <w:lang w:val="ru-RU"/>
        </w:rPr>
      </w:pPr>
      <w:r>
        <w:rPr>
          <w:rFonts w:ascii="Calibri" w:hAnsi="Calibri"/>
          <w:b/>
          <w:bCs/>
          <w:lang w:val="ru-RU"/>
        </w:rPr>
        <w:t>АКТ № [Номер Акта]</w:t>
      </w:r>
      <w:r>
        <w:rPr>
          <w:rFonts w:ascii="Calibri" w:hAnsi="Calibri"/>
          <w:b/>
          <w:bCs/>
          <w:lang w:val="ru-RU"/>
        </w:rPr>
        <w:br/>
        <w:t>СДАЧИПРИЕМКИ ВЫПОЛНЕННЫХ РАБОТ</w:t>
      </w:r>
      <w:r>
        <w:rPr>
          <w:rFonts w:ascii="Calibri" w:hAnsi="Calibri"/>
          <w:b/>
          <w:bCs/>
          <w:lang w:val="ru-RU"/>
        </w:rPr>
        <w:br/>
        <w:t>к Договору подряда № [№ договора] от [дата договора]</w:t>
      </w:r>
    </w:p>
    <w:p w14:paraId="1892E21C" w14:textId="77777777" w:rsidR="00BE7C81" w:rsidRDefault="00DD2A55">
      <w:pPr>
        <w:jc w:val="center"/>
        <w:rPr>
          <w:rFonts w:ascii="Calibri" w:eastAsia="Calibri" w:hAnsi="Calibri" w:cs="Calibri"/>
          <w:lang w:val="ru-RU"/>
        </w:rPr>
      </w:pPr>
      <w:r>
        <w:rPr>
          <w:rFonts w:ascii="Calibri" w:hAnsi="Calibri"/>
          <w:lang w:val="ru-RU"/>
        </w:rPr>
        <w:t>​</w:t>
      </w:r>
    </w:p>
    <w:p w14:paraId="55F8FB27" w14:textId="77777777" w:rsidR="00BE7C81" w:rsidRDefault="00DD2A55">
      <w:pPr>
        <w:rPr>
          <w:rFonts w:ascii="Calibri" w:eastAsia="Calibri" w:hAnsi="Calibri" w:cs="Calibri"/>
          <w:sz w:val="20"/>
          <w:szCs w:val="20"/>
          <w:lang w:val="ru-RU"/>
        </w:rPr>
      </w:pPr>
      <w:r>
        <w:rPr>
          <w:rFonts w:ascii="Calibri" w:hAnsi="Calibri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г. Москва, [дата акта]</w:t>
      </w:r>
    </w:p>
    <w:p w14:paraId="4BC7DCBC" w14:textId="77777777" w:rsidR="00BE7C81" w:rsidRDefault="00DD2A55">
      <w:pPr>
        <w:jc w:val="center"/>
        <w:rPr>
          <w:rFonts w:ascii="Calibri" w:eastAsia="Calibri" w:hAnsi="Calibri" w:cs="Calibri"/>
          <w:b/>
          <w:bCs/>
          <w:lang w:val="ru-RU"/>
        </w:rPr>
      </w:pPr>
      <w:r>
        <w:rPr>
          <w:rFonts w:ascii="Calibri" w:hAnsi="Calibri"/>
          <w:b/>
          <w:bCs/>
          <w:lang w:val="ru-RU"/>
        </w:rPr>
        <w:t xml:space="preserve">РЕКВИЗИТЫ СТОРОН </w:t>
      </w:r>
    </w:p>
    <w:tbl>
      <w:tblPr>
        <w:tblW w:w="885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951"/>
        <w:gridCol w:w="6905"/>
      </w:tblGrid>
      <w:tr w:rsidR="00BE7C81" w:rsidRPr="008413FC" w14:paraId="213BD631" w14:textId="77777777">
        <w:trPr>
          <w:trHeight w:val="82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C02C5" w14:textId="77777777" w:rsidR="00BE7C81" w:rsidRDefault="00DD2A55">
            <w:pPr>
              <w:spacing w:after="160" w:line="259" w:lineRule="auto"/>
            </w:pPr>
            <w:r>
              <w:rPr>
                <w:rFonts w:ascii="Calibri" w:hAnsi="Calibri"/>
                <w:b/>
                <w:bCs/>
                <w:sz w:val="20"/>
                <w:szCs w:val="20"/>
                <w:lang w:val="ru-RU"/>
              </w:rPr>
              <w:t>Заказчик</w:t>
            </w: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B31DAD" w14:textId="77777777" w:rsidR="00BE7C81" w:rsidRDefault="00DD2A55">
            <w:pPr>
              <w:pStyle w:val="ae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line="259" w:lineRule="auto"/>
              <w:ind w:left="0"/>
              <w:rPr>
                <w:rFonts w:ascii="Calibri" w:eastAsia="Calibri" w:hAnsi="Calibri" w:cs="Calibri"/>
                <w:b/>
                <w:bCs/>
                <w:sz w:val="20"/>
                <w:szCs w:val="2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[Наименование компании]</w:t>
            </w:r>
          </w:p>
          <w:p w14:paraId="417ADB4C" w14:textId="5953CE1A" w:rsidR="00BE7C81" w:rsidRDefault="00DD2A55">
            <w:pPr>
              <w:pStyle w:val="ae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line="259" w:lineRule="auto"/>
              <w:ind w:left="0"/>
              <w:rPr>
                <w:lang w:val="ru-RU"/>
              </w:rPr>
            </w:pPr>
            <w:r>
              <w:rPr>
                <w:rFonts w:ascii="Calibri" w:hAnsi="Calibri"/>
                <w:sz w:val="20"/>
                <w:szCs w:val="2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[ОГРН заказчика</w:t>
            </w:r>
            <w:proofErr w:type="gramStart"/>
            <w:r>
              <w:rPr>
                <w:rFonts w:ascii="Calibri" w:hAnsi="Calibri"/>
                <w:sz w:val="20"/>
                <w:szCs w:val="2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] ,</w:t>
            </w:r>
            <w:proofErr w:type="gramEnd"/>
            <w:r>
              <w:rPr>
                <w:rFonts w:ascii="Calibri" w:hAnsi="Calibri"/>
                <w:sz w:val="20"/>
                <w:szCs w:val="2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ИНН [ИНН компании], [КПП компании]</w:t>
            </w:r>
          </w:p>
        </w:tc>
      </w:tr>
      <w:tr w:rsidR="00BE7C81" w:rsidRPr="008413FC" w14:paraId="5D10038E" w14:textId="77777777">
        <w:trPr>
          <w:trHeight w:val="116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4D8A4" w14:textId="77777777" w:rsidR="00BE7C81" w:rsidRDefault="00DD2A55">
            <w:pPr>
              <w:spacing w:line="259" w:lineRule="auto"/>
            </w:pPr>
            <w:r>
              <w:rPr>
                <w:rFonts w:ascii="Calibri" w:hAnsi="Calibri"/>
                <w:b/>
                <w:bCs/>
                <w:sz w:val="20"/>
                <w:szCs w:val="20"/>
                <w:lang w:val="ru-RU"/>
              </w:rPr>
              <w:t>Исполнитель</w:t>
            </w: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7BFF4" w14:textId="77777777" w:rsidR="00BE7C81" w:rsidRDefault="00DD2A55">
            <w:pPr>
              <w:rPr>
                <w:rFonts w:ascii="Calibri" w:eastAsia="Calibri" w:hAnsi="Calibri" w:cs="Calibri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ru-RU"/>
              </w:rPr>
              <w:t>Индивидуальный предприниматель</w:t>
            </w:r>
          </w:p>
          <w:p w14:paraId="78F4A94E" w14:textId="05C3AF23" w:rsidR="00BE7C81" w:rsidRPr="00024934" w:rsidRDefault="00DD2A55">
            <w:pPr>
              <w:rPr>
                <w:rFonts w:ascii="Calibri" w:eastAsia="Calibri" w:hAnsi="Calibri" w:cs="Calibri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Calibri" w:hAnsi="Calibri"/>
                <w:sz w:val="20"/>
                <w:szCs w:val="20"/>
                <w:lang w:val="ru-RU"/>
              </w:rPr>
              <w:t>ФИО (полностью): [ФИО физического лица]</w:t>
            </w:r>
            <w:r w:rsidR="00024934">
              <w:rPr>
                <w:rFonts w:ascii="Calibri" w:eastAsia="Calibri" w:hAnsi="Calibri" w:cs="Calibri"/>
                <w:b/>
                <w:bCs/>
                <w:sz w:val="20"/>
                <w:szCs w:val="20"/>
                <w:lang w:val="ru-RU"/>
              </w:rPr>
              <w:br/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ОГРНИП: [ОГРНИП]</w:t>
            </w:r>
            <w:r w:rsidR="00024934">
              <w:rPr>
                <w:rFonts w:ascii="Calibri" w:eastAsia="Calibri" w:hAnsi="Calibri" w:cs="Calibri"/>
                <w:b/>
                <w:bCs/>
                <w:sz w:val="20"/>
                <w:szCs w:val="20"/>
                <w:lang w:val="ru-RU"/>
              </w:rPr>
              <w:br/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ИНН: [ИНН]</w:t>
            </w:r>
          </w:p>
        </w:tc>
      </w:tr>
    </w:tbl>
    <w:p w14:paraId="4A653FEB" w14:textId="77777777" w:rsidR="00BE7C81" w:rsidRPr="00024934" w:rsidRDefault="00BE7C81">
      <w:pPr>
        <w:rPr>
          <w:rFonts w:ascii="Calibri" w:eastAsia="Calibri" w:hAnsi="Calibri" w:cs="Calibri"/>
          <w:lang w:val="ru-RU"/>
        </w:rPr>
      </w:pPr>
    </w:p>
    <w:p w14:paraId="2951F257" w14:textId="77777777" w:rsidR="00BE7C81" w:rsidRDefault="00DD2A55">
      <w:pPr>
        <w:rPr>
          <w:rFonts w:ascii="Calibri" w:hAnsi="Calibri"/>
          <w:sz w:val="20"/>
          <w:szCs w:val="20"/>
          <w:lang w:val="ru-RU"/>
        </w:rPr>
      </w:pPr>
      <w:r>
        <w:rPr>
          <w:rFonts w:ascii="Calibri" w:hAnsi="Calibri"/>
          <w:sz w:val="20"/>
          <w:szCs w:val="20"/>
          <w:lang w:val="ru-RU"/>
        </w:rPr>
        <w:t>Стороны составили настоящий Акт о том, что Исполнитель надлежащим образом выполнил Работы, а Заказчик принял их Результат в порядке и на условиях Договора, а именно:</w:t>
      </w:r>
    </w:p>
    <w:p w14:paraId="47CAB086" w14:textId="77777777" w:rsidR="00BE7C81" w:rsidRDefault="00DD2A55">
      <w:pPr>
        <w:rPr>
          <w:rFonts w:ascii="Calibri" w:hAnsi="Calibri"/>
          <w:sz w:val="20"/>
          <w:szCs w:val="20"/>
          <w:lang w:val="ru-RU"/>
        </w:rPr>
      </w:pPr>
      <w:r>
        <w:rPr>
          <w:rFonts w:ascii="Calibri" w:hAnsi="Calibri"/>
          <w:sz w:val="20"/>
          <w:szCs w:val="20"/>
          <w:lang w:val="ru-RU"/>
        </w:rPr>
        <w:t xml:space="preserve">Исполнитель выполнил следующие Работы: [Работа] и передал следующий Результат Работ (РИД): [Результат Работ]. </w:t>
      </w:r>
    </w:p>
    <w:p w14:paraId="6E4A2A55" w14:textId="5B5C4419" w:rsidR="00BE7C81" w:rsidRDefault="00DD2A55">
      <w:pPr>
        <w:rPr>
          <w:rFonts w:ascii="Calibri" w:hAnsi="Calibri"/>
          <w:sz w:val="20"/>
          <w:szCs w:val="20"/>
          <w:lang w:val="ru-RU"/>
        </w:rPr>
      </w:pPr>
      <w:r>
        <w:rPr>
          <w:rFonts w:ascii="Calibri" w:hAnsi="Calibri"/>
          <w:sz w:val="20"/>
          <w:szCs w:val="20"/>
          <w:lang w:val="ru-RU"/>
        </w:rPr>
        <w:t>Работы выполнены в рамках проекта клиента Заказчика со следующими параметрами:</w:t>
      </w:r>
      <w:r w:rsidR="00024934">
        <w:rPr>
          <w:rFonts w:ascii="Calibri" w:hAnsi="Calibri"/>
          <w:sz w:val="20"/>
          <w:szCs w:val="20"/>
          <w:lang w:val="ru-RU"/>
        </w:rPr>
        <w:br/>
      </w:r>
      <w:r>
        <w:rPr>
          <w:rFonts w:ascii="Calibri" w:hAnsi="Calibri"/>
          <w:sz w:val="20"/>
          <w:szCs w:val="20"/>
          <w:lang w:val="ru-RU"/>
        </w:rPr>
        <w:t>[Наименование проекта]</w:t>
      </w:r>
      <w:r w:rsidR="00024934">
        <w:rPr>
          <w:rFonts w:ascii="Calibri" w:hAnsi="Calibri"/>
          <w:sz w:val="20"/>
          <w:szCs w:val="20"/>
          <w:lang w:val="ru-RU"/>
        </w:rPr>
        <w:br/>
      </w:r>
      <w:r>
        <w:rPr>
          <w:rFonts w:ascii="Calibri" w:hAnsi="Calibri"/>
          <w:sz w:val="20"/>
          <w:szCs w:val="20"/>
          <w:lang w:val="ru-RU"/>
        </w:rPr>
        <w:t>[хронометраж, сек]</w:t>
      </w:r>
      <w:r w:rsidR="00024934">
        <w:rPr>
          <w:rFonts w:ascii="Calibri" w:hAnsi="Calibri"/>
          <w:sz w:val="20"/>
          <w:szCs w:val="20"/>
          <w:lang w:val="ru-RU"/>
        </w:rPr>
        <w:br/>
      </w:r>
      <w:r>
        <w:rPr>
          <w:rFonts w:ascii="Calibri" w:hAnsi="Calibri"/>
          <w:sz w:val="20"/>
          <w:szCs w:val="20"/>
          <w:lang w:val="ru-RU"/>
        </w:rPr>
        <w:t>[Условное наименование]</w:t>
      </w:r>
    </w:p>
    <w:p w14:paraId="2E46FDA9" w14:textId="77777777" w:rsidR="00BE7C81" w:rsidRDefault="00DD2A55">
      <w:pPr>
        <w:rPr>
          <w:rFonts w:ascii="Calibri" w:hAnsi="Calibri"/>
          <w:sz w:val="20"/>
          <w:szCs w:val="20"/>
          <w:lang w:val="ru-RU"/>
        </w:rPr>
      </w:pPr>
      <w:r>
        <w:rPr>
          <w:rFonts w:ascii="Calibri" w:hAnsi="Calibri"/>
          <w:sz w:val="20"/>
          <w:szCs w:val="20"/>
          <w:lang w:val="ru-RU"/>
        </w:rPr>
        <w:t>Срок выполнения Работ по Договору: с [дата начала] по [дата окончания].</w:t>
      </w:r>
    </w:p>
    <w:p w14:paraId="747DFCC1" w14:textId="77777777" w:rsidR="00BE7C81" w:rsidRDefault="00DD2A55">
      <w:pPr>
        <w:rPr>
          <w:rFonts w:ascii="Calibri" w:hAnsi="Calibri"/>
          <w:sz w:val="20"/>
          <w:szCs w:val="20"/>
          <w:lang w:val="ru-RU"/>
        </w:rPr>
      </w:pPr>
      <w:r>
        <w:rPr>
          <w:rFonts w:ascii="Calibri" w:hAnsi="Calibri"/>
          <w:sz w:val="20"/>
          <w:szCs w:val="20"/>
          <w:lang w:val="ru-RU"/>
        </w:rPr>
        <w:t>Стоимость Работ по Договору: [сумма цифрами] руб. 00 коп., НДС не облагается (на основании ст. 346.11 НК РФ), включая вознаграждение за предоставление прав на РИД в размере 5%.</w:t>
      </w:r>
    </w:p>
    <w:p w14:paraId="20567971" w14:textId="77777777" w:rsidR="00BE7C81" w:rsidRDefault="00DD2A55">
      <w:pPr>
        <w:rPr>
          <w:rFonts w:ascii="Calibri" w:hAnsi="Calibri"/>
          <w:sz w:val="20"/>
          <w:szCs w:val="20"/>
          <w:lang w:val="ru-RU"/>
        </w:rPr>
      </w:pPr>
      <w:r>
        <w:rPr>
          <w:rFonts w:ascii="Calibri" w:hAnsi="Calibri"/>
          <w:sz w:val="20"/>
          <w:szCs w:val="20"/>
          <w:lang w:val="ru-RU"/>
        </w:rPr>
        <w:t>Режим передачи прав на РИД определяется «Коммерческими условиями Договора» и применяется к переданному по Акту Результату. Право использования РИД предоставлено Заказчику на условиях Договора.</w:t>
      </w:r>
    </w:p>
    <w:p w14:paraId="307DAB4F" w14:textId="77777777" w:rsidR="00BE7C81" w:rsidRDefault="00DD2A55">
      <w:pPr>
        <w:rPr>
          <w:rFonts w:ascii="Calibri" w:hAnsi="Calibri"/>
          <w:sz w:val="20"/>
          <w:szCs w:val="20"/>
          <w:lang w:val="ru-RU"/>
        </w:rPr>
      </w:pPr>
      <w:r>
        <w:rPr>
          <w:rFonts w:ascii="Calibri" w:hAnsi="Calibri"/>
          <w:sz w:val="20"/>
          <w:szCs w:val="20"/>
          <w:lang w:val="ru-RU"/>
        </w:rPr>
        <w:t>Заказчик производит оплату Работ в размере и в порядке, установленном в Договоре. Исполнитель по оплате никаких претензий к Заказчику не имеет.</w:t>
      </w:r>
    </w:p>
    <w:p w14:paraId="6021C592" w14:textId="77777777" w:rsidR="00BE7C81" w:rsidRDefault="00DD2A55">
      <w:pPr>
        <w:rPr>
          <w:rFonts w:ascii="Calibri" w:hAnsi="Calibri"/>
          <w:sz w:val="20"/>
          <w:szCs w:val="20"/>
          <w:lang w:val="ru-RU"/>
        </w:rPr>
      </w:pPr>
      <w:r>
        <w:rPr>
          <w:rFonts w:ascii="Calibri" w:hAnsi="Calibri"/>
          <w:sz w:val="20"/>
          <w:szCs w:val="20"/>
          <w:lang w:val="ru-RU"/>
        </w:rPr>
        <w:lastRenderedPageBreak/>
        <w:t>Исполнитель самостоятельно разрешает все вопросы, связанные с декларированием сумм вознаграждения, получаемых в рамках Договора, а также с уплатой налогов в размерах и сроки, установленные законодательством Российской Федерации.</w:t>
      </w:r>
    </w:p>
    <w:p w14:paraId="0AA56402" w14:textId="77777777" w:rsidR="00BE7C81" w:rsidRDefault="00DD2A55">
      <w:pPr>
        <w:rPr>
          <w:rFonts w:ascii="Calibri" w:hAnsi="Calibri"/>
          <w:sz w:val="20"/>
          <w:szCs w:val="20"/>
          <w:lang w:val="ru-RU"/>
        </w:rPr>
      </w:pPr>
      <w:r>
        <w:rPr>
          <w:rFonts w:ascii="Calibri" w:hAnsi="Calibri"/>
          <w:sz w:val="20"/>
          <w:szCs w:val="20"/>
          <w:lang w:val="ru-RU"/>
        </w:rPr>
        <w:t>Акт вступает в силу с даты с подписания и является неотъемлемой частью Договора. В Акте применяется терминология, предусмотренная Договором.</w:t>
      </w:r>
    </w:p>
    <w:p w14:paraId="05FA5EC5" w14:textId="77777777" w:rsidR="00BE7C81" w:rsidRDefault="00DD2A55">
      <w:pPr>
        <w:rPr>
          <w:rFonts w:ascii="Calibri" w:hAnsi="Calibri"/>
          <w:sz w:val="20"/>
          <w:szCs w:val="20"/>
          <w:lang w:val="ru-RU"/>
        </w:rPr>
      </w:pPr>
      <w:r>
        <w:rPr>
          <w:rFonts w:ascii="Calibri" w:hAnsi="Calibri"/>
          <w:sz w:val="20"/>
          <w:szCs w:val="20"/>
          <w:lang w:val="ru-RU"/>
        </w:rPr>
        <w:t>Акт может быть подписан посредством электронного документооборота/простой электронной подписи в порядке, предусмотренном Договором.</w:t>
      </w:r>
    </w:p>
    <w:p w14:paraId="71126E53" w14:textId="77777777" w:rsidR="00BE7C81" w:rsidRPr="00024934" w:rsidRDefault="00BE7C81">
      <w:pPr>
        <w:rPr>
          <w:rFonts w:ascii="Calibri" w:eastAsia="Calibri" w:hAnsi="Calibri" w:cs="Calibri"/>
          <w:sz w:val="20"/>
          <w:szCs w:val="20"/>
          <w:lang w:val="ru-RU"/>
        </w:rPr>
      </w:pPr>
    </w:p>
    <w:p w14:paraId="6B1F6048" w14:textId="77777777" w:rsidR="00BE7C81" w:rsidRDefault="00DD2A55">
      <w:pPr>
        <w:spacing w:line="259" w:lineRule="auto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ПОДПИСИ СТОРОН</w:t>
      </w:r>
    </w:p>
    <w:p w14:paraId="2DBDAD5B" w14:textId="77777777" w:rsidR="00BE7C81" w:rsidRDefault="00BE7C81">
      <w:pPr>
        <w:jc w:val="center"/>
        <w:rPr>
          <w:rFonts w:ascii="Calibri" w:eastAsia="Calibri" w:hAnsi="Calibri" w:cs="Calibri"/>
          <w:i/>
          <w:iCs/>
          <w:sz w:val="20"/>
          <w:szCs w:val="20"/>
        </w:rPr>
      </w:pPr>
    </w:p>
    <w:tbl>
      <w:tblPr>
        <w:tblW w:w="864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320"/>
        <w:gridCol w:w="4320"/>
      </w:tblGrid>
      <w:tr w:rsidR="00BE7C81" w14:paraId="1333B465" w14:textId="77777777">
        <w:trPr>
          <w:trHeight w:val="1476"/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B057FE" w14:textId="77777777" w:rsidR="00BE7C81" w:rsidRDefault="00DD2A55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ru-RU"/>
              </w:rPr>
              <w:t>ЗАКАЗЧИК</w:t>
            </w:r>
          </w:p>
          <w:p w14:paraId="682CA69A" w14:textId="77777777" w:rsidR="00BE7C81" w:rsidRDefault="00DD2A55">
            <w:r w:rsidRPr="00024934">
              <w:rPr>
                <w:rFonts w:ascii="Calibri" w:hAnsi="Calibri"/>
                <w:b/>
                <w:bCs/>
                <w:sz w:val="20"/>
                <w:szCs w:val="20"/>
                <w:lang w:val="ru-RU"/>
              </w:rPr>
              <w:t>[Наименование заказчика]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br/>
            </w:r>
            <w:r>
              <w:rPr>
                <w:rFonts w:ascii="Calibri" w:hAnsi="Calibri"/>
                <w:sz w:val="20"/>
                <w:szCs w:val="20"/>
                <w:lang w:val="ru-RU"/>
              </w:rPr>
              <w:br/>
              <w:t>___________________/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06167" w14:textId="77777777" w:rsidR="00BE7C81" w:rsidRDefault="00DD2A55">
            <w:pPr>
              <w:rPr>
                <w:rFonts w:ascii="Calibri" w:eastAsia="Calibri" w:hAnsi="Calibri" w:cs="Calibri"/>
                <w:sz w:val="20"/>
                <w:szCs w:val="20"/>
                <w:lang w:val="ru-RU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ru-RU"/>
              </w:rPr>
              <w:t>ИСПОЛНИТЕЛЬ</w:t>
            </w:r>
          </w:p>
          <w:p w14:paraId="6DA55EC4" w14:textId="77777777" w:rsidR="00BE7C81" w:rsidRDefault="00DD2A55">
            <w:pPr>
              <w:rPr>
                <w:rFonts w:ascii="Calibri" w:eastAsia="Calibri" w:hAnsi="Calibri" w:cs="Calibri"/>
                <w:sz w:val="20"/>
                <w:szCs w:val="20"/>
                <w:lang w:val="ru-RU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ru-RU"/>
              </w:rPr>
              <w:t>Индивидуальный предприниматель [ФИО физического лица] </w:t>
            </w:r>
          </w:p>
          <w:p w14:paraId="7C3187CD" w14:textId="77777777" w:rsidR="00BE7C81" w:rsidRDefault="00DD2A55">
            <w:r>
              <w:rPr>
                <w:rFonts w:ascii="Calibri" w:eastAsia="Calibri" w:hAnsi="Calibri" w:cs="Calibri"/>
                <w:sz w:val="20"/>
                <w:szCs w:val="20"/>
                <w:lang w:val="ru-RU"/>
              </w:rPr>
              <w:br/>
            </w:r>
            <w:r>
              <w:rPr>
                <w:rFonts w:ascii="Calibri" w:hAnsi="Calibri"/>
                <w:sz w:val="20"/>
                <w:szCs w:val="20"/>
                <w:lang w:val="ru-RU"/>
              </w:rPr>
              <w:t>____________________/</w:t>
            </w:r>
          </w:p>
        </w:tc>
      </w:tr>
    </w:tbl>
    <w:p w14:paraId="419C2FFA" w14:textId="77777777" w:rsidR="00BE7C81" w:rsidRDefault="00BE7C81">
      <w:pPr>
        <w:widowControl w:val="0"/>
        <w:spacing w:line="240" w:lineRule="auto"/>
        <w:ind w:left="108" w:hanging="108"/>
        <w:jc w:val="center"/>
        <w:rPr>
          <w:rFonts w:ascii="Calibri" w:eastAsia="Calibri" w:hAnsi="Calibri" w:cs="Calibri"/>
          <w:i/>
          <w:iCs/>
          <w:sz w:val="20"/>
          <w:szCs w:val="20"/>
        </w:rPr>
      </w:pPr>
    </w:p>
    <w:p w14:paraId="1FE966E2" w14:textId="77777777" w:rsidR="00BE7C81" w:rsidRDefault="00BE7C81">
      <w:pPr>
        <w:widowControl w:val="0"/>
        <w:spacing w:line="240" w:lineRule="auto"/>
        <w:jc w:val="center"/>
      </w:pPr>
    </w:p>
    <w:sectPr w:rsidR="00BE7C81" w:rsidSect="00034616">
      <w:headerReference w:type="default" r:id="rId8"/>
      <w:footerReference w:type="default" r:id="rId9"/>
      <w:pgSz w:w="12240" w:h="15840"/>
      <w:pgMar w:top="1440" w:right="1800" w:bottom="1440" w:left="1800" w:header="173" w:footer="2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F7AAE" w14:textId="77777777" w:rsidR="00F12C56" w:rsidRDefault="00F12C56">
      <w:pPr>
        <w:spacing w:after="0" w:line="240" w:lineRule="auto"/>
      </w:pPr>
      <w:r>
        <w:separator/>
      </w:r>
    </w:p>
  </w:endnote>
  <w:endnote w:type="continuationSeparator" w:id="0">
    <w:p w14:paraId="0C0008E1" w14:textId="77777777" w:rsidR="00F12C56" w:rsidRDefault="00F12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3FD11" w14:textId="77777777" w:rsidR="00BE7C81" w:rsidRDefault="00F12C56">
    <w:pPr>
      <w:jc w:val="center"/>
    </w:pPr>
    <w:hyperlink r:id="rId1">
      <w:r w:rsidR="00DD2A55">
        <w:rPr>
          <w:rFonts w:ascii="Calibri" w:hAnsi="Calibri" w:cs="Calibri"/>
          <w:color w:val="6B655C"/>
          <w:sz w:val="14"/>
          <w:u w:val="single"/>
        </w:rPr>
        <w:t>snoop-doc.ru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30CFD" w14:textId="77777777" w:rsidR="00F12C56" w:rsidRDefault="00F12C56">
      <w:pPr>
        <w:spacing w:after="0" w:line="240" w:lineRule="auto"/>
      </w:pPr>
      <w:r>
        <w:separator/>
      </w:r>
    </w:p>
  </w:footnote>
  <w:footnote w:type="continuationSeparator" w:id="0">
    <w:p w14:paraId="30064308" w14:textId="77777777" w:rsidR="00F12C56" w:rsidRDefault="00F12C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8352"/>
      <w:gridCol w:w="1872"/>
    </w:tblGrid>
    <w:tr w:rsidR="00BE7C81" w14:paraId="6FA77233" w14:textId="77777777">
      <w:trPr>
        <w:jc w:val="center"/>
      </w:trPr>
      <w:tc>
        <w:tcPr>
          <w:tcW w:w="8352" w:type="dxa"/>
          <w:shd w:val="clear" w:color="auto" w:fill="F5F3F0"/>
          <w:tcMar>
            <w:top w:w="100" w:type="dxa"/>
            <w:left w:w="140" w:type="dxa"/>
            <w:bottom w:w="100" w:type="dxa"/>
            <w:right w:w="100" w:type="dxa"/>
          </w:tcMar>
        </w:tcPr>
        <w:p w14:paraId="042EAECB" w14:textId="32CDC6F8" w:rsidR="00BE7C81" w:rsidRDefault="00DD2A55">
          <w:r w:rsidRPr="00024934">
            <w:rPr>
              <w:rFonts w:ascii="Calibri" w:hAnsi="Calibri" w:cs="Calibri"/>
              <w:color w:val="6B655C"/>
              <w:sz w:val="16"/>
              <w:lang w:val="ru-RU"/>
            </w:rPr>
            <w:t xml:space="preserve">Не хочешь заполнять шаблон? Регистрируйся в </w:t>
          </w:r>
          <w:proofErr w:type="spellStart"/>
          <w:r w:rsidRPr="00024934">
            <w:rPr>
              <w:rFonts w:ascii="Calibri" w:hAnsi="Calibri" w:cs="Calibri"/>
              <w:color w:val="6B655C"/>
              <w:sz w:val="16"/>
              <w:lang w:val="ru-RU"/>
            </w:rPr>
            <w:t>СнупДок</w:t>
          </w:r>
          <w:proofErr w:type="spellEnd"/>
          <w:r w:rsidRPr="00024934">
            <w:rPr>
              <w:rFonts w:ascii="Calibri" w:hAnsi="Calibri" w:cs="Calibri"/>
              <w:color w:val="6B655C"/>
              <w:sz w:val="16"/>
              <w:lang w:val="ru-RU"/>
            </w:rPr>
            <w:t xml:space="preserve"> на </w:t>
          </w:r>
          <w:hyperlink r:id="rId1">
            <w:r>
              <w:rPr>
                <w:rFonts w:ascii="Calibri" w:hAnsi="Calibri" w:cs="Calibri"/>
                <w:color w:val="227BFF"/>
                <w:sz w:val="16"/>
                <w:u w:val="single"/>
              </w:rPr>
              <w:t>snoop</w:t>
            </w:r>
            <w:r w:rsidRPr="00024934">
              <w:rPr>
                <w:rFonts w:ascii="Calibri" w:hAnsi="Calibri" w:cs="Calibri"/>
                <w:color w:val="227BFF"/>
                <w:sz w:val="16"/>
                <w:u w:val="single"/>
                <w:lang w:val="ru-RU"/>
              </w:rPr>
              <w:t>-</w:t>
            </w:r>
            <w:r>
              <w:rPr>
                <w:rFonts w:ascii="Calibri" w:hAnsi="Calibri" w:cs="Calibri"/>
                <w:color w:val="227BFF"/>
                <w:sz w:val="16"/>
                <w:u w:val="single"/>
              </w:rPr>
              <w:t>doc</w:t>
            </w:r>
            <w:r w:rsidRPr="00024934">
              <w:rPr>
                <w:rFonts w:ascii="Calibri" w:hAnsi="Calibri" w:cs="Calibri"/>
                <w:color w:val="227BFF"/>
                <w:sz w:val="16"/>
                <w:u w:val="single"/>
                <w:lang w:val="ru-RU"/>
              </w:rPr>
              <w:t>.</w:t>
            </w:r>
            <w:proofErr w:type="spellStart"/>
            <w:r>
              <w:rPr>
                <w:rFonts w:ascii="Calibri" w:hAnsi="Calibri" w:cs="Calibri"/>
                <w:color w:val="227BFF"/>
                <w:sz w:val="16"/>
                <w:u w:val="single"/>
              </w:rPr>
              <w:t>ru</w:t>
            </w:r>
            <w:proofErr w:type="spellEnd"/>
          </w:hyperlink>
          <w:r w:rsidRPr="00024934">
            <w:rPr>
              <w:rFonts w:ascii="Calibri" w:hAnsi="Calibri" w:cs="Calibri"/>
              <w:color w:val="6B655C"/>
              <w:sz w:val="16"/>
              <w:lang w:val="ru-RU"/>
            </w:rPr>
            <w:t xml:space="preserve"> — договор и акт собираются сами, подрядчик подписывает с телефона по ссылке. </w:t>
          </w:r>
          <w:r>
            <w:rPr>
              <w:rFonts w:ascii="Calibri" w:hAnsi="Calibri" w:cs="Calibri"/>
              <w:color w:val="6B655C"/>
              <w:sz w:val="16"/>
            </w:rPr>
            <w:t>Никакого ручного заполнения и вбивания реквизитов.</w:t>
          </w:r>
        </w:p>
      </w:tc>
      <w:tc>
        <w:tcPr>
          <w:tcW w:w="1872" w:type="dxa"/>
          <w:shd w:val="clear" w:color="auto" w:fill="F5F3F0"/>
          <w:tcMar>
            <w:top w:w="100" w:type="dxa"/>
            <w:left w:w="80" w:type="dxa"/>
            <w:bottom w:w="100" w:type="dxa"/>
            <w:right w:w="120" w:type="dxa"/>
          </w:tcMar>
          <w:vAlign w:val="center"/>
        </w:tcPr>
        <w:p w14:paraId="0DF44929" w14:textId="77777777" w:rsidR="00BE7C81" w:rsidRDefault="00DD2A55">
          <w:pPr>
            <w:jc w:val="right"/>
          </w:pPr>
          <w:r>
            <w:rPr>
              <w:noProof/>
            </w:rPr>
            <w:drawing>
              <wp:inline distT="0" distB="0" distL="0" distR="0" wp14:anchorId="587DD1F1" wp14:editId="6DEC0176">
                <wp:extent cx="822960" cy="15019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noopdoc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2960" cy="1501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9005718"/>
    <w:multiLevelType w:val="hybridMultilevel"/>
    <w:tmpl w:val="0DB089DC"/>
    <w:lvl w:ilvl="0" w:tplc="530ED100">
      <w:numFmt w:val="decimal"/>
      <w:lvlText w:val=""/>
      <w:lvlJc w:val="left"/>
    </w:lvl>
    <w:lvl w:ilvl="1" w:tplc="709EFEDC">
      <w:numFmt w:val="decimal"/>
      <w:lvlText w:val=""/>
      <w:lvlJc w:val="left"/>
    </w:lvl>
    <w:lvl w:ilvl="2" w:tplc="C084323C">
      <w:numFmt w:val="decimal"/>
      <w:lvlText w:val=""/>
      <w:lvlJc w:val="left"/>
    </w:lvl>
    <w:lvl w:ilvl="3" w:tplc="9014E202">
      <w:numFmt w:val="decimal"/>
      <w:lvlText w:val=""/>
      <w:lvlJc w:val="left"/>
    </w:lvl>
    <w:lvl w:ilvl="4" w:tplc="F020AF44">
      <w:numFmt w:val="decimal"/>
      <w:lvlText w:val=""/>
      <w:lvlJc w:val="left"/>
    </w:lvl>
    <w:lvl w:ilvl="5" w:tplc="74AC86A6">
      <w:numFmt w:val="decimal"/>
      <w:lvlText w:val=""/>
      <w:lvlJc w:val="left"/>
    </w:lvl>
    <w:lvl w:ilvl="6" w:tplc="F18C498C">
      <w:numFmt w:val="decimal"/>
      <w:lvlText w:val=""/>
      <w:lvlJc w:val="left"/>
    </w:lvl>
    <w:lvl w:ilvl="7" w:tplc="D652830C">
      <w:numFmt w:val="decimal"/>
      <w:lvlText w:val=""/>
      <w:lvlJc w:val="left"/>
    </w:lvl>
    <w:lvl w:ilvl="8" w:tplc="0B58982A">
      <w:numFmt w:val="decimal"/>
      <w:lvlText w:val=""/>
      <w:lvlJc w:val="left"/>
    </w:lvl>
  </w:abstractNum>
  <w:abstractNum w:abstractNumId="10" w15:restartNumberingAfterBreak="0">
    <w:nsid w:val="567347BB"/>
    <w:multiLevelType w:val="hybridMultilevel"/>
    <w:tmpl w:val="1AA6CED0"/>
    <w:lvl w:ilvl="0" w:tplc="AD5655C2">
      <w:numFmt w:val="decimal"/>
      <w:lvlText w:val=""/>
      <w:lvlJc w:val="left"/>
    </w:lvl>
    <w:lvl w:ilvl="1" w:tplc="7AE4124E">
      <w:numFmt w:val="decimal"/>
      <w:lvlText w:val=""/>
      <w:lvlJc w:val="left"/>
    </w:lvl>
    <w:lvl w:ilvl="2" w:tplc="A4D62746">
      <w:numFmt w:val="decimal"/>
      <w:lvlText w:val=""/>
      <w:lvlJc w:val="left"/>
    </w:lvl>
    <w:lvl w:ilvl="3" w:tplc="1B2A9E26">
      <w:numFmt w:val="decimal"/>
      <w:lvlText w:val=""/>
      <w:lvlJc w:val="left"/>
    </w:lvl>
    <w:lvl w:ilvl="4" w:tplc="B0BA8496">
      <w:numFmt w:val="decimal"/>
      <w:lvlText w:val=""/>
      <w:lvlJc w:val="left"/>
    </w:lvl>
    <w:lvl w:ilvl="5" w:tplc="05E0B5AA">
      <w:numFmt w:val="decimal"/>
      <w:lvlText w:val=""/>
      <w:lvlJc w:val="left"/>
    </w:lvl>
    <w:lvl w:ilvl="6" w:tplc="CFCA2DBE">
      <w:numFmt w:val="decimal"/>
      <w:lvlText w:val=""/>
      <w:lvlJc w:val="left"/>
    </w:lvl>
    <w:lvl w:ilvl="7" w:tplc="267E37BA">
      <w:numFmt w:val="decimal"/>
      <w:lvlText w:val=""/>
      <w:lvlJc w:val="left"/>
    </w:lvl>
    <w:lvl w:ilvl="8" w:tplc="502C08C6">
      <w:numFmt w:val="decimal"/>
      <w:lvlText w:val=""/>
      <w:lvlJc w:val="left"/>
    </w:lvl>
  </w:abstractNum>
  <w:abstractNum w:abstractNumId="11" w15:restartNumberingAfterBreak="0">
    <w:nsid w:val="63C3066F"/>
    <w:multiLevelType w:val="hybridMultilevel"/>
    <w:tmpl w:val="DFDEFF18"/>
    <w:lvl w:ilvl="0" w:tplc="CF267F64">
      <w:numFmt w:val="decimal"/>
      <w:lvlText w:val=""/>
      <w:lvlJc w:val="left"/>
    </w:lvl>
    <w:lvl w:ilvl="1" w:tplc="AAC838F2">
      <w:numFmt w:val="decimal"/>
      <w:lvlText w:val=""/>
      <w:lvlJc w:val="left"/>
    </w:lvl>
    <w:lvl w:ilvl="2" w:tplc="279007F4">
      <w:numFmt w:val="decimal"/>
      <w:lvlText w:val=""/>
      <w:lvlJc w:val="left"/>
    </w:lvl>
    <w:lvl w:ilvl="3" w:tplc="987AEEC8">
      <w:numFmt w:val="decimal"/>
      <w:lvlText w:val=""/>
      <w:lvlJc w:val="left"/>
    </w:lvl>
    <w:lvl w:ilvl="4" w:tplc="0922A884">
      <w:numFmt w:val="decimal"/>
      <w:lvlText w:val=""/>
      <w:lvlJc w:val="left"/>
    </w:lvl>
    <w:lvl w:ilvl="5" w:tplc="7376EE92">
      <w:numFmt w:val="decimal"/>
      <w:lvlText w:val=""/>
      <w:lvlJc w:val="left"/>
    </w:lvl>
    <w:lvl w:ilvl="6" w:tplc="1EFC2A36">
      <w:numFmt w:val="decimal"/>
      <w:lvlText w:val=""/>
      <w:lvlJc w:val="left"/>
    </w:lvl>
    <w:lvl w:ilvl="7" w:tplc="B0B243AA">
      <w:numFmt w:val="decimal"/>
      <w:lvlText w:val=""/>
      <w:lvlJc w:val="left"/>
    </w:lvl>
    <w:lvl w:ilvl="8" w:tplc="42123C96">
      <w:numFmt w:val="decimal"/>
      <w:lvlText w:val=""/>
      <w:lvlJc w:val="left"/>
    </w:lvl>
  </w:abstractNum>
  <w:abstractNum w:abstractNumId="12" w15:restartNumberingAfterBreak="0">
    <w:nsid w:val="6A40644B"/>
    <w:multiLevelType w:val="hybridMultilevel"/>
    <w:tmpl w:val="B310DC62"/>
    <w:lvl w:ilvl="0" w:tplc="51C2F3C2">
      <w:numFmt w:val="decimal"/>
      <w:lvlText w:val=""/>
      <w:lvlJc w:val="left"/>
    </w:lvl>
    <w:lvl w:ilvl="1" w:tplc="068464DE">
      <w:numFmt w:val="decimal"/>
      <w:lvlText w:val=""/>
      <w:lvlJc w:val="left"/>
    </w:lvl>
    <w:lvl w:ilvl="2" w:tplc="EE06DCCC">
      <w:numFmt w:val="decimal"/>
      <w:lvlText w:val=""/>
      <w:lvlJc w:val="left"/>
    </w:lvl>
    <w:lvl w:ilvl="3" w:tplc="0054DE6C">
      <w:numFmt w:val="decimal"/>
      <w:lvlText w:val=""/>
      <w:lvlJc w:val="left"/>
    </w:lvl>
    <w:lvl w:ilvl="4" w:tplc="9880078A">
      <w:numFmt w:val="decimal"/>
      <w:lvlText w:val=""/>
      <w:lvlJc w:val="left"/>
    </w:lvl>
    <w:lvl w:ilvl="5" w:tplc="8C504B5E">
      <w:numFmt w:val="decimal"/>
      <w:lvlText w:val=""/>
      <w:lvlJc w:val="left"/>
    </w:lvl>
    <w:lvl w:ilvl="6" w:tplc="D6588FBE">
      <w:numFmt w:val="decimal"/>
      <w:lvlText w:val=""/>
      <w:lvlJc w:val="left"/>
    </w:lvl>
    <w:lvl w:ilvl="7" w:tplc="18EEE70A">
      <w:numFmt w:val="decimal"/>
      <w:lvlText w:val=""/>
      <w:lvlJc w:val="left"/>
    </w:lvl>
    <w:lvl w:ilvl="8" w:tplc="31782D6A">
      <w:numFmt w:val="decimal"/>
      <w:lvlText w:val=""/>
      <w:lvlJc w:val="left"/>
    </w:lvl>
  </w:abstractNum>
  <w:abstractNum w:abstractNumId="13" w15:restartNumberingAfterBreak="0">
    <w:nsid w:val="74D55639"/>
    <w:multiLevelType w:val="hybridMultilevel"/>
    <w:tmpl w:val="3F74D3F0"/>
    <w:lvl w:ilvl="0" w:tplc="51E89C18">
      <w:numFmt w:val="decimal"/>
      <w:lvlText w:val=""/>
      <w:lvlJc w:val="left"/>
    </w:lvl>
    <w:lvl w:ilvl="1" w:tplc="E61698FC">
      <w:numFmt w:val="decimal"/>
      <w:lvlText w:val=""/>
      <w:lvlJc w:val="left"/>
    </w:lvl>
    <w:lvl w:ilvl="2" w:tplc="61080866">
      <w:numFmt w:val="decimal"/>
      <w:lvlText w:val=""/>
      <w:lvlJc w:val="left"/>
    </w:lvl>
    <w:lvl w:ilvl="3" w:tplc="9FC26DBC">
      <w:numFmt w:val="decimal"/>
      <w:lvlText w:val=""/>
      <w:lvlJc w:val="left"/>
    </w:lvl>
    <w:lvl w:ilvl="4" w:tplc="3A344660">
      <w:numFmt w:val="decimal"/>
      <w:lvlText w:val=""/>
      <w:lvlJc w:val="left"/>
    </w:lvl>
    <w:lvl w:ilvl="5" w:tplc="618A8736">
      <w:numFmt w:val="decimal"/>
      <w:lvlText w:val=""/>
      <w:lvlJc w:val="left"/>
    </w:lvl>
    <w:lvl w:ilvl="6" w:tplc="BED462D8">
      <w:numFmt w:val="decimal"/>
      <w:lvlText w:val=""/>
      <w:lvlJc w:val="left"/>
    </w:lvl>
    <w:lvl w:ilvl="7" w:tplc="873806BC">
      <w:numFmt w:val="decimal"/>
      <w:lvlText w:val=""/>
      <w:lvlJc w:val="left"/>
    </w:lvl>
    <w:lvl w:ilvl="8" w:tplc="CE2E52E0">
      <w:numFmt w:val="decimal"/>
      <w:lvlText w:val=""/>
      <w:lvlJc w:val="left"/>
    </w:lvl>
  </w:abstractNum>
  <w:abstractNum w:abstractNumId="14" w15:restartNumberingAfterBreak="0">
    <w:nsid w:val="78244E49"/>
    <w:multiLevelType w:val="hybridMultilevel"/>
    <w:tmpl w:val="0DCC8998"/>
    <w:lvl w:ilvl="0" w:tplc="270C5234">
      <w:numFmt w:val="decimal"/>
      <w:lvlText w:val=""/>
      <w:lvlJc w:val="left"/>
    </w:lvl>
    <w:lvl w:ilvl="1" w:tplc="06BA8020">
      <w:numFmt w:val="decimal"/>
      <w:lvlText w:val=""/>
      <w:lvlJc w:val="left"/>
    </w:lvl>
    <w:lvl w:ilvl="2" w:tplc="E4E4953A">
      <w:numFmt w:val="decimal"/>
      <w:lvlText w:val=""/>
      <w:lvlJc w:val="left"/>
    </w:lvl>
    <w:lvl w:ilvl="3" w:tplc="5F7A208A">
      <w:numFmt w:val="decimal"/>
      <w:lvlText w:val=""/>
      <w:lvlJc w:val="left"/>
    </w:lvl>
    <w:lvl w:ilvl="4" w:tplc="A4143366">
      <w:numFmt w:val="decimal"/>
      <w:lvlText w:val=""/>
      <w:lvlJc w:val="left"/>
    </w:lvl>
    <w:lvl w:ilvl="5" w:tplc="1EC26644">
      <w:numFmt w:val="decimal"/>
      <w:lvlText w:val=""/>
      <w:lvlJc w:val="left"/>
    </w:lvl>
    <w:lvl w:ilvl="6" w:tplc="D0EC8556">
      <w:numFmt w:val="decimal"/>
      <w:lvlText w:val=""/>
      <w:lvlJc w:val="left"/>
    </w:lvl>
    <w:lvl w:ilvl="7" w:tplc="B3E4ADE0">
      <w:numFmt w:val="decimal"/>
      <w:lvlText w:val=""/>
      <w:lvlJc w:val="left"/>
    </w:lvl>
    <w:lvl w:ilvl="8" w:tplc="EEAE16F6">
      <w:numFmt w:val="decimal"/>
      <w:lvlText w:val=""/>
      <w:lvlJc w:val="left"/>
    </w:lvl>
  </w:abstractNum>
  <w:abstractNum w:abstractNumId="15" w15:restartNumberingAfterBreak="0">
    <w:nsid w:val="78AD506A"/>
    <w:multiLevelType w:val="hybridMultilevel"/>
    <w:tmpl w:val="677EDBBE"/>
    <w:lvl w:ilvl="0" w:tplc="A0960FFA">
      <w:numFmt w:val="decimal"/>
      <w:lvlText w:val=""/>
      <w:lvlJc w:val="left"/>
    </w:lvl>
    <w:lvl w:ilvl="1" w:tplc="30AC91DE">
      <w:numFmt w:val="decimal"/>
      <w:lvlText w:val=""/>
      <w:lvlJc w:val="left"/>
    </w:lvl>
    <w:lvl w:ilvl="2" w:tplc="7D4C61BE">
      <w:numFmt w:val="decimal"/>
      <w:lvlText w:val=""/>
      <w:lvlJc w:val="left"/>
    </w:lvl>
    <w:lvl w:ilvl="3" w:tplc="0EC03E1C">
      <w:numFmt w:val="decimal"/>
      <w:lvlText w:val=""/>
      <w:lvlJc w:val="left"/>
    </w:lvl>
    <w:lvl w:ilvl="4" w:tplc="0B8098AC">
      <w:numFmt w:val="decimal"/>
      <w:lvlText w:val=""/>
      <w:lvlJc w:val="left"/>
    </w:lvl>
    <w:lvl w:ilvl="5" w:tplc="AEFA501E">
      <w:numFmt w:val="decimal"/>
      <w:lvlText w:val=""/>
      <w:lvlJc w:val="left"/>
    </w:lvl>
    <w:lvl w:ilvl="6" w:tplc="F22AD3B6">
      <w:numFmt w:val="decimal"/>
      <w:lvlText w:val=""/>
      <w:lvlJc w:val="left"/>
    </w:lvl>
    <w:lvl w:ilvl="7" w:tplc="6924F3A2">
      <w:numFmt w:val="decimal"/>
      <w:lvlText w:val=""/>
      <w:lvlJc w:val="left"/>
    </w:lvl>
    <w:lvl w:ilvl="8" w:tplc="144CF2D4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11"/>
  </w:num>
  <w:num w:numId="10">
    <w:abstractNumId w:val="12"/>
  </w:num>
  <w:num w:numId="11">
    <w:abstractNumId w:val="11"/>
    <w:lvlOverride w:ilvl="0">
      <w:startOverride w:val="2"/>
    </w:lvlOverride>
  </w:num>
  <w:num w:numId="12">
    <w:abstractNumId w:val="10"/>
  </w:num>
  <w:num w:numId="13">
    <w:abstractNumId w:val="11"/>
  </w:num>
  <w:num w:numId="14">
    <w:abstractNumId w:val="11"/>
    <w:lvlOverride w:ilvl="0">
      <w:startOverride w:val="8"/>
    </w:lvlOverride>
  </w:num>
  <w:num w:numId="15">
    <w:abstractNumId w:val="15"/>
  </w:num>
  <w:num w:numId="16">
    <w:abstractNumId w:val="11"/>
  </w:num>
  <w:num w:numId="17">
    <w:abstractNumId w:val="9"/>
  </w:num>
  <w:num w:numId="18">
    <w:abstractNumId w:val="11"/>
  </w:num>
  <w:num w:numId="19">
    <w:abstractNumId w:val="13"/>
  </w:num>
  <w:num w:numId="20">
    <w:abstractNumId w:val="11"/>
    <w:lvlOverride w:ilvl="0">
      <w:startOverride w:val="11"/>
    </w:lvlOverride>
  </w:num>
  <w:num w:numId="21">
    <w:abstractNumId w:val="14"/>
  </w:num>
  <w:num w:numId="22">
    <w:abstractNumId w:val="14"/>
    <w:lvlOverride w:ilvl="0">
      <w:startOverride w:val="1"/>
    </w:lvlOverride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4934"/>
    <w:rsid w:val="00034616"/>
    <w:rsid w:val="0006063C"/>
    <w:rsid w:val="0015074B"/>
    <w:rsid w:val="0029639D"/>
    <w:rsid w:val="00326F90"/>
    <w:rsid w:val="008413FC"/>
    <w:rsid w:val="00AA1D8D"/>
    <w:rsid w:val="00B47730"/>
    <w:rsid w:val="00BE7C81"/>
    <w:rsid w:val="00CB0664"/>
    <w:rsid w:val="00DD2A55"/>
    <w:rsid w:val="00F12C5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FD311E"/>
  <w14:defaultImageDpi w14:val="300"/>
  <w15:docId w15:val="{A79AF7DE-5102-47FC-AEF9-4625C2A7D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ff8">
    <w:name w:val="Основной текст A"/>
    <w:pPr>
      <w:spacing w:after="160" w:line="259" w:lineRule="auto"/>
    </w:pPr>
    <w:rPr>
      <w:rFonts w:ascii="Calibri" w:eastAsia="Arial Unicode MS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ff9">
    <w:name w:val="Нет A"/>
  </w:style>
  <w:style w:type="paragraph" w:customStyle="1" w:styleId="B">
    <w:name w:val="Основной текст B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">
    <w:name w:val="Основной текст C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ru-RU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0">
    <w:name w:val="Hyperlink.0"/>
    <w:basedOn w:val="affa"/>
    <w:rPr>
      <w:outline w:val="0"/>
      <w:color w:val="0563C1"/>
      <w:u w:val="single" w:color="0563C1"/>
      <w:lang w:val="pt-PT"/>
    </w:rPr>
  </w:style>
  <w:style w:type="character" w:customStyle="1" w:styleId="affa">
    <w:name w:val="Нет"/>
  </w:style>
  <w:style w:type="numbering" w:customStyle="1" w:styleId="14">
    <w:name w:val="Импортированный стиль 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noop-doc.ru/?utm_source=tochno_producer&amp;utm_medium=telegram_bot&amp;utm_campaign=july_2026&amp;utm_content=templat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snoop-doc.ru/?utm_source=tochno_producer&amp;utm_medium=telegram_bot&amp;utm_campaign=july_2026&amp;utm_content=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3998</Words>
  <Characters>22790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26735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Mikhail</cp:lastModifiedBy>
  <cp:revision>4</cp:revision>
  <dcterms:created xsi:type="dcterms:W3CDTF">2013-12-23T23:15:00Z</dcterms:created>
  <dcterms:modified xsi:type="dcterms:W3CDTF">2026-08-12T12:14:00Z</dcterms:modified>
  <cp:category/>
</cp:coreProperties>
</file>