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485BB" w14:textId="77777777" w:rsidR="008C51D8" w:rsidRPr="0003317F" w:rsidRDefault="00AB0B5D">
      <w:pPr>
        <w:pStyle w:val="af"/>
        <w:jc w:val="center"/>
        <w:rPr>
          <w:b/>
          <w:bCs/>
          <w:sz w:val="24"/>
          <w:szCs w:val="24"/>
          <w:lang w:val="ru-RU"/>
        </w:rPr>
      </w:pPr>
      <w:r w:rsidRPr="0003317F">
        <w:rPr>
          <w:b/>
          <w:bCs/>
          <w:sz w:val="24"/>
          <w:szCs w:val="24"/>
          <w:lang w:val="ru-RU"/>
        </w:rPr>
        <w:t>ДОГОВОР ПОДРЯДА</w:t>
      </w:r>
    </w:p>
    <w:p w14:paraId="1A4B51AB" w14:textId="2C748903" w:rsidR="008C51D8" w:rsidRPr="0003317F" w:rsidRDefault="00AB0B5D">
      <w:pPr>
        <w:pStyle w:val="af"/>
        <w:rPr>
          <w:sz w:val="20"/>
          <w:szCs w:val="20"/>
          <w:lang w:val="ru-RU"/>
        </w:rPr>
      </w:pPr>
      <w:r w:rsidRPr="0003317F">
        <w:rPr>
          <w:b/>
          <w:bCs/>
          <w:sz w:val="20"/>
          <w:szCs w:val="20"/>
          <w:lang w:val="ru-RU"/>
        </w:rPr>
        <w:t xml:space="preserve">№ [№ </w:t>
      </w:r>
      <w:proofErr w:type="gramStart"/>
      <w:r w:rsidRPr="0003317F">
        <w:rPr>
          <w:b/>
          <w:bCs/>
          <w:sz w:val="20"/>
          <w:szCs w:val="20"/>
          <w:lang w:val="ru-RU"/>
        </w:rPr>
        <w:t>договора]</w:t>
      </w:r>
      <w:r w:rsidRPr="0003317F">
        <w:rPr>
          <w:sz w:val="20"/>
          <w:szCs w:val="20"/>
          <w:lang w:val="ru-RU"/>
        </w:rPr>
        <w:t xml:space="preserve">   </w:t>
      </w:r>
      <w:proofErr w:type="gramEnd"/>
      <w:r w:rsidRPr="0003317F">
        <w:rPr>
          <w:sz w:val="20"/>
          <w:szCs w:val="20"/>
          <w:lang w:val="ru-RU"/>
        </w:rPr>
        <w:t xml:space="preserve">                                                                  </w:t>
      </w:r>
      <w:r w:rsidR="001E46F6">
        <w:rPr>
          <w:sz w:val="20"/>
          <w:szCs w:val="20"/>
          <w:lang w:val="ru-RU"/>
        </w:rPr>
        <w:t xml:space="preserve">                                     </w:t>
      </w:r>
      <w:r w:rsidRPr="0003317F">
        <w:rPr>
          <w:sz w:val="20"/>
          <w:szCs w:val="20"/>
          <w:lang w:val="ru-RU"/>
        </w:rPr>
        <w:t xml:space="preserve">  г. Москва, </w:t>
      </w:r>
      <w:r>
        <w:rPr>
          <w:sz w:val="20"/>
          <w:szCs w:val="20"/>
        </w:rPr>
        <w:t> </w:t>
      </w:r>
      <w:r w:rsidRPr="0003317F">
        <w:rPr>
          <w:sz w:val="20"/>
          <w:szCs w:val="20"/>
          <w:lang w:val="ru-RU"/>
        </w:rPr>
        <w:t>[дата договора]</w:t>
      </w:r>
    </w:p>
    <w:p w14:paraId="5688D4FA" w14:textId="77777777" w:rsidR="008C51D8" w:rsidRDefault="00AB0B5D">
      <w:pPr>
        <w:pStyle w:val="af"/>
        <w:jc w:val="center"/>
        <w:rPr>
          <w:b/>
          <w:bCs/>
        </w:rPr>
      </w:pPr>
      <w:r>
        <w:rPr>
          <w:b/>
          <w:bCs/>
        </w:rPr>
        <w:t>РЕКВИЗИТЫ СТОРОН ДОГОВОРА</w:t>
      </w:r>
    </w:p>
    <w:tbl>
      <w:tblPr>
        <w:tblW w:w="864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09"/>
        <w:gridCol w:w="5938"/>
      </w:tblGrid>
      <w:tr w:rsidR="008C51D8" w:rsidRPr="001E46F6" w14:paraId="051B78B3" w14:textId="77777777" w:rsidTr="001E46F6">
        <w:trPr>
          <w:trHeight w:val="1888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F5C13" w14:textId="77777777" w:rsidR="008C51D8" w:rsidRDefault="00AB0B5D">
            <w:pPr>
              <w:pStyle w:val="af"/>
            </w:pPr>
            <w:r>
              <w:rPr>
                <w:b/>
                <w:bCs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C3C44" w14:textId="77777777" w:rsidR="008C51D8" w:rsidRPr="0003317F" w:rsidRDefault="00AB0B5D">
            <w:pPr>
              <w:spacing w:after="0" w:line="259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3317F">
              <w:rPr>
                <w:rFonts w:ascii="Calibri" w:eastAsia="Arial Unicode MS" w:hAnsi="Calibri" w:cs="Arial Unicode MS"/>
                <w:b/>
                <w:bCs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[Наименование компании]</w:t>
            </w:r>
          </w:p>
          <w:p w14:paraId="4880BDBE" w14:textId="77777777" w:rsidR="008C51D8" w:rsidRPr="0003317F" w:rsidRDefault="00AB0B5D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[ОГРН заказчика</w:t>
            </w:r>
            <w:proofErr w:type="gramStart"/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]</w:t>
            </w: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,</w:t>
            </w:r>
            <w:proofErr w:type="gramEnd"/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ИНН</w:t>
            </w:r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[ИНН компании]</w:t>
            </w: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[КПП компании]</w:t>
            </w:r>
          </w:p>
          <w:p w14:paraId="0DFBEEFA" w14:textId="77777777" w:rsidR="008C51D8" w:rsidRPr="0003317F" w:rsidRDefault="00AB0B5D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Юр. адрес: </w:t>
            </w:r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[юр. адрес заказчика]</w:t>
            </w: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</w:t>
            </w:r>
          </w:p>
          <w:p w14:paraId="150BB534" w14:textId="77777777" w:rsidR="008C51D8" w:rsidRPr="0003317F" w:rsidRDefault="00AB0B5D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Р/с: </w:t>
            </w:r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[р/с заказчика]</w:t>
            </w: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в </w:t>
            </w:r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[банк заказчика]</w:t>
            </w:r>
          </w:p>
          <w:p w14:paraId="7D335132" w14:textId="77777777" w:rsidR="008C51D8" w:rsidRPr="0003317F" w:rsidRDefault="00AB0B5D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БИК: </w:t>
            </w:r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[БИК компании]</w:t>
            </w: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/ К/с: </w:t>
            </w:r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[к/с заказчика]</w:t>
            </w:r>
          </w:p>
          <w:p w14:paraId="34BEEC0B" w14:textId="77777777" w:rsidR="008C51D8" w:rsidRPr="0003317F" w:rsidRDefault="00AB0B5D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Номер телефона: </w:t>
            </w:r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[телефон заказчика] </w:t>
            </w:r>
          </w:p>
          <w:p w14:paraId="1B7225A9" w14:textId="77777777" w:rsidR="008C51D8" w:rsidRPr="0003317F" w:rsidRDefault="00AB0B5D">
            <w:pPr>
              <w:spacing w:after="0" w:line="259" w:lineRule="auto"/>
              <w:rPr>
                <w:lang w:val="ru-RU"/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Адрес электронной почты: </w:t>
            </w:r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</w:t>
            </w: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email</w:t>
            </w:r>
            <w:r w:rsidRPr="0003317F"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заказчика]</w:t>
            </w:r>
          </w:p>
        </w:tc>
      </w:tr>
      <w:tr w:rsidR="008C51D8" w:rsidRPr="001E46F6" w14:paraId="0BFB98E0" w14:textId="77777777" w:rsidTr="001E46F6">
        <w:trPr>
          <w:trHeight w:val="2997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21644" w14:textId="77777777" w:rsidR="008C51D8" w:rsidRDefault="00AB0B5D">
            <w:pPr>
              <w:pStyle w:val="af"/>
              <w:spacing w:after="0"/>
            </w:pPr>
            <w:r>
              <w:rPr>
                <w:b/>
                <w:bCs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CDAC3" w14:textId="77777777" w:rsidR="008C51D8" w:rsidRPr="0003317F" w:rsidRDefault="00AB0B5D">
            <w:pPr>
              <w:pStyle w:val="af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Индивидуальный предприниматель</w:t>
            </w:r>
          </w:p>
          <w:p w14:paraId="4A713D30" w14:textId="77777777" w:rsidR="008C51D8" w:rsidRPr="0003317F" w:rsidRDefault="00AB0B5D">
            <w:pPr>
              <w:pStyle w:val="af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ФИО (полностью): [ФИО физического лица]</w:t>
            </w:r>
          </w:p>
          <w:p w14:paraId="754525D0" w14:textId="77777777" w:rsidR="008C51D8" w:rsidRPr="0003317F" w:rsidRDefault="00AB0B5D">
            <w:pPr>
              <w:pStyle w:val="af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ОГРНИП: [ОГРНИП]</w:t>
            </w:r>
          </w:p>
          <w:p w14:paraId="78C8926C" w14:textId="77777777" w:rsidR="008C51D8" w:rsidRPr="0003317F" w:rsidRDefault="00AB0B5D">
            <w:pPr>
              <w:pStyle w:val="af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ИНН: [ИНН]</w:t>
            </w:r>
          </w:p>
          <w:p w14:paraId="41A62ECC" w14:textId="77777777" w:rsidR="008C51D8" w:rsidRPr="0003317F" w:rsidRDefault="00AB0B5D">
            <w:pPr>
              <w:pStyle w:val="af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Адрес регистрации: [Адрес регистрации]</w:t>
            </w:r>
          </w:p>
          <w:p w14:paraId="1F5E21CD" w14:textId="77777777" w:rsidR="008C51D8" w:rsidRPr="0003317F" w:rsidRDefault="00AB0B5D">
            <w:pPr>
              <w:pStyle w:val="af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Расчётный счёт: [Расчетный счет]</w:t>
            </w:r>
          </w:p>
          <w:p w14:paraId="79437934" w14:textId="77777777" w:rsidR="008C51D8" w:rsidRPr="0003317F" w:rsidRDefault="00AB0B5D">
            <w:pPr>
              <w:pStyle w:val="af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Банк: [Банк]</w:t>
            </w:r>
          </w:p>
          <w:p w14:paraId="2C8DC7E3" w14:textId="77777777" w:rsidR="008C51D8" w:rsidRPr="0003317F" w:rsidRDefault="00AB0B5D">
            <w:pPr>
              <w:pStyle w:val="af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БИК: [БИК]</w:t>
            </w:r>
          </w:p>
          <w:p w14:paraId="563A1D04" w14:textId="77777777" w:rsidR="008C51D8" w:rsidRPr="0003317F" w:rsidRDefault="00AB0B5D">
            <w:pPr>
              <w:pStyle w:val="af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Корр. счёт: [Корреспондентский счет]</w:t>
            </w:r>
          </w:p>
          <w:p w14:paraId="0E77FC38" w14:textId="77777777" w:rsidR="008C51D8" w:rsidRPr="0003317F" w:rsidRDefault="00AB0B5D">
            <w:pPr>
              <w:pStyle w:val="af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 телефона: [Номер телефона]</w:t>
            </w:r>
          </w:p>
          <w:p w14:paraId="2C13BB0C" w14:textId="77777777" w:rsidR="008C51D8" w:rsidRPr="0003317F" w:rsidRDefault="00AB0B5D">
            <w:pPr>
              <w:pStyle w:val="af"/>
              <w:spacing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Адрес электронной почты: [Адрес электронной почты]</w:t>
            </w:r>
          </w:p>
        </w:tc>
      </w:tr>
    </w:tbl>
    <w:p w14:paraId="4E2470DD" w14:textId="77777777" w:rsidR="008C51D8" w:rsidRPr="0003317F" w:rsidRDefault="008C51D8">
      <w:pPr>
        <w:pStyle w:val="af"/>
        <w:widowControl w:val="0"/>
        <w:spacing w:line="240" w:lineRule="auto"/>
        <w:rPr>
          <w:b/>
          <w:bCs/>
          <w:lang w:val="ru-RU"/>
        </w:rPr>
      </w:pPr>
    </w:p>
    <w:p w14:paraId="670A9D8F" w14:textId="77777777" w:rsidR="008C51D8" w:rsidRPr="0003317F" w:rsidRDefault="008C51D8">
      <w:pPr>
        <w:pStyle w:val="af"/>
        <w:rPr>
          <w:sz w:val="20"/>
          <w:szCs w:val="20"/>
          <w:lang w:val="ru-RU"/>
        </w:rPr>
      </w:pPr>
    </w:p>
    <w:p w14:paraId="1D4B5789" w14:textId="77777777" w:rsidR="008C51D8" w:rsidRDefault="00AB0B5D">
      <w:pPr>
        <w:pStyle w:val="af"/>
        <w:jc w:val="center"/>
        <w:rPr>
          <w:b/>
          <w:bCs/>
        </w:rPr>
      </w:pPr>
      <w:r>
        <w:rPr>
          <w:b/>
          <w:bCs/>
        </w:rPr>
        <w:t>КОММЕРЧЕСКИЕ УСЛОВИЯ ДОГОВОРА</w:t>
      </w:r>
    </w:p>
    <w:tbl>
      <w:tblPr>
        <w:tblW w:w="864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577"/>
        <w:gridCol w:w="5070"/>
      </w:tblGrid>
      <w:tr w:rsidR="008C51D8" w14:paraId="7715D1DE" w14:textId="77777777" w:rsidTr="001E46F6">
        <w:trPr>
          <w:trHeight w:val="22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9DB6A" w14:textId="77777777" w:rsidR="008C51D8" w:rsidRDefault="00AB0B5D">
            <w:pPr>
              <w:pStyle w:val="af"/>
            </w:pPr>
            <w:r>
              <w:rPr>
                <w:sz w:val="20"/>
                <w:szCs w:val="20"/>
                <w:lang w:val="ru-RU"/>
              </w:rPr>
              <w:t>Условие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357A2" w14:textId="77777777" w:rsidR="008C51D8" w:rsidRDefault="00AB0B5D">
            <w:pPr>
              <w:pStyle w:val="af"/>
            </w:pPr>
            <w:r>
              <w:rPr>
                <w:sz w:val="20"/>
                <w:szCs w:val="20"/>
                <w:lang w:val="ru-RU"/>
              </w:rPr>
              <w:t>Содержание</w:t>
            </w:r>
          </w:p>
        </w:tc>
      </w:tr>
      <w:tr w:rsidR="008C51D8" w14:paraId="61A533D6" w14:textId="77777777" w:rsidTr="001E46F6">
        <w:trPr>
          <w:trHeight w:val="22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120C5" w14:textId="77777777" w:rsidR="008C51D8" w:rsidRDefault="00AB0B5D">
            <w:pPr>
              <w:pStyle w:val="af"/>
              <w:spacing w:after="0" w:line="240" w:lineRule="auto"/>
            </w:pPr>
            <w:r>
              <w:rPr>
                <w:b/>
                <w:bCs/>
                <w:sz w:val="20"/>
                <w:szCs w:val="20"/>
                <w:lang w:val="ru-RU"/>
              </w:rPr>
              <w:t>Функция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2E76D" w14:textId="77777777" w:rsidR="008C51D8" w:rsidRDefault="00AB0B5D">
            <w:pPr>
              <w:pStyle w:val="af"/>
              <w:spacing w:after="0" w:line="240" w:lineRule="auto"/>
            </w:pPr>
            <w:r>
              <w:rPr>
                <w:sz w:val="20"/>
                <w:szCs w:val="20"/>
                <w:lang w:val="ru-RU"/>
              </w:rPr>
              <w:t>Режиссер</w:t>
            </w:r>
          </w:p>
        </w:tc>
      </w:tr>
      <w:tr w:rsidR="008C51D8" w:rsidRPr="001E46F6" w14:paraId="4A2A47FA" w14:textId="77777777" w:rsidTr="001E46F6">
        <w:trPr>
          <w:trHeight w:val="282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28085" w14:textId="77777777" w:rsidR="008C51D8" w:rsidRDefault="00AB0B5D">
            <w:pPr>
              <w:pStyle w:val="af"/>
            </w:pPr>
            <w:r>
              <w:rPr>
                <w:b/>
                <w:bCs/>
                <w:sz w:val="20"/>
                <w:szCs w:val="20"/>
                <w:lang w:val="ru-RU"/>
              </w:rPr>
              <w:t>Предмет (перечень работ)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937BF" w14:textId="77777777" w:rsidR="008C51D8" w:rsidRPr="0003317F" w:rsidRDefault="00AB0B5D">
            <w:pPr>
              <w:pStyle w:val="af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осуществление оригинальной режиссерской постановки Видеоролика;</w:t>
            </w:r>
          </w:p>
          <w:p w14:paraId="236C7487" w14:textId="77777777" w:rsidR="008C51D8" w:rsidRPr="0003317F" w:rsidRDefault="00AB0B5D">
            <w:pPr>
              <w:pStyle w:val="af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осуществление контроля над созданием/производством компьютерной графики Видеоролика;</w:t>
            </w:r>
          </w:p>
          <w:p w14:paraId="12BF263A" w14:textId="77777777" w:rsidR="008C51D8" w:rsidRPr="0003317F" w:rsidRDefault="00AB0B5D">
            <w:pPr>
              <w:pStyle w:val="af"/>
              <w:spacing w:after="0" w:line="240" w:lineRule="auto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осуществление контроля над процессом монтажа (изготовлению версии) и сведения Видеоролика, включая любые монтажные, сокращенные, производные, адаптированные, имиджевые, спонсорские и иные версии всех указанных выше роликов, в том числе с увеличенным/уменьшенным по отношению к первоначальному (оригинальному) хронометражем.</w:t>
            </w:r>
          </w:p>
        </w:tc>
      </w:tr>
      <w:tr w:rsidR="008C51D8" w14:paraId="29233254" w14:textId="77777777" w:rsidTr="001E46F6">
        <w:trPr>
          <w:trHeight w:val="22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8118B" w14:textId="77777777" w:rsidR="008C51D8" w:rsidRDefault="00AB0B5D">
            <w:pPr>
              <w:pStyle w:val="af"/>
              <w:spacing w:after="0" w:line="240" w:lineRule="auto"/>
            </w:pPr>
            <w:r>
              <w:rPr>
                <w:b/>
                <w:bCs/>
                <w:sz w:val="20"/>
                <w:szCs w:val="20"/>
                <w:lang w:val="ru-RU"/>
              </w:rPr>
              <w:t>Результат Работ (РИД)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5E586" w14:textId="77777777" w:rsidR="008C51D8" w:rsidRDefault="00AB0B5D">
            <w:pPr>
              <w:pStyle w:val="af"/>
              <w:spacing w:after="0"/>
            </w:pPr>
            <w:r>
              <w:rPr>
                <w:sz w:val="20"/>
                <w:szCs w:val="20"/>
                <w:lang w:val="ru-RU"/>
              </w:rPr>
              <w:t>Аудиовизуальное произведение - видеоролик</w:t>
            </w:r>
          </w:p>
        </w:tc>
      </w:tr>
      <w:tr w:rsidR="008C51D8" w14:paraId="6BAF68A6" w14:textId="77777777" w:rsidTr="001E46F6">
        <w:trPr>
          <w:trHeight w:val="78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E8287" w14:textId="77777777" w:rsidR="008C51D8" w:rsidRDefault="00AB0B5D">
            <w:pPr>
              <w:pStyle w:val="af"/>
            </w:pPr>
            <w:r>
              <w:rPr>
                <w:b/>
                <w:bCs/>
                <w:sz w:val="20"/>
                <w:szCs w:val="20"/>
                <w:lang w:val="ru-RU"/>
              </w:rPr>
              <w:lastRenderedPageBreak/>
              <w:t>Описание проекта клиента Заказчика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24FDB" w14:textId="77777777" w:rsidR="008C51D8" w:rsidRPr="0003317F" w:rsidRDefault="00AB0B5D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Наименование проекта: [Наименование проекта]</w:t>
            </w:r>
          </w:p>
          <w:p w14:paraId="06EE6419" w14:textId="77777777" w:rsidR="008C51D8" w:rsidRPr="0003317F" w:rsidRDefault="00AB0B5D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Хронометраж в сек.: [хронометраж, сек]</w:t>
            </w:r>
          </w:p>
          <w:p w14:paraId="0282B6E7" w14:textId="77777777" w:rsidR="008C51D8" w:rsidRDefault="00AB0B5D">
            <w:pPr>
              <w:spacing w:after="160" w:line="259" w:lineRule="auto"/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Условное наименование: [Условное наименование]</w:t>
            </w:r>
          </w:p>
        </w:tc>
      </w:tr>
      <w:tr w:rsidR="008C51D8" w:rsidRPr="001E46F6" w14:paraId="6681767D" w14:textId="77777777" w:rsidTr="001E46F6">
        <w:trPr>
          <w:trHeight w:val="48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E9301" w14:textId="77777777" w:rsidR="008C51D8" w:rsidRPr="0003317F" w:rsidRDefault="00AB0B5D">
            <w:pPr>
              <w:pStyle w:val="af"/>
              <w:spacing w:after="0" w:line="240" w:lineRule="auto"/>
              <w:rPr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Интеллектуальные права на Результат (РИД)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A7118" w14:textId="77777777" w:rsidR="008C51D8" w:rsidRPr="001E46F6" w:rsidRDefault="00AB0B5D">
            <w:pPr>
              <w:pStyle w:val="aff8"/>
              <w:spacing w:before="0" w:line="240" w:lineRule="auto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  <w:r w:rsidRPr="001E46F6">
              <w:rPr>
                <w:rFonts w:asciiTheme="majorHAnsi" w:hAnsiTheme="majorHAnsi" w:cstheme="majorHAnsi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[Интеллектуальные права на Результат (РИД)]</w:t>
            </w:r>
          </w:p>
        </w:tc>
      </w:tr>
      <w:tr w:rsidR="008C51D8" w:rsidRPr="001E46F6" w14:paraId="4A2788DC" w14:textId="77777777" w:rsidTr="001E46F6">
        <w:trPr>
          <w:trHeight w:val="22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B9246" w14:textId="77777777" w:rsidR="008C51D8" w:rsidRDefault="00AB0B5D">
            <w:pPr>
              <w:pStyle w:val="af"/>
            </w:pPr>
            <w:r>
              <w:rPr>
                <w:b/>
                <w:bCs/>
                <w:sz w:val="20"/>
                <w:szCs w:val="20"/>
                <w:lang w:val="ru-RU"/>
              </w:rPr>
              <w:t>Сроки выполнения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73A62" w14:textId="77777777" w:rsidR="008C51D8" w:rsidRPr="0003317F" w:rsidRDefault="00AB0B5D">
            <w:pPr>
              <w:pStyle w:val="af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 [дата начала] по [дата окончания]</w:t>
            </w:r>
          </w:p>
        </w:tc>
      </w:tr>
      <w:tr w:rsidR="008C51D8" w:rsidRPr="001E46F6" w14:paraId="4EEB07E5" w14:textId="77777777" w:rsidTr="001E46F6">
        <w:trPr>
          <w:trHeight w:val="1377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A2FCB" w14:textId="77777777" w:rsidR="008C51D8" w:rsidRDefault="00AB0B5D">
            <w:pPr>
              <w:pStyle w:val="af"/>
            </w:pPr>
            <w:r>
              <w:rPr>
                <w:b/>
                <w:bCs/>
                <w:sz w:val="20"/>
                <w:szCs w:val="20"/>
                <w:lang w:val="ru-RU"/>
              </w:rPr>
              <w:t>Стоимость Работ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870B7" w14:textId="77777777" w:rsidR="008C51D8" w:rsidRPr="0003317F" w:rsidRDefault="00AB0B5D">
            <w:pPr>
              <w:pStyle w:val="af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[сумма цифрами] рублей 00 копеек) </w:t>
            </w:r>
          </w:p>
          <w:p w14:paraId="7298DA85" w14:textId="77777777" w:rsidR="008C51D8" w:rsidRPr="0003317F" w:rsidRDefault="00AB0B5D">
            <w:pPr>
              <w:pStyle w:val="af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НДС не облагается (на основании ст. 346.11 НК РФ).</w:t>
            </w:r>
          </w:p>
          <w:p w14:paraId="6D040970" w14:textId="77777777" w:rsidR="008C51D8" w:rsidRPr="0003317F" w:rsidRDefault="00AB0B5D">
            <w:pPr>
              <w:pStyle w:val="af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Включает вознаграждение за предоставление прав на РИД в размере 5%.</w:t>
            </w:r>
          </w:p>
        </w:tc>
      </w:tr>
      <w:tr w:rsidR="008C51D8" w14:paraId="0CF7FABA" w14:textId="77777777" w:rsidTr="001E46F6">
        <w:trPr>
          <w:trHeight w:val="22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ABFEC" w14:textId="77777777" w:rsidR="008C51D8" w:rsidRDefault="00AB0B5D">
            <w:pPr>
              <w:pStyle w:val="af"/>
            </w:pPr>
            <w:r>
              <w:rPr>
                <w:b/>
                <w:bCs/>
                <w:sz w:val="20"/>
                <w:szCs w:val="20"/>
                <w:lang w:val="ru-RU"/>
              </w:rPr>
              <w:t>Порядок расчетов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19182" w14:textId="77777777" w:rsidR="008C51D8" w:rsidRDefault="00AB0B5D">
            <w:pPr>
              <w:spacing w:after="0" w:line="240" w:lineRule="auto"/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[Порядок расчетов]</w:t>
            </w:r>
          </w:p>
        </w:tc>
      </w:tr>
      <w:tr w:rsidR="008C51D8" w:rsidRPr="001E46F6" w14:paraId="4B1B8802" w14:textId="77777777" w:rsidTr="001E46F6">
        <w:trPr>
          <w:trHeight w:val="3487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A6486" w14:textId="77777777" w:rsidR="008C51D8" w:rsidRDefault="00AB0B5D">
            <w:pPr>
              <w:pStyle w:val="af"/>
            </w:pPr>
            <w:r>
              <w:rPr>
                <w:b/>
                <w:bCs/>
                <w:sz w:val="20"/>
                <w:szCs w:val="20"/>
                <w:lang w:val="ru-RU"/>
              </w:rPr>
              <w:t>Ответственные менеджеры (контакты)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F2FF0" w14:textId="77777777" w:rsidR="008C51D8" w:rsidRPr="0003317F" w:rsidRDefault="00AB0B5D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От Заказчика: </w:t>
            </w:r>
          </w:p>
          <w:p w14:paraId="156EDA10" w14:textId="77777777" w:rsidR="008C51D8" w:rsidRPr="0003317F" w:rsidRDefault="00AB0B5D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Электронная почта: [Адрес электронной почты ответственного менеджера заказчика]</w:t>
            </w:r>
          </w:p>
          <w:p w14:paraId="58B0636A" w14:textId="77777777" w:rsidR="008C51D8" w:rsidRPr="0003317F" w:rsidRDefault="00AB0B5D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Телефон/телеграмм: [</w:t>
            </w:r>
            <w:proofErr w:type="spellStart"/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Telegram</w:t>
            </w:r>
            <w:proofErr w:type="spellEnd"/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ответственного менеджера заказчика]</w:t>
            </w:r>
          </w:p>
          <w:p w14:paraId="01E2BDEA" w14:textId="77777777" w:rsidR="008C51D8" w:rsidRPr="0003317F" w:rsidRDefault="00AB0B5D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От Исполнителя</w:t>
            </w: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</w:p>
          <w:p w14:paraId="729C7CC4" w14:textId="77777777" w:rsidR="008C51D8" w:rsidRPr="0003317F" w:rsidRDefault="00AB0B5D">
            <w:pP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Электронная почта: [Адрес электронной почты ответственного менеджера исполнителя]</w:t>
            </w:r>
          </w:p>
          <w:p w14:paraId="786B6556" w14:textId="77777777" w:rsidR="008C51D8" w:rsidRPr="0003317F" w:rsidRDefault="00AB0B5D">
            <w:pPr>
              <w:spacing w:after="160" w:line="259" w:lineRule="auto"/>
              <w:rPr>
                <w:lang w:val="ru-RU"/>
              </w:rPr>
            </w:pP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Телефон</w:t>
            </w:r>
            <w:r>
              <w:rPr>
                <w:rFonts w:ascii="Calibri" w:eastAsia="Arial Unicode MS" w:hAnsi="Calibri" w:cs="Arial Unicode MS"/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gramStart"/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телеграмм</w:t>
            </w:r>
            <w:r>
              <w:rPr>
                <w:rFonts w:ascii="Calibri" w:eastAsia="Arial Unicode MS" w:hAnsi="Calibri" w:cs="Arial Unicode MS"/>
                <w:color w:val="00000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</w:t>
            </w:r>
            <w:proofErr w:type="spellStart"/>
            <w:proofErr w:type="gramEnd"/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Telegram</w:t>
            </w:r>
            <w:proofErr w:type="spellEnd"/>
            <w:r>
              <w:rPr>
                <w:rFonts w:ascii="Calibri" w:eastAsia="Arial Unicode MS" w:hAnsi="Calibri" w:cs="Arial Unicode MS"/>
                <w:color w:val="000000"/>
                <w:sz w:val="20"/>
                <w:szCs w:val="20"/>
                <w:u w:color="00000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ответственного менеджера исполнителя]</w:t>
            </w:r>
          </w:p>
        </w:tc>
      </w:tr>
      <w:tr w:rsidR="008C51D8" w:rsidRPr="001E46F6" w14:paraId="56709A0F" w14:textId="77777777" w:rsidTr="001E46F6">
        <w:trPr>
          <w:trHeight w:val="74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D80A0" w14:textId="77777777" w:rsidR="008C51D8" w:rsidRDefault="00AB0B5D">
            <w:pPr>
              <w:pStyle w:val="af"/>
              <w:spacing w:after="0" w:line="240" w:lineRule="auto"/>
            </w:pPr>
            <w:r>
              <w:rPr>
                <w:b/>
                <w:bCs/>
                <w:sz w:val="20"/>
                <w:szCs w:val="20"/>
                <w:lang w:val="ru-RU"/>
              </w:rPr>
              <w:t>Ретроактивная оговорка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C7A67" w14:textId="77777777" w:rsidR="008C51D8" w:rsidRPr="0003317F" w:rsidRDefault="00AB0B5D">
            <w:pPr>
              <w:pStyle w:val="af"/>
              <w:spacing w:after="0" w:line="240" w:lineRule="auto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Договор распространяет свое действие на отношения Сторон, возникшие до даты его подписания, начиная с [дата начала] (на основании п. 2 ст. 425 ГК РФ)</w:t>
            </w:r>
          </w:p>
        </w:tc>
      </w:tr>
      <w:tr w:rsidR="008C51D8" w14:paraId="5A4CD0A5" w14:textId="77777777" w:rsidTr="001E46F6">
        <w:trPr>
          <w:trHeight w:val="22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306B8" w14:textId="77777777" w:rsidR="008C51D8" w:rsidRDefault="00AB0B5D">
            <w:pPr>
              <w:pStyle w:val="af"/>
            </w:pPr>
            <w:r>
              <w:rPr>
                <w:b/>
                <w:bCs/>
                <w:sz w:val="20"/>
                <w:szCs w:val="20"/>
                <w:lang w:val="ru-RU"/>
              </w:rPr>
              <w:t>Иные специальные условия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58F72" w14:textId="77777777" w:rsidR="008C51D8" w:rsidRDefault="00AB0B5D">
            <w:pPr>
              <w:pStyle w:val="af"/>
            </w:pPr>
            <w:r>
              <w:rPr>
                <w:sz w:val="20"/>
                <w:szCs w:val="20"/>
                <w:lang w:val="ru-RU"/>
              </w:rPr>
              <w:t>Не применяются</w:t>
            </w:r>
          </w:p>
        </w:tc>
      </w:tr>
    </w:tbl>
    <w:p w14:paraId="4FED27AD" w14:textId="77777777" w:rsidR="008C51D8" w:rsidRDefault="008C51D8">
      <w:pPr>
        <w:pStyle w:val="af"/>
        <w:widowControl w:val="0"/>
        <w:spacing w:line="240" w:lineRule="auto"/>
        <w:rPr>
          <w:b/>
          <w:bCs/>
        </w:rPr>
      </w:pPr>
    </w:p>
    <w:p w14:paraId="5817FA9A" w14:textId="77777777" w:rsidR="008C51D8" w:rsidRDefault="008C51D8">
      <w:pPr>
        <w:pStyle w:val="af"/>
        <w:rPr>
          <w:sz w:val="20"/>
          <w:szCs w:val="20"/>
        </w:rPr>
      </w:pPr>
    </w:p>
    <w:p w14:paraId="2AF5CF39" w14:textId="77777777" w:rsidR="008C51D8" w:rsidRDefault="00AB0B5D">
      <w:pPr>
        <w:pStyle w:val="af"/>
      </w:pPr>
      <w:r>
        <w:rPr>
          <w:rFonts w:ascii="Arial Unicode MS" w:hAnsi="Arial Unicode MS"/>
        </w:rPr>
        <w:br w:type="page"/>
      </w:r>
    </w:p>
    <w:p w14:paraId="331B790D" w14:textId="77777777" w:rsidR="008C51D8" w:rsidRDefault="00AB0B5D">
      <w:pPr>
        <w:pStyle w:val="af"/>
        <w:jc w:val="center"/>
        <w:rPr>
          <w:b/>
          <w:bCs/>
        </w:rPr>
      </w:pPr>
      <w:r>
        <w:rPr>
          <w:b/>
          <w:bCs/>
        </w:rPr>
        <w:lastRenderedPageBreak/>
        <w:t>ОСНОВНЫЕ УСЛОВИЯ ДОГОВОРА</w:t>
      </w:r>
    </w:p>
    <w:p w14:paraId="3FFFBC2B" w14:textId="77777777" w:rsidR="008C51D8" w:rsidRDefault="00AB0B5D">
      <w:pPr>
        <w:pStyle w:val="af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ПРЕДМЕТ ДОГОВОРА</w:t>
      </w:r>
    </w:p>
    <w:p w14:paraId="50E28C4C" w14:textId="77777777" w:rsidR="008C51D8" w:rsidRDefault="00AB0B5D">
      <w:pPr>
        <w:pStyle w:val="af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обязуется по заданию Заказчика выполнить работы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указанные в таблице «Коммерческие условия Договора» </w:t>
      </w:r>
      <w:r w:rsidRPr="0003317F">
        <w:rPr>
          <w:sz w:val="20"/>
          <w:szCs w:val="20"/>
          <w:lang w:val="ru-RU"/>
        </w:rPr>
        <w:t>(далее — «</w:t>
      </w:r>
      <w:r>
        <w:rPr>
          <w:b/>
          <w:bCs/>
          <w:sz w:val="20"/>
          <w:szCs w:val="20"/>
          <w:lang w:val="ru-RU"/>
        </w:rPr>
        <w:t>Работы</w:t>
      </w:r>
      <w:r>
        <w:rPr>
          <w:sz w:val="20"/>
          <w:szCs w:val="20"/>
          <w:lang w:val="it-IT"/>
        </w:rPr>
        <w:t>»</w:t>
      </w:r>
      <w:r w:rsidRPr="0003317F">
        <w:rPr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а Заказчик обязуется оплатить выполненные Работы</w:t>
      </w:r>
      <w:r w:rsidRPr="0003317F">
        <w:rPr>
          <w:sz w:val="20"/>
          <w:szCs w:val="20"/>
          <w:lang w:val="ru-RU"/>
        </w:rPr>
        <w:t>.</w:t>
      </w:r>
    </w:p>
    <w:p w14:paraId="1E2D0ED0" w14:textId="77777777" w:rsidR="008C51D8" w:rsidRDefault="00AB0B5D">
      <w:pPr>
        <w:pStyle w:val="af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Качество Работ должно соответствовать требованиям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обычно предъявляемым к работам соответствующего рода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специальным требованиям Заказчика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таковые были закреплены в техническом задании или переписке Сторон</w:t>
      </w:r>
      <w:r w:rsidRPr="0003317F">
        <w:rPr>
          <w:sz w:val="20"/>
          <w:szCs w:val="20"/>
          <w:lang w:val="ru-RU"/>
        </w:rPr>
        <w:t xml:space="preserve">. </w:t>
      </w:r>
    </w:p>
    <w:p w14:paraId="419DF4D0" w14:textId="77777777" w:rsidR="008C51D8" w:rsidRDefault="00AB0B5D">
      <w:pPr>
        <w:pStyle w:val="af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вправе устанавливать промежуточные сроки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этапы</w:t>
      </w:r>
      <w:r w:rsidRPr="0003317F">
        <w:rPr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выполнения Работ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Такие сроки согласовываются Сторонами в рабочей переписке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по электронной почте или в мессенджерах</w:t>
      </w:r>
      <w:r w:rsidRPr="0003317F">
        <w:rPr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 xml:space="preserve">и являются обязательными для Исполнителя с момента их подтверждения или отсутствия возражений в течение </w:t>
      </w:r>
      <w:r w:rsidRPr="0003317F">
        <w:rPr>
          <w:sz w:val="20"/>
          <w:szCs w:val="20"/>
          <w:lang w:val="ru-RU"/>
        </w:rPr>
        <w:t>1 (одного) рабочего дня.</w:t>
      </w:r>
    </w:p>
    <w:p w14:paraId="63C5B2B1" w14:textId="77777777" w:rsidR="008C51D8" w:rsidRDefault="00AB0B5D">
      <w:pPr>
        <w:pStyle w:val="af"/>
        <w:numPr>
          <w:ilvl w:val="0"/>
          <w:numId w:val="11"/>
        </w:num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СТАТУС ИСПОЛНИТЕЛЯ. ОБЯЗАННОСТИ ИСПОЛНИТЕЛЯ</w:t>
      </w:r>
    </w:p>
    <w:p w14:paraId="3265160E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прямо подтверждают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настоящий Договор является гражданско</w:t>
      </w:r>
      <w:r w:rsidRPr="0003317F">
        <w:rPr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правовым соглашением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Между Сторонами отсутствуют трудовые отношения</w:t>
      </w:r>
      <w:r w:rsidRPr="0003317F">
        <w:rPr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Исполнитель не подчиняется правилам внутреннего трудового распорядка Заказчика</w:t>
      </w:r>
      <w:r w:rsidRPr="0003317F">
        <w:rPr>
          <w:sz w:val="20"/>
          <w:szCs w:val="20"/>
          <w:lang w:val="ru-RU"/>
        </w:rPr>
        <w:t>.</w:t>
      </w:r>
    </w:p>
    <w:p w14:paraId="6B0BE42F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самостоятельно определяет способы выполнения задания Заказчика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режим своего рабочего времени и место выполнения Работ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используя собственное оборудование и ресурсы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иное прямо не оговорено Сторонами</w:t>
      </w:r>
      <w:r w:rsidRPr="0003317F">
        <w:rPr>
          <w:sz w:val="20"/>
          <w:szCs w:val="20"/>
          <w:lang w:val="ru-RU"/>
        </w:rPr>
        <w:t>.</w:t>
      </w:r>
    </w:p>
    <w:p w14:paraId="423DDBC1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Исполнитель самостоятельно несет ответственность за декларирование своих доходов и уплату применимых налогов и обязательных платежей</w:t>
      </w:r>
      <w:r w:rsidRPr="0003317F">
        <w:rPr>
          <w:sz w:val="20"/>
          <w:szCs w:val="20"/>
          <w:lang w:val="ru-RU"/>
        </w:rPr>
        <w:t>.</w:t>
      </w:r>
    </w:p>
    <w:p w14:paraId="5A245E8B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выполняет Работы лично</w:t>
      </w:r>
      <w:r>
        <w:rPr>
          <w:sz w:val="20"/>
          <w:szCs w:val="20"/>
        </w:rPr>
        <w:t>.</w:t>
      </w:r>
    </w:p>
    <w:p w14:paraId="404BD5C2" w14:textId="77777777" w:rsidR="008C51D8" w:rsidRDefault="00AB0B5D">
      <w:pPr>
        <w:pStyle w:val="af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ПОРЯДОК СДАЧИ-ПРИЕМКИ РАБОТ</w:t>
      </w:r>
    </w:p>
    <w:p w14:paraId="38545675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Передача Результата Работ</w:t>
      </w:r>
      <w:r w:rsidRPr="0003317F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По завершении выполнения Работ Исполнитель обязан</w:t>
      </w:r>
      <w:r w:rsidRPr="0003317F">
        <w:rPr>
          <w:sz w:val="20"/>
          <w:szCs w:val="20"/>
          <w:lang w:val="ru-RU"/>
        </w:rPr>
        <w:t>:</w:t>
      </w:r>
    </w:p>
    <w:p w14:paraId="16859E53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Передать Заказчику готовый Результат Работ</w:t>
      </w:r>
      <w:r w:rsidRPr="0003317F">
        <w:rPr>
          <w:sz w:val="20"/>
          <w:szCs w:val="20"/>
          <w:lang w:val="ru-RU"/>
        </w:rPr>
        <w:t>.</w:t>
      </w:r>
    </w:p>
    <w:p w14:paraId="1F178522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Передать Заказчику редактируемые исходные материалы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исходники</w:t>
      </w:r>
      <w:r w:rsidRPr="0003317F">
        <w:rPr>
          <w:sz w:val="20"/>
          <w:szCs w:val="20"/>
          <w:lang w:val="ru-RU"/>
        </w:rPr>
        <w:t>) в полном объеме.</w:t>
      </w:r>
    </w:p>
    <w:p w14:paraId="645B3EEB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Направить Заказчику Акт сдачи</w:t>
      </w:r>
      <w:r w:rsidRPr="0003317F">
        <w:rPr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выполненных работ по форме Заказчика</w:t>
      </w:r>
      <w:r w:rsidRPr="0003317F">
        <w:rPr>
          <w:sz w:val="20"/>
          <w:szCs w:val="20"/>
          <w:lang w:val="ru-RU"/>
        </w:rPr>
        <w:t>.</w:t>
      </w:r>
    </w:p>
    <w:p w14:paraId="1B89A7D9" w14:textId="77777777" w:rsidR="008C51D8" w:rsidRPr="0003317F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 w:rsidRPr="0003317F">
        <w:rPr>
          <w:b/>
          <w:bCs/>
          <w:sz w:val="20"/>
          <w:szCs w:val="20"/>
          <w:lang w:val="ru-RU"/>
        </w:rPr>
        <w:t xml:space="preserve">Сроки приемки: </w:t>
      </w:r>
      <w:r>
        <w:rPr>
          <w:sz w:val="20"/>
          <w:szCs w:val="20"/>
          <w:lang w:val="ru-RU"/>
        </w:rPr>
        <w:t>Заказчик обязуется рассмотреть полученный Результат и Акт в течение </w:t>
      </w:r>
      <w:r w:rsidRPr="0003317F">
        <w:rPr>
          <w:sz w:val="20"/>
          <w:szCs w:val="20"/>
          <w:lang w:val="ru-RU"/>
        </w:rPr>
        <w:t xml:space="preserve">5 (пяти) рабочих дней. </w:t>
      </w:r>
      <w:r>
        <w:rPr>
          <w:sz w:val="20"/>
          <w:szCs w:val="20"/>
          <w:lang w:val="ru-RU"/>
        </w:rPr>
        <w:t>В этот срок Заказчик направляет Исполнителю подписанный Акт либо мотивированный отказ от приемки</w:t>
      </w:r>
      <w:r w:rsidRPr="0003317F">
        <w:rPr>
          <w:sz w:val="20"/>
          <w:szCs w:val="20"/>
          <w:lang w:val="ru-RU"/>
        </w:rPr>
        <w:t>.</w:t>
      </w:r>
    </w:p>
    <w:p w14:paraId="0AF8E795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Устранение недостатков</w:t>
      </w:r>
      <w:r w:rsidRPr="0003317F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В случае получения мотивированного отказа Исполнитель обязуется устранить недостатки собственными силами и за свой счет в срок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согласованный Сторонами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но не превышающий </w:t>
      </w:r>
      <w:r w:rsidRPr="0003317F">
        <w:rPr>
          <w:sz w:val="20"/>
          <w:szCs w:val="20"/>
          <w:lang w:val="ru-RU"/>
        </w:rPr>
        <w:t xml:space="preserve">5 (пяти) </w:t>
      </w:r>
      <w:r>
        <w:rPr>
          <w:sz w:val="20"/>
          <w:szCs w:val="20"/>
          <w:lang w:val="ru-RU"/>
        </w:rPr>
        <w:t>календарных дней</w:t>
      </w:r>
      <w:r w:rsidRPr="0003317F">
        <w:rPr>
          <w:sz w:val="20"/>
          <w:szCs w:val="20"/>
          <w:lang w:val="ru-RU"/>
        </w:rPr>
        <w:t>.</w:t>
      </w:r>
    </w:p>
    <w:p w14:paraId="09D8F801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Риск случайной гибели или повреждения результата Работ до момента подписания Акта Заказчиком несет Исполнитель</w:t>
      </w:r>
      <w:r w:rsidRPr="0003317F">
        <w:rPr>
          <w:sz w:val="20"/>
          <w:szCs w:val="20"/>
          <w:lang w:val="ru-RU"/>
        </w:rPr>
        <w:t>.</w:t>
      </w:r>
    </w:p>
    <w:p w14:paraId="63AEECAB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Если применимо</w:t>
      </w:r>
      <w:r w:rsidRPr="0003317F">
        <w:rPr>
          <w:sz w:val="20"/>
          <w:szCs w:val="20"/>
          <w:lang w:val="ru-RU"/>
        </w:rPr>
        <w:t xml:space="preserve">, доработки, </w:t>
      </w:r>
      <w:r>
        <w:rPr>
          <w:sz w:val="20"/>
          <w:szCs w:val="20"/>
          <w:lang w:val="ru-RU"/>
        </w:rPr>
        <w:t>выполняемые в рамках исходного технического задания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входят в общую стоимость Договора и оплачиваются в составе основного вознаграждения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Работы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выходящие за рамки исходного технического задания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признаются дополнительными и </w:t>
      </w:r>
      <w:r>
        <w:rPr>
          <w:sz w:val="20"/>
          <w:szCs w:val="20"/>
          <w:lang w:val="ru-RU"/>
        </w:rPr>
        <w:lastRenderedPageBreak/>
        <w:t>оплачиваются отдельно по согласованию Сторон на условиях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lang w:val="ru-RU"/>
        </w:rPr>
        <w:t>оформленного дополнительного соглашения</w:t>
      </w:r>
      <w:r>
        <w:rPr>
          <w:sz w:val="20"/>
          <w:szCs w:val="20"/>
        </w:rPr>
        <w:t>.</w:t>
      </w:r>
    </w:p>
    <w:p w14:paraId="48BA3FB3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обладает безусловным правом финального монтажа видеоролика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В случае возникновения творческих разногласий между Сторонами на любом из этапов производства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окончательное решение по выбору дублей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звукового сопровождения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цветокоррекции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спецэффектов и итогового монтажа и любых иных творческих решений принимается исключительно Заказчиком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Несогласие Исполнителя с решениями Заказчика не является основанием для отказа от выполнения Работ или отзыва переданных прав</w:t>
      </w:r>
      <w:r w:rsidRPr="0003317F">
        <w:rPr>
          <w:sz w:val="20"/>
          <w:szCs w:val="20"/>
          <w:lang w:val="ru-RU"/>
        </w:rPr>
        <w:t>.</w:t>
      </w:r>
    </w:p>
    <w:p w14:paraId="2C2A9F3A" w14:textId="77777777" w:rsidR="008C51D8" w:rsidRDefault="00AB0B5D">
      <w:pPr>
        <w:pStyle w:val="af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ПОРЯДОК ОПЛАТЫ РАБОТ</w:t>
      </w:r>
    </w:p>
    <w:p w14:paraId="7A2B4ECE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Расчеты производятся в безналичном порядке путем перечисления денежных средств на расчетный счет Исполнителя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Датой оплаты считается дата списания денежных средств с расчетного счета Заказчика</w:t>
      </w:r>
      <w:r w:rsidRPr="0003317F">
        <w:rPr>
          <w:sz w:val="20"/>
          <w:szCs w:val="20"/>
          <w:lang w:val="ru-RU"/>
        </w:rPr>
        <w:t>.</w:t>
      </w:r>
    </w:p>
    <w:p w14:paraId="6A7B33C3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Стоимость Работ является твердой и включает в себя компенсацию всех издержек Исполнителя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необходимых для исполнения Договора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Дополнительные расходы подлежат возмещению только при наличии предварительного письменного согласия Заказчика</w:t>
      </w:r>
      <w:r w:rsidRPr="0003317F">
        <w:rPr>
          <w:sz w:val="20"/>
          <w:szCs w:val="20"/>
          <w:lang w:val="ru-RU"/>
        </w:rPr>
        <w:t>.</w:t>
      </w:r>
    </w:p>
    <w:p w14:paraId="137DB4A8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Обязательство Заказчика по оплате возникает только при наличии подписанного обеими Сторонами Акта сдачи</w:t>
      </w:r>
      <w:r w:rsidRPr="0003317F">
        <w:rPr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Работ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при соблюдении иных условий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установленных Договором</w:t>
      </w:r>
      <w:r w:rsidRPr="0003317F">
        <w:rPr>
          <w:sz w:val="20"/>
          <w:szCs w:val="20"/>
          <w:lang w:val="ru-RU"/>
        </w:rPr>
        <w:t>.</w:t>
      </w:r>
    </w:p>
    <w:p w14:paraId="58884B53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имеет право приостановить оплату Работ в случае выявления недостатков до момента их полного устранения Исполнителем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Начисление неустойки за просрочку оплаты в этот период не производится</w:t>
      </w:r>
      <w:r w:rsidRPr="0003317F">
        <w:rPr>
          <w:sz w:val="20"/>
          <w:szCs w:val="20"/>
          <w:lang w:val="ru-RU"/>
        </w:rPr>
        <w:t>.</w:t>
      </w:r>
    </w:p>
    <w:p w14:paraId="7FBE9520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подтверждает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он уведомлен о том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финансирование работ по настоящему Договору осуществляется за счет средств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получаемых от основного клиента Заказчика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 принимает на себя риски возможной задержки оплаты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связанные с несвоевременным перечислением средств от основного клиента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Начисление неустойки за просрочку оплаты в этот период не производится</w:t>
      </w:r>
      <w:r w:rsidRPr="0003317F">
        <w:rPr>
          <w:sz w:val="20"/>
          <w:szCs w:val="20"/>
          <w:lang w:val="ru-RU"/>
        </w:rPr>
        <w:t>.</w:t>
      </w:r>
    </w:p>
    <w:p w14:paraId="4D6BF4FE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 договоренности Сторон оплата вознаграждения Исполнителя допускается иным способом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отличным от предусмотренного Договором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 том числе</w:t>
      </w:r>
      <w:r w:rsidRPr="0003317F">
        <w:rPr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третьим лицом за Заказчика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перечисление Заказчиком средств на иные реквизиты Исполнителя или третьему лицу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указанному Исполнителем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Использование альтернативных способов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реквизитов или получателей платежа является правом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не обязанностью Заказчика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Обязательство Заказчика считается надлежаще исполненным в момент списания средств с его счета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Исполнитель несет все риски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включая несанкционированный доступ к электронным каналам связи</w:t>
      </w:r>
      <w:r w:rsidRPr="0003317F">
        <w:rPr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связанные с направлением указаний об изменении порядка или получателя оплаты</w:t>
      </w:r>
      <w:r w:rsidRPr="0003317F">
        <w:rPr>
          <w:sz w:val="20"/>
          <w:szCs w:val="20"/>
          <w:lang w:val="ru-RU"/>
        </w:rPr>
        <w:t xml:space="preserve">.  </w:t>
      </w:r>
    </w:p>
    <w:p w14:paraId="41A2A497" w14:textId="77777777" w:rsidR="008C51D8" w:rsidRDefault="00AB0B5D">
      <w:pPr>
        <w:pStyle w:val="af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ИНТЕЛЛЕКТУАЛЬНАЯ СОБСТВЕННОСТЬ</w:t>
      </w:r>
    </w:p>
    <w:p w14:paraId="17911969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Режим прав</w:t>
      </w:r>
      <w:r w:rsidRPr="0003317F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  Права на результаты работ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далее – РИД или Результат</w:t>
      </w:r>
      <w:r w:rsidRPr="0003317F">
        <w:rPr>
          <w:sz w:val="20"/>
          <w:szCs w:val="20"/>
          <w:lang w:val="ru-RU"/>
        </w:rPr>
        <w:t xml:space="preserve">) переходят к Заказчику в момент создания РИД в объективной форме. </w:t>
      </w:r>
      <w:r>
        <w:rPr>
          <w:sz w:val="20"/>
          <w:szCs w:val="20"/>
          <w:lang w:val="ru-RU"/>
        </w:rPr>
        <w:t>Стороны договорились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в отношении создаваемых Исполнителем объектов смежных прав </w:t>
      </w:r>
      <w:r w:rsidRPr="0003317F">
        <w:rPr>
          <w:sz w:val="20"/>
          <w:szCs w:val="20"/>
          <w:lang w:val="ru-RU"/>
        </w:rPr>
        <w:t xml:space="preserve">(исполнений, </w:t>
      </w:r>
      <w:r>
        <w:rPr>
          <w:sz w:val="20"/>
          <w:szCs w:val="20"/>
          <w:lang w:val="ru-RU"/>
        </w:rPr>
        <w:t>ролей</w:t>
      </w:r>
      <w:r w:rsidRPr="0003317F">
        <w:rPr>
          <w:sz w:val="20"/>
          <w:szCs w:val="20"/>
          <w:lang w:val="ru-RU"/>
        </w:rPr>
        <w:t xml:space="preserve">) и авторских прав (если применимо) </w:t>
      </w:r>
      <w:r>
        <w:rPr>
          <w:sz w:val="20"/>
          <w:szCs w:val="20"/>
          <w:lang w:val="ru-RU"/>
        </w:rPr>
        <w:t>действует режим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указанный в Таблице «Коммерческие условия»</w:t>
      </w:r>
      <w:r w:rsidRPr="0003317F">
        <w:rPr>
          <w:sz w:val="20"/>
          <w:szCs w:val="20"/>
          <w:lang w:val="ru-RU"/>
        </w:rPr>
        <w:t>:</w:t>
      </w:r>
    </w:p>
    <w:p w14:paraId="3488A1D8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Условия при Отчуждении</w:t>
      </w:r>
      <w:r w:rsidRPr="0003317F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> Если в Таблице указан режим «Отчуждение»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Исполнитель передает Заказчику исключительное право на РИД в полном объеме </w:t>
      </w:r>
      <w:r w:rsidRPr="0003317F">
        <w:rPr>
          <w:sz w:val="20"/>
          <w:szCs w:val="20"/>
          <w:lang w:val="ru-RU"/>
        </w:rPr>
        <w:t xml:space="preserve">(ст. 1234 </w:t>
      </w:r>
      <w:r>
        <w:rPr>
          <w:sz w:val="20"/>
          <w:szCs w:val="20"/>
          <w:lang w:val="ru-RU"/>
        </w:rPr>
        <w:t>ГК РФ</w:t>
      </w:r>
      <w:r w:rsidRPr="0003317F">
        <w:rPr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Исполнитель не сохраняет за собой права использовать РИД даже для собственных нужд</w:t>
      </w:r>
      <w:r w:rsidRPr="0003317F">
        <w:rPr>
          <w:sz w:val="20"/>
          <w:szCs w:val="20"/>
          <w:lang w:val="ru-RU"/>
        </w:rPr>
        <w:t>.</w:t>
      </w:r>
    </w:p>
    <w:p w14:paraId="78B5A6FE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lastRenderedPageBreak/>
        <w:t>Условия при Лицензировании</w:t>
      </w:r>
      <w:r w:rsidRPr="0003317F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> Если в Таблице указан режим «Лицензия»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Заказчик получает право использования РИД в пределах параметров </w:t>
      </w:r>
      <w:r w:rsidRPr="0003317F">
        <w:rPr>
          <w:sz w:val="20"/>
          <w:szCs w:val="20"/>
          <w:lang w:val="ru-RU"/>
        </w:rPr>
        <w:t xml:space="preserve">(срок, </w:t>
      </w:r>
      <w:r>
        <w:rPr>
          <w:sz w:val="20"/>
          <w:szCs w:val="20"/>
          <w:lang w:val="ru-RU"/>
        </w:rPr>
        <w:t>территория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тип лицензии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способы</w:t>
      </w:r>
      <w:r w:rsidRPr="0003317F">
        <w:rPr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зафиксированных в таблице «Коммерческие условия»</w:t>
      </w:r>
      <w:r w:rsidRPr="0003317F">
        <w:rPr>
          <w:sz w:val="20"/>
          <w:szCs w:val="20"/>
          <w:lang w:val="ru-RU"/>
        </w:rPr>
        <w:t>.</w:t>
      </w:r>
    </w:p>
    <w:p w14:paraId="6BD46212" w14:textId="77777777" w:rsidR="008C51D8" w:rsidRDefault="00AB0B5D">
      <w:pPr>
        <w:pStyle w:val="af"/>
        <w:numPr>
          <w:ilvl w:val="1"/>
          <w:numId w:val="9"/>
        </w:numPr>
        <w:spacing w:after="0"/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рамках Договора в понятие РИД входят любые результаты интеллектуальной деятельности Исполнителя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созданные в процессе постановки видеоролика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но не ограничиваясь</w:t>
      </w:r>
      <w:r w:rsidRPr="0003317F">
        <w:rPr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режиссерский сценарий</w:t>
      </w:r>
      <w:r w:rsidRPr="0003317F">
        <w:rPr>
          <w:sz w:val="20"/>
          <w:szCs w:val="20"/>
          <w:lang w:val="ru-RU"/>
        </w:rPr>
        <w:t xml:space="preserve">, </w:t>
      </w:r>
      <w:proofErr w:type="spellStart"/>
      <w:r>
        <w:rPr>
          <w:sz w:val="20"/>
          <w:szCs w:val="20"/>
          <w:lang w:val="ru-RU"/>
        </w:rPr>
        <w:t>тритмент</w:t>
      </w:r>
      <w:proofErr w:type="spellEnd"/>
      <w:r w:rsidRPr="0003317F">
        <w:rPr>
          <w:sz w:val="20"/>
          <w:szCs w:val="20"/>
          <w:lang w:val="ru-RU"/>
        </w:rPr>
        <w:t>, раскадровки (</w:t>
      </w:r>
      <w:proofErr w:type="spellStart"/>
      <w:r>
        <w:rPr>
          <w:sz w:val="20"/>
          <w:szCs w:val="20"/>
          <w:lang w:val="ru-RU"/>
        </w:rPr>
        <w:t>сториборды</w:t>
      </w:r>
      <w:proofErr w:type="spellEnd"/>
      <w:r w:rsidRPr="0003317F">
        <w:rPr>
          <w:sz w:val="20"/>
          <w:szCs w:val="20"/>
          <w:lang w:val="ru-RU"/>
        </w:rPr>
        <w:t xml:space="preserve">), </w:t>
      </w:r>
      <w:proofErr w:type="spellStart"/>
      <w:r>
        <w:rPr>
          <w:sz w:val="20"/>
          <w:szCs w:val="20"/>
          <w:lang w:val="ru-RU"/>
        </w:rPr>
        <w:t>мудборды</w:t>
      </w:r>
      <w:proofErr w:type="spellEnd"/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черновой монтаж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Дополнительно Исполнитель дает Заказчику бессрочное согласие на использование своего изображения и голоса </w:t>
      </w:r>
      <w:r w:rsidRPr="0003317F">
        <w:rPr>
          <w:sz w:val="20"/>
          <w:szCs w:val="20"/>
          <w:lang w:val="ru-RU"/>
        </w:rPr>
        <w:t xml:space="preserve">(ст. 152.1 </w:t>
      </w:r>
      <w:r>
        <w:rPr>
          <w:sz w:val="20"/>
          <w:szCs w:val="20"/>
          <w:lang w:val="ru-RU"/>
        </w:rPr>
        <w:t>ГК РФ</w:t>
      </w:r>
      <w:r w:rsidRPr="0003317F">
        <w:rPr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 xml:space="preserve">зафиксированных в процессе съемок </w:t>
      </w:r>
      <w:r w:rsidRPr="0003317F">
        <w:rPr>
          <w:sz w:val="20"/>
          <w:szCs w:val="20"/>
          <w:lang w:val="ru-RU"/>
        </w:rPr>
        <w:t>(</w:t>
      </w:r>
      <w:proofErr w:type="spellStart"/>
      <w:r>
        <w:rPr>
          <w:sz w:val="20"/>
          <w:szCs w:val="20"/>
          <w:lang w:val="ru-RU"/>
        </w:rPr>
        <w:t>бэкстейджи</w:t>
      </w:r>
      <w:proofErr w:type="spellEnd"/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фильмы о фильме</w:t>
      </w:r>
      <w:r w:rsidRPr="0003317F">
        <w:rPr>
          <w:sz w:val="20"/>
          <w:szCs w:val="20"/>
          <w:lang w:val="ru-RU"/>
        </w:rPr>
        <w:t>).</w:t>
      </w:r>
    </w:p>
    <w:p w14:paraId="4DC339DC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имеет право уступать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передавать третьим лицам принадлежащие ему в соответствии с Договором права полностью или частично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или иным образом распоряжаться правами без получения согласия Исполнителя</w:t>
      </w:r>
      <w:r w:rsidRPr="0003317F">
        <w:rPr>
          <w:sz w:val="20"/>
          <w:szCs w:val="20"/>
          <w:lang w:val="ru-RU"/>
        </w:rPr>
        <w:t xml:space="preserve">. Заказчик, </w:t>
      </w:r>
      <w:r>
        <w:rPr>
          <w:sz w:val="20"/>
          <w:szCs w:val="20"/>
          <w:lang w:val="ru-RU"/>
        </w:rPr>
        <w:t>в том числе любые третьи лица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 обязаны представлять Исполнителю отчеты об использовании РИД</w:t>
      </w:r>
      <w:r w:rsidRPr="0003317F">
        <w:rPr>
          <w:sz w:val="20"/>
          <w:szCs w:val="20"/>
          <w:lang w:val="ru-RU"/>
        </w:rPr>
        <w:t>.</w:t>
      </w:r>
    </w:p>
    <w:p w14:paraId="558F875C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Личные неимущественные права и согласия</w:t>
      </w:r>
      <w:r w:rsidRPr="0003317F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Независимо от выбранного режима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отчуждение или лицензия</w:t>
      </w:r>
      <w:r w:rsidRPr="0003317F">
        <w:rPr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 xml:space="preserve">Исполнитель предоставляет Заказчику следующие согласия </w:t>
      </w:r>
      <w:r w:rsidRPr="0003317F">
        <w:rPr>
          <w:sz w:val="20"/>
          <w:szCs w:val="20"/>
          <w:lang w:val="ru-RU"/>
        </w:rPr>
        <w:t xml:space="preserve">(ст. 1266, 1268 </w:t>
      </w:r>
      <w:r>
        <w:rPr>
          <w:sz w:val="20"/>
          <w:szCs w:val="20"/>
          <w:lang w:val="ru-RU"/>
        </w:rPr>
        <w:t>ГК РФ</w:t>
      </w:r>
      <w:r w:rsidRPr="0003317F">
        <w:rPr>
          <w:sz w:val="20"/>
          <w:szCs w:val="20"/>
          <w:lang w:val="ru-RU"/>
        </w:rPr>
        <w:t>):</w:t>
      </w:r>
    </w:p>
    <w:p w14:paraId="7E48B779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</w:rPr>
      </w:pPr>
      <w:r w:rsidRPr="0003317F">
        <w:rPr>
          <w:sz w:val="20"/>
          <w:szCs w:val="20"/>
          <w:lang w:val="ru-RU"/>
        </w:rPr>
        <w:t>Право на обнародование:</w:t>
      </w:r>
      <w:r>
        <w:rPr>
          <w:sz w:val="20"/>
          <w:szCs w:val="20"/>
          <w:lang w:val="ru-RU"/>
        </w:rPr>
        <w:t> Исполнитель дает согласие на обнародование РИД Заказчиком любым способом по усмотрению Заказчика</w:t>
      </w:r>
      <w:r>
        <w:rPr>
          <w:sz w:val="20"/>
          <w:szCs w:val="20"/>
        </w:rPr>
        <w:t>.</w:t>
      </w:r>
    </w:p>
    <w:p w14:paraId="46B3A21B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Анонимное использование</w:t>
      </w:r>
      <w:r w:rsidRPr="0003317F">
        <w:rPr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 Заказчик имеет право использовать РИД без указания имени автора </w:t>
      </w:r>
      <w:r w:rsidRPr="0003317F">
        <w:rPr>
          <w:sz w:val="20"/>
          <w:szCs w:val="20"/>
          <w:lang w:val="ru-RU"/>
        </w:rPr>
        <w:t>(Исполнителя).</w:t>
      </w:r>
    </w:p>
    <w:p w14:paraId="745EB71A" w14:textId="77777777" w:rsidR="008C51D8" w:rsidRPr="0003317F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 w:rsidRPr="0003317F">
        <w:rPr>
          <w:sz w:val="20"/>
          <w:szCs w:val="20"/>
          <w:lang w:val="ru-RU"/>
        </w:rPr>
        <w:t>Внесение изменений:</w:t>
      </w:r>
      <w:r>
        <w:rPr>
          <w:sz w:val="20"/>
          <w:szCs w:val="20"/>
          <w:lang w:val="ru-RU"/>
        </w:rPr>
        <w:t> Исполнитель дает безотзывное согласие на внесение в РИД любых изменений</w:t>
      </w:r>
      <w:r w:rsidRPr="0003317F">
        <w:rPr>
          <w:sz w:val="20"/>
          <w:szCs w:val="20"/>
          <w:lang w:val="ru-RU"/>
        </w:rPr>
        <w:t xml:space="preserve">, сокращений, дополнений, </w:t>
      </w:r>
      <w:r>
        <w:rPr>
          <w:sz w:val="20"/>
          <w:szCs w:val="20"/>
          <w:lang w:val="ru-RU"/>
        </w:rPr>
        <w:t xml:space="preserve">снабжение иллюстрациями и комментариями </w:t>
      </w:r>
      <w:r w:rsidRPr="0003317F">
        <w:rPr>
          <w:sz w:val="20"/>
          <w:szCs w:val="20"/>
          <w:lang w:val="ru-RU"/>
        </w:rPr>
        <w:t>(право на переработку)</w:t>
      </w:r>
      <w:proofErr w:type="gramStart"/>
      <w:r w:rsidRPr="0003317F">
        <w:rPr>
          <w:sz w:val="20"/>
          <w:szCs w:val="20"/>
          <w:lang w:val="ru-RU"/>
        </w:rPr>
        <w:t xml:space="preserve">. </w:t>
      </w:r>
      <w:r w:rsidRPr="0003317F">
        <w:rPr>
          <w:b/>
          <w:bCs/>
          <w:sz w:val="20"/>
          <w:szCs w:val="20"/>
          <w:lang w:val="ru-RU"/>
        </w:rPr>
        <w:t>:</w:t>
      </w:r>
      <w:proofErr w:type="gramEnd"/>
      <w:r w:rsidRPr="0003317F">
        <w:rPr>
          <w:sz w:val="20"/>
          <w:szCs w:val="20"/>
          <w:lang w:val="ru-RU"/>
        </w:rPr>
        <w:t xml:space="preserve"> В рамках согласия на внесение изменений, </w:t>
      </w:r>
      <w:r>
        <w:rPr>
          <w:sz w:val="20"/>
          <w:szCs w:val="20"/>
          <w:lang w:val="ru-RU"/>
        </w:rPr>
        <w:t>Исполнитель прямо разрешает Заказчику создавать аранжировки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ремиксы</w:t>
      </w:r>
      <w:r w:rsidRPr="0003317F">
        <w:rPr>
          <w:sz w:val="20"/>
          <w:szCs w:val="20"/>
          <w:lang w:val="ru-RU"/>
        </w:rPr>
        <w:t xml:space="preserve">, изменять темп, </w:t>
      </w:r>
      <w:r>
        <w:rPr>
          <w:sz w:val="20"/>
          <w:szCs w:val="20"/>
          <w:lang w:val="ru-RU"/>
        </w:rPr>
        <w:t>тональность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длительность РИД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накладывать дикторский голос и </w:t>
      </w:r>
      <w:proofErr w:type="spellStart"/>
      <w:r>
        <w:rPr>
          <w:sz w:val="20"/>
          <w:szCs w:val="20"/>
          <w:lang w:val="ru-RU"/>
        </w:rPr>
        <w:t>интершумы</w:t>
      </w:r>
      <w:proofErr w:type="spellEnd"/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зацикливать фрагменты</w:t>
      </w:r>
      <w:r w:rsidRPr="0003317F">
        <w:rPr>
          <w:sz w:val="20"/>
          <w:szCs w:val="20"/>
          <w:lang w:val="ru-RU"/>
        </w:rPr>
        <w:t>.</w:t>
      </w:r>
    </w:p>
    <w:p w14:paraId="70A363B8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Использование РИД в составе сложного объекта</w:t>
      </w:r>
      <w:r w:rsidRPr="0003317F">
        <w:rPr>
          <w:b/>
          <w:bCs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Исполнитель дает свое согласие на</w:t>
      </w:r>
      <w:r w:rsidRPr="0003317F">
        <w:rPr>
          <w:sz w:val="20"/>
          <w:szCs w:val="20"/>
          <w:lang w:val="ru-RU"/>
        </w:rPr>
        <w:t>:</w:t>
      </w:r>
    </w:p>
    <w:p w14:paraId="47356CAD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Включение РИД в любую версию сложного объекта </w:t>
      </w:r>
      <w:r w:rsidRPr="0003317F">
        <w:rPr>
          <w:sz w:val="20"/>
          <w:szCs w:val="20"/>
          <w:lang w:val="ru-RU"/>
        </w:rPr>
        <w:t xml:space="preserve">(например, видеоролика, </w:t>
      </w:r>
      <w:r>
        <w:rPr>
          <w:sz w:val="20"/>
          <w:szCs w:val="20"/>
          <w:lang w:val="ru-RU"/>
        </w:rPr>
        <w:t>включая тизеры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трейлеры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режиссерские версии</w:t>
      </w:r>
      <w:r>
        <w:rPr>
          <w:sz w:val="20"/>
          <w:szCs w:val="20"/>
          <w:lang w:val="it-IT"/>
        </w:rPr>
        <w:t>);</w:t>
      </w:r>
    </w:p>
    <w:p w14:paraId="6796F2CD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Фрагментарное использование РИД вне состава сложного объекта </w:t>
      </w:r>
      <w:r w:rsidRPr="0003317F">
        <w:rPr>
          <w:sz w:val="20"/>
          <w:szCs w:val="20"/>
          <w:lang w:val="ru-RU"/>
        </w:rPr>
        <w:t xml:space="preserve">(например, в рекламе, </w:t>
      </w:r>
      <w:r>
        <w:rPr>
          <w:sz w:val="20"/>
          <w:szCs w:val="20"/>
          <w:lang w:val="ru-RU"/>
        </w:rPr>
        <w:t>на баннерах</w:t>
      </w:r>
      <w:r w:rsidRPr="0003317F">
        <w:rPr>
          <w:sz w:val="20"/>
          <w:szCs w:val="20"/>
          <w:lang w:val="ru-RU"/>
        </w:rPr>
        <w:t>, в промо-материалах</w:t>
      </w:r>
      <w:r>
        <w:rPr>
          <w:sz w:val="20"/>
          <w:szCs w:val="20"/>
          <w:lang w:val="it-IT"/>
        </w:rPr>
        <w:t>);</w:t>
      </w:r>
    </w:p>
    <w:p w14:paraId="24ED8707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Отдельное использование звука</w:t>
      </w:r>
      <w:r w:rsidRPr="0003317F">
        <w:rPr>
          <w:sz w:val="20"/>
          <w:szCs w:val="20"/>
          <w:lang w:val="ru-RU"/>
        </w:rPr>
        <w:t>, зафиксированного в РИД в составе сложного объекта (</w:t>
      </w:r>
      <w:r>
        <w:rPr>
          <w:sz w:val="20"/>
          <w:szCs w:val="20"/>
          <w:lang w:val="ru-RU"/>
        </w:rPr>
        <w:t>если применимо к типу Работ</w:t>
      </w:r>
      <w:r w:rsidRPr="0003317F">
        <w:rPr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отдельно от видеоряда</w:t>
      </w:r>
      <w:r w:rsidRPr="0003317F">
        <w:rPr>
          <w:sz w:val="20"/>
          <w:szCs w:val="20"/>
          <w:lang w:val="ru-RU"/>
        </w:rPr>
        <w:t>.</w:t>
      </w:r>
    </w:p>
    <w:p w14:paraId="4761E83E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Право на синхронизацию</w:t>
      </w:r>
      <w:r w:rsidRPr="0003317F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Исполнитель дает согласие на соединение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синхронизацию</w:t>
      </w:r>
      <w:r w:rsidRPr="0003317F">
        <w:rPr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РИД с визуальным рядом аудиовизуального произведения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любыми иными звуковыми и визуальными элементами</w:t>
      </w:r>
      <w:r w:rsidRPr="0003317F">
        <w:rPr>
          <w:sz w:val="20"/>
          <w:szCs w:val="20"/>
          <w:lang w:val="ru-RU"/>
        </w:rPr>
        <w:t>.</w:t>
      </w:r>
    </w:p>
    <w:p w14:paraId="12175E0E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Вознаграждение</w:t>
      </w:r>
      <w:r w:rsidRPr="0003317F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 Вознаграждение за отчуждение права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или за предоставление лицензии</w:t>
      </w:r>
      <w:r w:rsidRPr="0003317F">
        <w:rPr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а также за все согласия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данные в п</w:t>
      </w:r>
      <w:r w:rsidRPr="0003317F">
        <w:rPr>
          <w:sz w:val="20"/>
          <w:szCs w:val="20"/>
          <w:lang w:val="ru-RU"/>
        </w:rPr>
        <w:t xml:space="preserve">. 5.4, </w:t>
      </w:r>
      <w:r>
        <w:rPr>
          <w:sz w:val="20"/>
          <w:szCs w:val="20"/>
          <w:lang w:val="ru-RU"/>
        </w:rPr>
        <w:t>включено в общую стоимость Работ по Договору и дополнительной оплате не подлежит</w:t>
      </w:r>
      <w:r w:rsidRPr="0003317F">
        <w:rPr>
          <w:sz w:val="20"/>
          <w:szCs w:val="20"/>
          <w:lang w:val="ru-RU"/>
        </w:rPr>
        <w:t>.</w:t>
      </w:r>
    </w:p>
    <w:p w14:paraId="257FF629" w14:textId="77777777" w:rsidR="008C51D8" w:rsidRPr="0003317F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 w:rsidRPr="0003317F">
        <w:rPr>
          <w:sz w:val="20"/>
          <w:szCs w:val="20"/>
          <w:lang w:val="ru-RU"/>
        </w:rPr>
        <w:t xml:space="preserve"> </w:t>
      </w:r>
      <w:r w:rsidRPr="0003317F">
        <w:rPr>
          <w:b/>
          <w:bCs/>
          <w:sz w:val="20"/>
          <w:szCs w:val="20"/>
          <w:lang w:val="ru-RU"/>
        </w:rPr>
        <w:t>Гарантии Исполнителя в отношении РИД:</w:t>
      </w:r>
    </w:p>
    <w:p w14:paraId="391349C7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Результат Работ создан творческим трудом Исполнителя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является полностью новым и оригинальным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Исполнитель не заимствовал части РИД из произведений других авторов без законных оснований</w:t>
      </w:r>
      <w:r w:rsidRPr="0003317F">
        <w:rPr>
          <w:sz w:val="20"/>
          <w:szCs w:val="20"/>
          <w:lang w:val="ru-RU"/>
        </w:rPr>
        <w:t>.</w:t>
      </w:r>
    </w:p>
    <w:p w14:paraId="34022AB0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В случае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РИД будет создан по поручению Исполнителя третьими лицами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Исполнитель предпримет все необходимые меры и заключит все необходимые договоры с авторами РИД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с лицами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участвующими в создании РИД и</w:t>
      </w:r>
      <w:r w:rsidRPr="0003317F">
        <w:rPr>
          <w:sz w:val="20"/>
          <w:szCs w:val="20"/>
          <w:lang w:val="ru-RU"/>
        </w:rPr>
        <w:t xml:space="preserve">, при необходимости, с лицами, </w:t>
      </w:r>
      <w:r>
        <w:rPr>
          <w:sz w:val="20"/>
          <w:szCs w:val="20"/>
          <w:lang w:val="ru-RU"/>
        </w:rPr>
        <w:t>владеющими исключительными правами на РИД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для приобретения авторских и смежных прав в полном объеме с возможностью передачи их Заказчику в объеме и на условиях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предусмотренных Договором</w:t>
      </w:r>
      <w:r w:rsidRPr="0003317F">
        <w:rPr>
          <w:sz w:val="20"/>
          <w:szCs w:val="20"/>
          <w:lang w:val="ru-RU"/>
        </w:rPr>
        <w:t>.</w:t>
      </w:r>
    </w:p>
    <w:p w14:paraId="522C8225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Исключительное право на РИД не отчуждено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 заложено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 находится под арестом и не обременено правами третьих лиц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Исполнитель не заключал договоров с третьими лицами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которые могли бы помешать переходу прав к Заказчику</w:t>
      </w:r>
      <w:r w:rsidRPr="0003317F">
        <w:rPr>
          <w:sz w:val="20"/>
          <w:szCs w:val="20"/>
          <w:lang w:val="ru-RU"/>
        </w:rPr>
        <w:t>.</w:t>
      </w:r>
    </w:p>
    <w:p w14:paraId="1089A7FA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Использование РИД Заказчиком не приведет к нарушению авторских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смежных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патентных прав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прав на товарные знаки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прав на неприкосновенность частной жизни и изображение гражданина</w:t>
      </w:r>
      <w:r w:rsidRPr="0003317F">
        <w:rPr>
          <w:sz w:val="20"/>
          <w:szCs w:val="20"/>
          <w:lang w:val="ru-RU"/>
        </w:rPr>
        <w:t>.</w:t>
      </w:r>
    </w:p>
    <w:p w14:paraId="0BFDCFD4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нарушения любой из гарантий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указанных в п</w:t>
      </w:r>
      <w:r w:rsidRPr="0003317F">
        <w:rPr>
          <w:sz w:val="20"/>
          <w:szCs w:val="20"/>
          <w:lang w:val="ru-RU"/>
        </w:rPr>
        <w:t xml:space="preserve">. 5.7, </w:t>
      </w:r>
      <w:r>
        <w:rPr>
          <w:sz w:val="20"/>
          <w:szCs w:val="20"/>
          <w:lang w:val="ru-RU"/>
        </w:rPr>
        <w:t>Исполнитель обязуется</w:t>
      </w:r>
      <w:r w:rsidRPr="0003317F">
        <w:rPr>
          <w:sz w:val="20"/>
          <w:szCs w:val="20"/>
          <w:lang w:val="ru-RU"/>
        </w:rPr>
        <w:t>:</w:t>
      </w:r>
      <w:r w:rsidRPr="0003317F">
        <w:rPr>
          <w:sz w:val="20"/>
          <w:szCs w:val="20"/>
          <w:lang w:val="ru-RU"/>
        </w:rPr>
        <w:br/>
        <w:t xml:space="preserve">а) </w:t>
      </w:r>
      <w:r>
        <w:rPr>
          <w:sz w:val="20"/>
          <w:szCs w:val="20"/>
          <w:lang w:val="ru-RU"/>
        </w:rPr>
        <w:t>Своими силами и за свой счет урегулировать любые претензии третьих лиц</w:t>
      </w:r>
      <w:r w:rsidRPr="0003317F">
        <w:rPr>
          <w:sz w:val="20"/>
          <w:szCs w:val="20"/>
          <w:lang w:val="ru-RU"/>
        </w:rPr>
        <w:t>;</w:t>
      </w:r>
      <w:r w:rsidRPr="0003317F">
        <w:rPr>
          <w:sz w:val="20"/>
          <w:szCs w:val="20"/>
          <w:lang w:val="ru-RU"/>
        </w:rPr>
        <w:br/>
        <w:t>б</w:t>
      </w:r>
      <w:proofErr w:type="gramStart"/>
      <w:r w:rsidRPr="0003317F">
        <w:rPr>
          <w:sz w:val="20"/>
          <w:szCs w:val="20"/>
          <w:lang w:val="ru-RU"/>
        </w:rPr>
        <w:t>)</w:t>
      </w:r>
      <w:proofErr w:type="gramEnd"/>
      <w:r w:rsidRPr="0003317F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Возместить Заказчику документально подтвержденные убытки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включая судебные издержки и компенсации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выплаченные третьим лицам</w:t>
      </w:r>
      <w:r>
        <w:rPr>
          <w:sz w:val="20"/>
          <w:szCs w:val="20"/>
          <w:lang w:val="it-IT"/>
        </w:rPr>
        <w:t>);</w:t>
      </w:r>
      <w:r w:rsidRPr="0003317F">
        <w:rPr>
          <w:sz w:val="20"/>
          <w:szCs w:val="20"/>
          <w:lang w:val="ru-RU"/>
        </w:rPr>
        <w:br/>
        <w:t xml:space="preserve">в) </w:t>
      </w:r>
      <w:r>
        <w:rPr>
          <w:sz w:val="20"/>
          <w:szCs w:val="20"/>
          <w:lang w:val="ru-RU"/>
        </w:rPr>
        <w:t>По требованию Заказчика вернуть полную стоимость Работ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использование Результата стало невозможным из</w:t>
      </w:r>
      <w:r w:rsidRPr="0003317F">
        <w:rPr>
          <w:sz w:val="20"/>
          <w:szCs w:val="20"/>
          <w:lang w:val="ru-RU"/>
        </w:rPr>
        <w:t>-за юридических дефектов.</w:t>
      </w:r>
    </w:p>
    <w:p w14:paraId="231ABFB9" w14:textId="77777777" w:rsidR="008C51D8" w:rsidRPr="0003317F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 w:rsidRPr="0003317F">
        <w:rPr>
          <w:b/>
          <w:bCs/>
          <w:sz w:val="20"/>
          <w:szCs w:val="20"/>
          <w:lang w:val="ru-RU"/>
        </w:rPr>
        <w:t>Ограничение на портфолио.</w:t>
      </w:r>
      <w:r>
        <w:rPr>
          <w:sz w:val="20"/>
          <w:szCs w:val="20"/>
          <w:lang w:val="ru-RU"/>
        </w:rPr>
        <w:t> Исполнитель не вправе использовать РИД для целей саморекламы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демонстрации в портфолио</w:t>
      </w:r>
      <w:r w:rsidRPr="0003317F">
        <w:rPr>
          <w:sz w:val="20"/>
          <w:szCs w:val="20"/>
          <w:lang w:val="ru-RU"/>
        </w:rPr>
        <w:t xml:space="preserve">, </w:t>
      </w:r>
      <w:proofErr w:type="spellStart"/>
      <w:r>
        <w:rPr>
          <w:sz w:val="20"/>
          <w:szCs w:val="20"/>
          <w:lang w:val="ru-RU"/>
        </w:rPr>
        <w:t>шоурилах</w:t>
      </w:r>
      <w:proofErr w:type="spellEnd"/>
      <w:r w:rsidRPr="0003317F">
        <w:rPr>
          <w:sz w:val="20"/>
          <w:szCs w:val="20"/>
          <w:lang w:val="ru-RU"/>
        </w:rPr>
        <w:t xml:space="preserve">, на личном сайте, </w:t>
      </w:r>
      <w:r>
        <w:rPr>
          <w:sz w:val="20"/>
          <w:szCs w:val="20"/>
          <w:lang w:val="ru-RU"/>
        </w:rPr>
        <w:t>в социальных сетях или на профессиональных биржах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а также для целей создания режиссерской версии видеоролика без получения предварительного письменного согласия Заказчика </w:t>
      </w:r>
      <w:r w:rsidRPr="0003317F">
        <w:rPr>
          <w:sz w:val="20"/>
          <w:szCs w:val="20"/>
          <w:lang w:val="ru-RU"/>
        </w:rPr>
        <w:t xml:space="preserve">(в т.ч. </w:t>
      </w:r>
      <w:r>
        <w:rPr>
          <w:sz w:val="20"/>
          <w:szCs w:val="20"/>
          <w:lang w:val="ru-RU"/>
        </w:rPr>
        <w:t>по электронной почте или в мессенджере</w:t>
      </w:r>
      <w:r w:rsidRPr="0003317F">
        <w:rPr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или если иное не определено в разделе «Коммерческие условия Договора»</w:t>
      </w:r>
      <w:r w:rsidRPr="0003317F">
        <w:rPr>
          <w:sz w:val="20"/>
          <w:szCs w:val="20"/>
          <w:lang w:val="ru-RU"/>
        </w:rPr>
        <w:t>.</w:t>
      </w:r>
    </w:p>
    <w:p w14:paraId="5439EF87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Архивное хранение</w:t>
      </w:r>
      <w:proofErr w:type="gramStart"/>
      <w:r w:rsidRPr="0003317F">
        <w:rPr>
          <w:b/>
          <w:bCs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Если</w:t>
      </w:r>
      <w:proofErr w:type="gramEnd"/>
      <w:r>
        <w:rPr>
          <w:sz w:val="20"/>
          <w:szCs w:val="20"/>
          <w:lang w:val="ru-RU"/>
        </w:rPr>
        <w:t xml:space="preserve"> условиями Договора предусмотрено предоставление Результата на условиях лицензии в сети Интернет</w:t>
      </w:r>
      <w:r w:rsidRPr="0003317F">
        <w:rPr>
          <w:sz w:val="20"/>
          <w:szCs w:val="20"/>
          <w:lang w:val="ru-RU"/>
        </w:rPr>
        <w:t xml:space="preserve">, то в таком случае истечение срока действия лицензии не влечет за собой обязанности Заказчика (клиента Заказчика) </w:t>
      </w:r>
      <w:r>
        <w:rPr>
          <w:sz w:val="20"/>
          <w:szCs w:val="20"/>
          <w:lang w:val="ru-RU"/>
        </w:rPr>
        <w:t xml:space="preserve">удалять РИД из материалов </w:t>
      </w:r>
      <w:r w:rsidRPr="0003317F">
        <w:rPr>
          <w:sz w:val="20"/>
          <w:szCs w:val="20"/>
          <w:lang w:val="ru-RU"/>
        </w:rPr>
        <w:t xml:space="preserve">(постов, статей, видеороликов), </w:t>
      </w:r>
      <w:r>
        <w:rPr>
          <w:sz w:val="20"/>
          <w:szCs w:val="20"/>
          <w:lang w:val="ru-RU"/>
        </w:rPr>
        <w:t>которые были правомерно опубликованы в сети Интернет в период срока действия лицензии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Сохранение доступа к таким материалам после истечения срока лицензии признается Сторонами архивным хранением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которое не требует выплаты дополнительного вознаграждения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 условии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Заказчик </w:t>
      </w:r>
      <w:r w:rsidRPr="0003317F">
        <w:rPr>
          <w:sz w:val="20"/>
          <w:szCs w:val="20"/>
          <w:lang w:val="ru-RU"/>
        </w:rPr>
        <w:t xml:space="preserve">(клиент Заказчика) </w:t>
      </w:r>
      <w:r>
        <w:rPr>
          <w:sz w:val="20"/>
          <w:szCs w:val="20"/>
          <w:lang w:val="ru-RU"/>
        </w:rPr>
        <w:t>не осуществляет повторной публикации РИД</w:t>
      </w:r>
      <w:r w:rsidRPr="0003317F">
        <w:rPr>
          <w:sz w:val="20"/>
          <w:szCs w:val="20"/>
          <w:lang w:val="ru-RU"/>
        </w:rPr>
        <w:t>.</w:t>
      </w:r>
    </w:p>
    <w:p w14:paraId="4DA6E748" w14:textId="77777777" w:rsidR="008C51D8" w:rsidRDefault="00AB0B5D">
      <w:pPr>
        <w:pStyle w:val="af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КОНФИДЕНЦИАЛЬНОСТЬ</w:t>
      </w:r>
    </w:p>
    <w:p w14:paraId="17039BD0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обязуются соблюдать режим конфиденциальности в отношении любой информации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полученной в ходе исполнения Договора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но не ограничиваясь</w:t>
      </w:r>
      <w:r w:rsidRPr="0003317F">
        <w:rPr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условия Договора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коммерческие данные</w:t>
      </w:r>
      <w:r w:rsidRPr="0003317F">
        <w:rPr>
          <w:sz w:val="20"/>
          <w:szCs w:val="20"/>
          <w:lang w:val="ru-RU"/>
        </w:rPr>
        <w:t xml:space="preserve">, технические задания, </w:t>
      </w:r>
      <w:r>
        <w:rPr>
          <w:sz w:val="20"/>
          <w:szCs w:val="20"/>
          <w:lang w:val="ru-RU"/>
        </w:rPr>
        <w:t>персональные данные</w:t>
      </w:r>
      <w:r w:rsidRPr="0003317F">
        <w:rPr>
          <w:sz w:val="20"/>
          <w:szCs w:val="20"/>
          <w:lang w:val="ru-RU"/>
        </w:rPr>
        <w:t>.</w:t>
      </w:r>
    </w:p>
    <w:p w14:paraId="007D2833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Обязательство о неразглашении действует в течение всего срока действия Договора и </w:t>
      </w:r>
      <w:r w:rsidRPr="0003317F">
        <w:rPr>
          <w:sz w:val="20"/>
          <w:szCs w:val="20"/>
          <w:lang w:val="ru-RU"/>
        </w:rPr>
        <w:t>3 (трех) лет после его прекращения.</w:t>
      </w:r>
    </w:p>
    <w:p w14:paraId="5C7BD164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Конфиденциальное обязательство не применяется к информации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которая</w:t>
      </w:r>
      <w:r w:rsidRPr="0003317F">
        <w:rPr>
          <w:sz w:val="20"/>
          <w:szCs w:val="20"/>
          <w:lang w:val="ru-RU"/>
        </w:rPr>
        <w:t xml:space="preserve">: (а) </w:t>
      </w:r>
      <w:r>
        <w:rPr>
          <w:sz w:val="20"/>
          <w:szCs w:val="20"/>
          <w:lang w:val="ru-RU"/>
        </w:rPr>
        <w:t>требуется раскрыть по решению суда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налоговых или государственных органов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при условии уведомления другой Стороны</w:t>
      </w:r>
      <w:r>
        <w:rPr>
          <w:sz w:val="20"/>
          <w:szCs w:val="20"/>
          <w:lang w:val="it-IT"/>
        </w:rPr>
        <w:t>); (</w:t>
      </w:r>
      <w:r w:rsidRPr="0003317F">
        <w:rPr>
          <w:sz w:val="20"/>
          <w:szCs w:val="20"/>
          <w:lang w:val="ru-RU"/>
        </w:rPr>
        <w:t xml:space="preserve">б) </w:t>
      </w:r>
      <w:r>
        <w:rPr>
          <w:sz w:val="20"/>
          <w:szCs w:val="20"/>
          <w:lang w:val="ru-RU"/>
        </w:rPr>
        <w:t>ставшей общеизвестной не по вине раскрывающей Стороны</w:t>
      </w:r>
      <w:r w:rsidRPr="0003317F">
        <w:rPr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предоставляемой собственному юристу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бухгалтеру или налоговому консультанту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при условии их письменного обязательства хранить тайну</w:t>
      </w:r>
      <w:r w:rsidRPr="0003317F">
        <w:rPr>
          <w:sz w:val="20"/>
          <w:szCs w:val="20"/>
          <w:lang w:val="ru-RU"/>
        </w:rPr>
        <w:t>).</w:t>
      </w:r>
    </w:p>
    <w:p w14:paraId="151CD142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вправе раскрыть содержание Договора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его условия и данные Исполнителя основному клиенту проекта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 рамках которого были выполнены Работы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Это не считается нарушением конфиденциальности и является необходимым условием функционирования проекта</w:t>
      </w:r>
      <w:r w:rsidRPr="0003317F">
        <w:rPr>
          <w:sz w:val="20"/>
          <w:szCs w:val="20"/>
          <w:lang w:val="ru-RU"/>
        </w:rPr>
        <w:t>.</w:t>
      </w:r>
    </w:p>
    <w:p w14:paraId="0D948D72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 xml:space="preserve">В случае нарушения Исполнителем условий конфиденциальности Заказчик вправе требовать штрафа в размере </w:t>
      </w:r>
      <w:r w:rsidRPr="0003317F">
        <w:rPr>
          <w:sz w:val="20"/>
          <w:szCs w:val="20"/>
          <w:lang w:val="ru-RU"/>
        </w:rPr>
        <w:t xml:space="preserve">100 000 </w:t>
      </w:r>
      <w:r>
        <w:rPr>
          <w:sz w:val="20"/>
          <w:szCs w:val="20"/>
          <w:lang w:val="ru-RU"/>
        </w:rPr>
        <w:t>рублей за каждый случай неправомерного раскрытия или использования Конфиденциальной информации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возмещение понесённых убытков</w:t>
      </w:r>
      <w:r w:rsidRPr="0003317F">
        <w:rPr>
          <w:sz w:val="20"/>
          <w:szCs w:val="20"/>
          <w:lang w:val="ru-RU"/>
        </w:rPr>
        <w:t>.</w:t>
      </w:r>
    </w:p>
    <w:p w14:paraId="1703184C" w14:textId="77777777" w:rsidR="008C51D8" w:rsidRDefault="00AB0B5D">
      <w:pPr>
        <w:pStyle w:val="af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ТЕХНИКА БЕЗОПАСНОСТИ </w:t>
      </w:r>
    </w:p>
    <w:p w14:paraId="6CC7D2D4" w14:textId="77777777" w:rsidR="008C51D8" w:rsidRPr="0003317F" w:rsidRDefault="00AB0B5D">
      <w:pPr>
        <w:pStyle w:val="af"/>
        <w:jc w:val="both"/>
        <w:rPr>
          <w:i/>
          <w:iCs/>
          <w:sz w:val="20"/>
          <w:szCs w:val="20"/>
          <w:u w:val="single"/>
          <w:lang w:val="ru-RU"/>
        </w:rPr>
      </w:pPr>
      <w:r>
        <w:rPr>
          <w:i/>
          <w:iCs/>
          <w:sz w:val="20"/>
          <w:szCs w:val="20"/>
          <w:u w:val="single"/>
          <w:lang w:val="ru-RU"/>
        </w:rPr>
        <w:t>Следующие условия применяются только к Исполнителям</w:t>
      </w:r>
      <w:r w:rsidRPr="0003317F">
        <w:rPr>
          <w:i/>
          <w:iCs/>
          <w:sz w:val="20"/>
          <w:szCs w:val="20"/>
          <w:u w:val="single"/>
          <w:lang w:val="ru-RU"/>
        </w:rPr>
        <w:t xml:space="preserve">, </w:t>
      </w:r>
      <w:r>
        <w:rPr>
          <w:i/>
          <w:iCs/>
          <w:sz w:val="20"/>
          <w:szCs w:val="20"/>
          <w:u w:val="single"/>
          <w:lang w:val="ru-RU"/>
        </w:rPr>
        <w:t xml:space="preserve">выполняющим Работы на физической площадке </w:t>
      </w:r>
      <w:r w:rsidRPr="0003317F">
        <w:rPr>
          <w:i/>
          <w:iCs/>
          <w:sz w:val="20"/>
          <w:szCs w:val="20"/>
          <w:u w:val="single"/>
          <w:lang w:val="ru-RU"/>
        </w:rPr>
        <w:t xml:space="preserve">(например, съемочная площадка) Заказчика. </w:t>
      </w:r>
      <w:r>
        <w:rPr>
          <w:i/>
          <w:iCs/>
          <w:sz w:val="20"/>
          <w:szCs w:val="20"/>
          <w:u w:val="single"/>
          <w:lang w:val="ru-RU"/>
        </w:rPr>
        <w:t xml:space="preserve">Если Исполнитель выполняет Работы полностью дистанционно </w:t>
      </w:r>
      <w:r w:rsidRPr="0003317F">
        <w:rPr>
          <w:i/>
          <w:iCs/>
          <w:sz w:val="20"/>
          <w:szCs w:val="20"/>
          <w:u w:val="single"/>
          <w:lang w:val="ru-RU"/>
        </w:rPr>
        <w:t xml:space="preserve">(через интернет), </w:t>
      </w:r>
      <w:r>
        <w:rPr>
          <w:i/>
          <w:iCs/>
          <w:sz w:val="20"/>
          <w:szCs w:val="20"/>
          <w:u w:val="single"/>
          <w:lang w:val="ru-RU"/>
        </w:rPr>
        <w:t>данный раздел не применяется</w:t>
      </w:r>
      <w:r w:rsidRPr="0003317F">
        <w:rPr>
          <w:i/>
          <w:iCs/>
          <w:sz w:val="20"/>
          <w:szCs w:val="20"/>
          <w:u w:val="single"/>
          <w:lang w:val="ru-RU"/>
        </w:rPr>
        <w:t>.</w:t>
      </w:r>
    </w:p>
    <w:p w14:paraId="48F00A33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работающий на площадке Заказчика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обязуется</w:t>
      </w:r>
      <w:r w:rsidRPr="0003317F">
        <w:rPr>
          <w:sz w:val="20"/>
          <w:szCs w:val="20"/>
          <w:lang w:val="ru-RU"/>
        </w:rPr>
        <w:t>:</w:t>
      </w:r>
    </w:p>
    <w:p w14:paraId="3BC411AE" w14:textId="77777777" w:rsidR="008C51D8" w:rsidRDefault="00AB0B5D">
      <w:pPr>
        <w:pStyle w:val="af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Соблюдать правила техники безопасности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охраны труда и противопожарной безопасности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действующие на объекте Заказчика</w:t>
      </w:r>
      <w:r w:rsidRPr="0003317F">
        <w:rPr>
          <w:sz w:val="20"/>
          <w:szCs w:val="20"/>
          <w:lang w:val="ru-RU"/>
        </w:rPr>
        <w:t>;</w:t>
      </w:r>
    </w:p>
    <w:p w14:paraId="6BE7212A" w14:textId="77777777" w:rsidR="008C51D8" w:rsidRDefault="00AB0B5D">
      <w:pPr>
        <w:pStyle w:val="af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Использовать средства индивидуальной защиты </w:t>
      </w:r>
      <w:r w:rsidRPr="0003317F">
        <w:rPr>
          <w:sz w:val="20"/>
          <w:szCs w:val="20"/>
          <w:lang w:val="ru-RU"/>
        </w:rPr>
        <w:t xml:space="preserve">(СИЗ) </w:t>
      </w:r>
      <w:r>
        <w:rPr>
          <w:sz w:val="20"/>
          <w:szCs w:val="20"/>
          <w:lang w:val="ru-RU"/>
        </w:rPr>
        <w:t>согласно установленным требованиям и инструкциям</w:t>
      </w:r>
      <w:r w:rsidRPr="0003317F">
        <w:rPr>
          <w:sz w:val="20"/>
          <w:szCs w:val="20"/>
          <w:lang w:val="ru-RU"/>
        </w:rPr>
        <w:t>;</w:t>
      </w:r>
    </w:p>
    <w:p w14:paraId="1CF04A1C" w14:textId="77777777" w:rsidR="008C51D8" w:rsidRDefault="00AB0B5D">
      <w:pPr>
        <w:pStyle w:val="af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 находиться в состоянии алкогольного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наркотического или иного опьянения</w:t>
      </w:r>
      <w:r w:rsidRPr="0003317F">
        <w:rPr>
          <w:sz w:val="20"/>
          <w:szCs w:val="20"/>
          <w:lang w:val="ru-RU"/>
        </w:rPr>
        <w:t>;</w:t>
      </w:r>
    </w:p>
    <w:p w14:paraId="4957E5C5" w14:textId="77777777" w:rsidR="008C51D8" w:rsidRDefault="00AB0B5D">
      <w:pPr>
        <w:pStyle w:val="af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Незамедлительно сообщать руководству Заказчика о несчастных случаях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травмах и опасных ситуациях</w:t>
      </w:r>
      <w:r w:rsidRPr="0003317F">
        <w:rPr>
          <w:sz w:val="20"/>
          <w:szCs w:val="20"/>
          <w:lang w:val="ru-RU"/>
        </w:rPr>
        <w:t>.</w:t>
      </w:r>
    </w:p>
    <w:p w14:paraId="4C1688FD" w14:textId="77777777" w:rsidR="008C51D8" w:rsidRDefault="00AB0B5D">
      <w:pPr>
        <w:pStyle w:val="af"/>
        <w:numPr>
          <w:ilvl w:val="1"/>
          <w:numId w:val="13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несёт полную личную ответственность за</w:t>
      </w:r>
      <w:r w:rsidRPr="0003317F">
        <w:rPr>
          <w:sz w:val="20"/>
          <w:szCs w:val="20"/>
          <w:lang w:val="ru-RU"/>
        </w:rPr>
        <w:t xml:space="preserve">: (а) </w:t>
      </w:r>
      <w:r>
        <w:rPr>
          <w:sz w:val="20"/>
          <w:szCs w:val="20"/>
          <w:lang w:val="ru-RU"/>
        </w:rPr>
        <w:t>соблюдение собственной безопасности и безопасности третьих лиц</w:t>
      </w:r>
      <w:r w:rsidRPr="0003317F">
        <w:rPr>
          <w:sz w:val="20"/>
          <w:szCs w:val="20"/>
          <w:lang w:val="ru-RU"/>
        </w:rPr>
        <w:t xml:space="preserve">; (б) </w:t>
      </w:r>
      <w:r>
        <w:rPr>
          <w:sz w:val="20"/>
          <w:szCs w:val="20"/>
          <w:lang w:val="ru-RU"/>
        </w:rPr>
        <w:t>вред здоровью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полученный им в результате нарушения требований ТБ и ОТ</w:t>
      </w:r>
      <w:r w:rsidRPr="0003317F">
        <w:rPr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материальный ущерб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вызванный его халатностью или нарушением правил</w:t>
      </w:r>
      <w:r w:rsidRPr="0003317F">
        <w:rPr>
          <w:sz w:val="20"/>
          <w:szCs w:val="20"/>
          <w:lang w:val="ru-RU"/>
        </w:rPr>
        <w:t>.</w:t>
      </w:r>
    </w:p>
    <w:p w14:paraId="17922442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обязуется компенсировать Заказчику все связанные расходы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медицинское обслуживание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судебные издержки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штрафы от инспекции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прочие убытки</w:t>
      </w:r>
      <w:r w:rsidRPr="0003317F">
        <w:rPr>
          <w:sz w:val="20"/>
          <w:szCs w:val="20"/>
          <w:lang w:val="ru-RU"/>
        </w:rPr>
        <w:t xml:space="preserve">) в течение 5 </w:t>
      </w:r>
      <w:r>
        <w:rPr>
          <w:sz w:val="20"/>
          <w:szCs w:val="20"/>
          <w:lang w:val="ru-RU"/>
        </w:rPr>
        <w:t>рабочих дней после получения требования с приложением подтверждающих документов</w:t>
      </w:r>
      <w:r w:rsidRPr="0003317F">
        <w:rPr>
          <w:sz w:val="20"/>
          <w:szCs w:val="20"/>
          <w:lang w:val="ru-RU"/>
        </w:rPr>
        <w:t>.</w:t>
      </w:r>
    </w:p>
    <w:p w14:paraId="5C85C35A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подтверждает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он не является наёмным работником Заказчика и самостоятельно несёт ответственность за своё здоровье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безопасность и соответствие правилам</w:t>
      </w:r>
      <w:r w:rsidRPr="0003317F">
        <w:rPr>
          <w:sz w:val="20"/>
          <w:szCs w:val="20"/>
          <w:lang w:val="ru-RU"/>
        </w:rPr>
        <w:t>.</w:t>
      </w:r>
    </w:p>
    <w:p w14:paraId="12A44990" w14:textId="77777777" w:rsidR="008C51D8" w:rsidRDefault="00AB0B5D">
      <w:pPr>
        <w:pStyle w:val="af"/>
        <w:numPr>
          <w:ilvl w:val="0"/>
          <w:numId w:val="14"/>
        </w:num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ПЕРСОНАЛЬНЫЕ ДАННЫЕ</w:t>
      </w:r>
    </w:p>
    <w:p w14:paraId="43A6C213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явно согласен на обработку его персональных данных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фамилия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имя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отчество</w:t>
      </w:r>
      <w:r w:rsidRPr="0003317F">
        <w:rPr>
          <w:sz w:val="20"/>
          <w:szCs w:val="20"/>
          <w:lang w:val="ru-RU"/>
        </w:rPr>
        <w:t xml:space="preserve">, номер телефона, </w:t>
      </w:r>
      <w:r>
        <w:rPr>
          <w:sz w:val="20"/>
          <w:szCs w:val="20"/>
          <w:lang w:val="ru-RU"/>
        </w:rPr>
        <w:t>электронная почта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паспортные данные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банковские реквизиты счёта</w:t>
      </w:r>
      <w:r w:rsidRPr="0003317F">
        <w:rPr>
          <w:sz w:val="20"/>
          <w:szCs w:val="20"/>
          <w:lang w:val="ru-RU"/>
        </w:rPr>
        <w:t xml:space="preserve">) в целях: (а) исполнения настоящего Договора; (б) </w:t>
      </w:r>
      <w:r>
        <w:rPr>
          <w:sz w:val="20"/>
          <w:szCs w:val="20"/>
          <w:lang w:val="ru-RU"/>
        </w:rPr>
        <w:t>проведения расчётов и бухгалтерского учёта</w:t>
      </w:r>
      <w:r w:rsidRPr="0003317F">
        <w:rPr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взаимодействия между Сторонами по Договору</w:t>
      </w:r>
      <w:r w:rsidRPr="0003317F">
        <w:rPr>
          <w:sz w:val="20"/>
          <w:szCs w:val="20"/>
          <w:lang w:val="ru-RU"/>
        </w:rPr>
        <w:t xml:space="preserve">; (г) </w:t>
      </w:r>
      <w:r>
        <w:rPr>
          <w:sz w:val="20"/>
          <w:szCs w:val="20"/>
          <w:lang w:val="ru-RU"/>
        </w:rPr>
        <w:t>соблюдения требований налогового законодательства РФ</w:t>
      </w:r>
      <w:r w:rsidRPr="0003317F">
        <w:rPr>
          <w:sz w:val="20"/>
          <w:szCs w:val="20"/>
          <w:lang w:val="ru-RU"/>
        </w:rPr>
        <w:t xml:space="preserve">. </w:t>
      </w:r>
    </w:p>
    <w:p w14:paraId="6F70258C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разрешает Заказчику передавать персональные данные Заказчика клиенту Заказчика в целях исполнения Договора</w:t>
      </w:r>
      <w:r w:rsidRPr="0003317F">
        <w:rPr>
          <w:sz w:val="20"/>
          <w:szCs w:val="20"/>
          <w:lang w:val="ru-RU"/>
        </w:rPr>
        <w:t>.</w:t>
      </w:r>
    </w:p>
    <w:p w14:paraId="3C5D531C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подтверждают и соглашаются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отдельное согласие на обработку персональных данных от Исполнителя не требуется в силу п</w:t>
      </w:r>
      <w:r w:rsidRPr="0003317F">
        <w:rPr>
          <w:sz w:val="20"/>
          <w:szCs w:val="20"/>
          <w:lang w:val="ru-RU"/>
        </w:rPr>
        <w:t>. 5 ч</w:t>
      </w:r>
      <w:r>
        <w:rPr>
          <w:sz w:val="20"/>
          <w:szCs w:val="20"/>
          <w:lang w:val="ru-RU"/>
        </w:rPr>
        <w:t xml:space="preserve">. 1 </w:t>
      </w:r>
      <w:r w:rsidRPr="0003317F">
        <w:rPr>
          <w:sz w:val="20"/>
          <w:szCs w:val="20"/>
          <w:lang w:val="ru-RU"/>
        </w:rPr>
        <w:t xml:space="preserve">ст. 6 ФЗ №152 </w:t>
      </w:r>
      <w:r>
        <w:rPr>
          <w:sz w:val="20"/>
          <w:szCs w:val="20"/>
          <w:lang w:val="ru-RU"/>
        </w:rPr>
        <w:t>«О персональных данных»</w:t>
      </w:r>
      <w:r w:rsidRPr="0003317F">
        <w:rPr>
          <w:sz w:val="20"/>
          <w:szCs w:val="20"/>
          <w:lang w:val="ru-RU"/>
        </w:rPr>
        <w:t>.</w:t>
      </w:r>
    </w:p>
    <w:p w14:paraId="634A3EB3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согласовали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в целях исполнения настоящего Договора Заказчик вправе поручать обработку персональных данных Исполнителя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включая автоматизированное распознавание документов</w:t>
      </w:r>
      <w:r w:rsidRPr="0003317F">
        <w:rPr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третьим лицам - провайдерам информационных сервисов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Актуальная информация о привлеченных третьих лицах предоставляется Исполнителю по его запросу</w:t>
      </w:r>
      <w:r w:rsidRPr="0003317F">
        <w:rPr>
          <w:sz w:val="20"/>
          <w:szCs w:val="20"/>
          <w:lang w:val="ru-RU"/>
        </w:rPr>
        <w:t>.</w:t>
      </w:r>
    </w:p>
    <w:p w14:paraId="32543797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обязуется защищать персональные данные Исполнителя от несанкционированного доступа</w:t>
      </w:r>
      <w:r w:rsidRPr="0003317F">
        <w:rPr>
          <w:sz w:val="20"/>
          <w:szCs w:val="20"/>
          <w:lang w:val="ru-RU"/>
        </w:rPr>
        <w:t xml:space="preserve">, утечки, </w:t>
      </w:r>
      <w:r>
        <w:rPr>
          <w:sz w:val="20"/>
          <w:szCs w:val="20"/>
          <w:lang w:val="ru-RU"/>
        </w:rPr>
        <w:t>разглашения и неправомерного использования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применяя адекватные технические и организационные меры безопасности</w:t>
      </w:r>
      <w:r w:rsidRPr="0003317F">
        <w:rPr>
          <w:sz w:val="20"/>
          <w:szCs w:val="20"/>
          <w:lang w:val="ru-RU"/>
        </w:rPr>
        <w:t>.</w:t>
      </w:r>
    </w:p>
    <w:p w14:paraId="63E5582C" w14:textId="77777777" w:rsidR="008C51D8" w:rsidRDefault="00AB0B5D">
      <w:pPr>
        <w:pStyle w:val="af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ОТВЕТСТВЕННОСТЬ СТОРОН</w:t>
      </w:r>
    </w:p>
    <w:p w14:paraId="7074724A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За неисполнение или ненадлежащее исполнение обязательств Стороны несут ответственность в соответствии с законодательством Российской Федерации</w:t>
      </w:r>
      <w:r w:rsidRPr="0003317F">
        <w:rPr>
          <w:sz w:val="20"/>
          <w:szCs w:val="20"/>
          <w:lang w:val="ru-RU"/>
        </w:rPr>
        <w:t>.</w:t>
      </w:r>
    </w:p>
    <w:p w14:paraId="3E5166B6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 случае нарушения сроков выполнения Работ Заказчик вправе потребовать от Исполнителя уплаты пени в размере </w:t>
      </w:r>
      <w:r w:rsidRPr="0003317F">
        <w:rPr>
          <w:sz w:val="20"/>
          <w:szCs w:val="20"/>
          <w:lang w:val="ru-RU"/>
        </w:rPr>
        <w:t xml:space="preserve">1% </w:t>
      </w:r>
      <w:r>
        <w:rPr>
          <w:sz w:val="20"/>
          <w:szCs w:val="20"/>
          <w:lang w:val="ru-RU"/>
        </w:rPr>
        <w:t>от стоимости невыполненных в срок Работ за каждый день просрочки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более </w:t>
      </w:r>
      <w:r w:rsidRPr="0003317F">
        <w:rPr>
          <w:sz w:val="20"/>
          <w:szCs w:val="20"/>
          <w:lang w:val="ru-RU"/>
        </w:rPr>
        <w:t xml:space="preserve">10% </w:t>
      </w:r>
      <w:r>
        <w:rPr>
          <w:sz w:val="20"/>
          <w:szCs w:val="20"/>
          <w:lang w:val="ru-RU"/>
        </w:rPr>
        <w:t>от общей цены Договора</w:t>
      </w:r>
      <w:r w:rsidRPr="0003317F">
        <w:rPr>
          <w:sz w:val="20"/>
          <w:szCs w:val="20"/>
          <w:lang w:val="ru-RU"/>
        </w:rPr>
        <w:t>.</w:t>
      </w:r>
    </w:p>
    <w:p w14:paraId="53DE2843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гарантирует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результаты работ не нарушают права третьих лиц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В случае предъявления к Заказчику претензий или исков третьих лиц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связанных с нарушением их прав </w:t>
      </w:r>
      <w:r w:rsidRPr="0003317F">
        <w:rPr>
          <w:sz w:val="20"/>
          <w:szCs w:val="20"/>
          <w:lang w:val="ru-RU"/>
        </w:rPr>
        <w:t xml:space="preserve">(в т.ч. авторских), </w:t>
      </w:r>
      <w:r>
        <w:rPr>
          <w:sz w:val="20"/>
          <w:szCs w:val="20"/>
          <w:lang w:val="ru-RU"/>
        </w:rPr>
        <w:t>Исполнитель обязуется выступить на стороне Заказчика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возместить Заказчику все присужденные суммы компенсаций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судебные расходы и иные убытки в полном объеме</w:t>
      </w:r>
    </w:p>
    <w:p w14:paraId="0CBB6B82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нарушения сроков оплаты Заказчиком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Исполнитель вправе потребовать уплаты пени в размере </w:t>
      </w:r>
      <w:r w:rsidRPr="0003317F">
        <w:rPr>
          <w:sz w:val="20"/>
          <w:szCs w:val="20"/>
          <w:lang w:val="ru-RU"/>
        </w:rPr>
        <w:t xml:space="preserve">1% </w:t>
      </w:r>
      <w:r>
        <w:rPr>
          <w:sz w:val="20"/>
          <w:szCs w:val="20"/>
          <w:lang w:val="ru-RU"/>
        </w:rPr>
        <w:t>от невыплаченной суммы за каждый день просрочки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более </w:t>
      </w:r>
      <w:r w:rsidRPr="0003317F">
        <w:rPr>
          <w:sz w:val="20"/>
          <w:szCs w:val="20"/>
          <w:lang w:val="ru-RU"/>
        </w:rPr>
        <w:t xml:space="preserve">10% </w:t>
      </w:r>
      <w:r>
        <w:rPr>
          <w:sz w:val="20"/>
          <w:szCs w:val="20"/>
          <w:lang w:val="ru-RU"/>
        </w:rPr>
        <w:t>от суммы задолженности</w:t>
      </w:r>
      <w:r w:rsidRPr="0003317F">
        <w:rPr>
          <w:sz w:val="20"/>
          <w:szCs w:val="20"/>
          <w:lang w:val="ru-RU"/>
        </w:rPr>
        <w:t>.</w:t>
      </w:r>
    </w:p>
    <w:p w14:paraId="0D18138D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в результате нарушения Исполнителем налогового законодательства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утраты им статуса ИП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неверного указания налогового режима или иных виновных действий</w:t>
      </w:r>
      <w:r w:rsidRPr="0003317F">
        <w:rPr>
          <w:sz w:val="20"/>
          <w:szCs w:val="20"/>
          <w:lang w:val="ru-RU"/>
        </w:rPr>
        <w:t xml:space="preserve">/бездействия Исполнителя, </w:t>
      </w:r>
      <w:r>
        <w:rPr>
          <w:sz w:val="20"/>
          <w:szCs w:val="20"/>
          <w:lang w:val="ru-RU"/>
        </w:rPr>
        <w:t>налоговые органы предъявят к Заказчику требования об уплате налогов</w:t>
      </w:r>
      <w:r w:rsidRPr="0003317F">
        <w:rPr>
          <w:sz w:val="20"/>
          <w:szCs w:val="20"/>
          <w:lang w:val="ru-RU"/>
        </w:rPr>
        <w:t xml:space="preserve">, взносов, </w:t>
      </w:r>
      <w:r>
        <w:rPr>
          <w:sz w:val="20"/>
          <w:szCs w:val="20"/>
          <w:lang w:val="ru-RU"/>
        </w:rPr>
        <w:t xml:space="preserve">штрафов или пеней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 том числе в связи с переквалификацией отношений в трудовые по вине Исполнителя</w:t>
      </w:r>
      <w:r w:rsidRPr="0003317F">
        <w:rPr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 xml:space="preserve">Исполнитель обязуется возместить Заказчику все понесенные убытки в полном объеме в течение </w:t>
      </w:r>
      <w:r w:rsidRPr="0003317F">
        <w:rPr>
          <w:sz w:val="20"/>
          <w:szCs w:val="20"/>
          <w:lang w:val="ru-RU"/>
        </w:rPr>
        <w:t>5 (пяти) рабочих дней с момента получения требования Заказчика.</w:t>
      </w:r>
    </w:p>
    <w:p w14:paraId="6FB2B9F9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обязуется неукоснительно соблюдать утвержденный Заказчиком Календарно</w:t>
      </w:r>
      <w:r w:rsidRPr="0003317F">
        <w:rPr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 xml:space="preserve">постановочный план </w:t>
      </w:r>
      <w:r w:rsidRPr="0003317F">
        <w:rPr>
          <w:sz w:val="20"/>
          <w:szCs w:val="20"/>
          <w:lang w:val="ru-RU"/>
        </w:rPr>
        <w:t xml:space="preserve">(КПП) </w:t>
      </w:r>
      <w:r>
        <w:rPr>
          <w:sz w:val="20"/>
          <w:szCs w:val="20"/>
          <w:lang w:val="ru-RU"/>
        </w:rPr>
        <w:t>и генеральную смету проекта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В случае необоснованного перерасхода бюджета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затягивание съемочных смен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несанкционированный заказ дополнительной техники или реквизита</w:t>
      </w:r>
      <w:r w:rsidRPr="0003317F">
        <w:rPr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или срыва сроков съемок по вине Исполнителя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он обязуется возместить Заказчику возникший документально подтвержденный реальный ущерб</w:t>
      </w:r>
      <w:r w:rsidRPr="0003317F">
        <w:rPr>
          <w:sz w:val="20"/>
          <w:szCs w:val="20"/>
          <w:lang w:val="ru-RU"/>
        </w:rPr>
        <w:t>.</w:t>
      </w:r>
    </w:p>
    <w:p w14:paraId="369576AD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Упущенная выгода Исполнителя возмещению не подлежит</w:t>
      </w:r>
      <w:r w:rsidRPr="0003317F">
        <w:rPr>
          <w:sz w:val="20"/>
          <w:szCs w:val="20"/>
          <w:lang w:val="ru-RU"/>
        </w:rPr>
        <w:t>.</w:t>
      </w:r>
    </w:p>
    <w:p w14:paraId="1EF69002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Обстоятельства непреодолимой силы</w:t>
      </w:r>
      <w:r>
        <w:rPr>
          <w:b/>
          <w:bCs/>
          <w:sz w:val="20"/>
          <w:szCs w:val="20"/>
        </w:rPr>
        <w:t>:</w:t>
      </w:r>
    </w:p>
    <w:p w14:paraId="73FF694D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освобождаются от ответственности за невыполнение или ненадлежащее исполнение обязательств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такое невыполнение вызвано чрезвычайными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непредвиденными и непреодолимыми обстоятельствами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</w:t>
      </w:r>
      <w:r w:rsidRPr="0003317F">
        <w:rPr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Стихийные бедствия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природные катастрофы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пожары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наводнения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землетрясения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штормы</w:t>
      </w:r>
      <w:r>
        <w:rPr>
          <w:sz w:val="20"/>
          <w:szCs w:val="20"/>
          <w:lang w:val="it-IT"/>
        </w:rPr>
        <w:t xml:space="preserve">); </w:t>
      </w:r>
      <w:r>
        <w:rPr>
          <w:sz w:val="20"/>
          <w:szCs w:val="20"/>
          <w:lang w:val="ru-RU"/>
        </w:rPr>
        <w:t>Военные действия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теракты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введение чрезвычайного положения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комендантский час</w:t>
      </w:r>
      <w:r w:rsidRPr="0003317F">
        <w:rPr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Забастовки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гражданские беспорядки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массовые протесты</w:t>
      </w:r>
      <w:r w:rsidRPr="0003317F">
        <w:rPr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Изменения законодательства РФ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препятствующие исполнению Договора</w:t>
      </w:r>
      <w:r w:rsidRPr="0003317F">
        <w:rPr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Экономические санкции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валютные ограничения и торговые эмбарго</w:t>
      </w:r>
      <w:r w:rsidRPr="0003317F">
        <w:rPr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Эпидемии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пандемии и связанные с ними ограничения</w:t>
      </w:r>
      <w:r w:rsidRPr="0003317F">
        <w:rPr>
          <w:sz w:val="20"/>
          <w:szCs w:val="20"/>
          <w:lang w:val="ru-RU"/>
        </w:rPr>
        <w:t>.</w:t>
      </w:r>
    </w:p>
    <w:p w14:paraId="2877A13D" w14:textId="77777777" w:rsidR="008C51D8" w:rsidRPr="0003317F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 w:rsidRPr="0003317F">
        <w:rPr>
          <w:sz w:val="20"/>
          <w:szCs w:val="20"/>
          <w:lang w:val="ru-RU"/>
        </w:rPr>
        <w:t xml:space="preserve">Сторона, </w:t>
      </w:r>
      <w:r>
        <w:rPr>
          <w:sz w:val="20"/>
          <w:szCs w:val="20"/>
          <w:lang w:val="ru-RU"/>
        </w:rPr>
        <w:t>оказавшаяся в такой ситуации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обязана незамедлительно </w:t>
      </w:r>
      <w:r w:rsidRPr="0003317F">
        <w:rPr>
          <w:sz w:val="20"/>
          <w:szCs w:val="20"/>
          <w:lang w:val="ru-RU"/>
        </w:rPr>
        <w:t xml:space="preserve">(в течение 2 рабочих дней) </w:t>
      </w:r>
      <w:r>
        <w:rPr>
          <w:sz w:val="20"/>
          <w:szCs w:val="20"/>
          <w:lang w:val="ru-RU"/>
        </w:rPr>
        <w:t>уведомить другую Сторону по почте и мессенджеру и предоставить подтверждающие документы от государственных органов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СМИ или иных объективных источников</w:t>
      </w:r>
      <w:r w:rsidRPr="0003317F">
        <w:rPr>
          <w:sz w:val="20"/>
          <w:szCs w:val="20"/>
          <w:lang w:val="ru-RU"/>
        </w:rPr>
        <w:t>.</w:t>
      </w:r>
    </w:p>
    <w:p w14:paraId="10717B27" w14:textId="77777777" w:rsidR="008C51D8" w:rsidRDefault="00AB0B5D">
      <w:pPr>
        <w:pStyle w:val="af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Если обстоятельства непреодолимой силы продолжается более </w:t>
      </w:r>
      <w:r w:rsidRPr="0003317F">
        <w:rPr>
          <w:sz w:val="20"/>
          <w:szCs w:val="20"/>
          <w:lang w:val="ru-RU"/>
        </w:rPr>
        <w:t xml:space="preserve">20 </w:t>
      </w:r>
      <w:r>
        <w:rPr>
          <w:sz w:val="20"/>
          <w:szCs w:val="20"/>
          <w:lang w:val="ru-RU"/>
        </w:rPr>
        <w:t>календарных дней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Стороны вправе расторгнуть Договор без применения штрафов и пеней</w:t>
      </w:r>
      <w:r w:rsidRPr="0003317F">
        <w:rPr>
          <w:sz w:val="20"/>
          <w:szCs w:val="20"/>
          <w:lang w:val="ru-RU"/>
        </w:rPr>
        <w:t>.</w:t>
      </w:r>
    </w:p>
    <w:p w14:paraId="6C8E4069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Уплата пеней не освобождает от основных обязательств</w:t>
      </w:r>
      <w:r w:rsidRPr="0003317F">
        <w:rPr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В любом случае уплата пеней не освобождает виновную Сторону от выполнения основных обязательств по Договору</w:t>
      </w:r>
      <w:r>
        <w:rPr>
          <w:sz w:val="20"/>
          <w:szCs w:val="20"/>
        </w:rPr>
        <w:t>.</w:t>
      </w:r>
    </w:p>
    <w:p w14:paraId="2849F3A8" w14:textId="77777777" w:rsidR="008C51D8" w:rsidRDefault="00AB0B5D">
      <w:pPr>
        <w:pStyle w:val="af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РАСТОРЖЕНИЕ И ИЗМЕНЕНИЕ ДОГОВОРА</w:t>
      </w:r>
    </w:p>
    <w:p w14:paraId="38154315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Любые изменения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дополнения или уточнения условий Договора оформляются одним из следующих способов</w:t>
      </w:r>
      <w:r w:rsidRPr="0003317F">
        <w:rPr>
          <w:sz w:val="20"/>
          <w:szCs w:val="20"/>
          <w:lang w:val="ru-RU"/>
        </w:rPr>
        <w:t>:</w:t>
      </w:r>
    </w:p>
    <w:p w14:paraId="22BB484F" w14:textId="77777777" w:rsidR="008C51D8" w:rsidRDefault="00AB0B5D">
      <w:pPr>
        <w:pStyle w:val="af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Подписанием сторонами дополнительного соглашения</w:t>
      </w:r>
      <w:r>
        <w:rPr>
          <w:sz w:val="20"/>
          <w:szCs w:val="20"/>
        </w:rPr>
        <w:t>;</w:t>
      </w:r>
    </w:p>
    <w:p w14:paraId="05D1C3B6" w14:textId="77777777" w:rsidR="008C51D8" w:rsidRDefault="00AB0B5D">
      <w:pPr>
        <w:pStyle w:val="af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Обменом согласующих сообщений в мессенджере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</w:rPr>
        <w:t>Telegram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</w:rPr>
        <w:t>WhatsApp</w:t>
      </w:r>
      <w:r w:rsidRPr="0003317F">
        <w:rPr>
          <w:sz w:val="20"/>
          <w:szCs w:val="20"/>
          <w:lang w:val="ru-RU"/>
        </w:rPr>
        <w:t xml:space="preserve"> и т.д.), </w:t>
      </w:r>
      <w:r>
        <w:rPr>
          <w:sz w:val="20"/>
          <w:szCs w:val="20"/>
          <w:lang w:val="ru-RU"/>
        </w:rPr>
        <w:t>если обе Стороны явно выразили согласие</w:t>
      </w:r>
      <w:r w:rsidRPr="0003317F">
        <w:rPr>
          <w:sz w:val="20"/>
          <w:szCs w:val="20"/>
          <w:lang w:val="ru-RU"/>
        </w:rPr>
        <w:t>;</w:t>
      </w:r>
    </w:p>
    <w:p w14:paraId="5B4DDBC2" w14:textId="77777777" w:rsidR="008C51D8" w:rsidRDefault="00AB0B5D">
      <w:pPr>
        <w:pStyle w:val="af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Подписанием новой полной редакции Договора через </w:t>
      </w:r>
      <w:proofErr w:type="spellStart"/>
      <w:r>
        <w:rPr>
          <w:sz w:val="20"/>
          <w:szCs w:val="20"/>
          <w:lang w:val="ru-RU"/>
        </w:rPr>
        <w:t>ОкиДоки</w:t>
      </w:r>
      <w:proofErr w:type="spellEnd"/>
      <w:r>
        <w:rPr>
          <w:sz w:val="20"/>
          <w:szCs w:val="20"/>
          <w:lang w:val="ru-RU"/>
        </w:rPr>
        <w:t xml:space="preserve"> с новым номером версии</w:t>
      </w:r>
      <w:r w:rsidRPr="0003317F">
        <w:rPr>
          <w:sz w:val="20"/>
          <w:szCs w:val="20"/>
          <w:lang w:val="ru-RU"/>
        </w:rPr>
        <w:t>.</w:t>
      </w:r>
    </w:p>
    <w:p w14:paraId="54F4759F" w14:textId="77777777" w:rsidR="008C51D8" w:rsidRDefault="00AB0B5D">
      <w:pPr>
        <w:pStyle w:val="af"/>
        <w:numPr>
          <w:ilvl w:val="1"/>
          <w:numId w:val="16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может расторгнуть Договор в одностороннем порядке с предварительным </w:t>
      </w:r>
      <w:r w:rsidRPr="0003317F">
        <w:rPr>
          <w:sz w:val="20"/>
          <w:szCs w:val="20"/>
          <w:lang w:val="ru-RU"/>
        </w:rPr>
        <w:t xml:space="preserve">3 </w:t>
      </w:r>
      <w:r>
        <w:rPr>
          <w:sz w:val="20"/>
          <w:szCs w:val="20"/>
          <w:lang w:val="ru-RU"/>
        </w:rPr>
        <w:t xml:space="preserve">рабочих дней письменным предупреждением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направить по почте и мессенджеру</w:t>
      </w:r>
      <w:r w:rsidRPr="0003317F">
        <w:rPr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При таком расторжении</w:t>
      </w:r>
      <w:r>
        <w:rPr>
          <w:sz w:val="20"/>
          <w:szCs w:val="20"/>
        </w:rPr>
        <w:t>:</w:t>
      </w:r>
    </w:p>
    <w:p w14:paraId="41512DED" w14:textId="77777777" w:rsidR="008C51D8" w:rsidRDefault="00AB0B5D">
      <w:pPr>
        <w:pStyle w:val="af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оплачивает Исполнителю все документально подтверждённые фактические расходы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понесённые Исполнителем на дату расторжения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материалы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лицензии</w:t>
      </w:r>
      <w:r w:rsidRPr="0003317F">
        <w:rPr>
          <w:sz w:val="20"/>
          <w:szCs w:val="20"/>
          <w:lang w:val="ru-RU"/>
        </w:rPr>
        <w:t>, услуги</w:t>
      </w:r>
      <w:r>
        <w:rPr>
          <w:sz w:val="20"/>
          <w:szCs w:val="20"/>
          <w:lang w:val="it-IT"/>
        </w:rPr>
        <w:t>);</w:t>
      </w:r>
    </w:p>
    <w:p w14:paraId="625BBCC8" w14:textId="77777777" w:rsidR="008C51D8" w:rsidRDefault="00AB0B5D">
      <w:pPr>
        <w:pStyle w:val="af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принимает все выполненные к дате расторжения Работы на основании акта сверки взаиморасчётов</w:t>
      </w:r>
      <w:r w:rsidRPr="0003317F">
        <w:rPr>
          <w:sz w:val="20"/>
          <w:szCs w:val="20"/>
          <w:lang w:val="ru-RU"/>
        </w:rPr>
        <w:t>;</w:t>
      </w:r>
    </w:p>
    <w:p w14:paraId="74661CC5" w14:textId="77777777" w:rsidR="008C51D8" w:rsidRDefault="00AB0B5D">
      <w:pPr>
        <w:pStyle w:val="af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обязан в течение </w:t>
      </w:r>
      <w:r w:rsidRPr="0003317F">
        <w:rPr>
          <w:sz w:val="20"/>
          <w:szCs w:val="20"/>
          <w:lang w:val="ru-RU"/>
        </w:rPr>
        <w:t xml:space="preserve">1 (одного) </w:t>
      </w:r>
      <w:r>
        <w:rPr>
          <w:sz w:val="20"/>
          <w:szCs w:val="20"/>
          <w:lang w:val="ru-RU"/>
        </w:rPr>
        <w:t xml:space="preserve">рабочего дня передать Заказчику все созданные к этому моменту результаты </w:t>
      </w:r>
      <w:r w:rsidRPr="0003317F">
        <w:rPr>
          <w:sz w:val="20"/>
          <w:szCs w:val="20"/>
          <w:lang w:val="ru-RU"/>
        </w:rPr>
        <w:t xml:space="preserve">(в т.ч. </w:t>
      </w:r>
      <w:r>
        <w:rPr>
          <w:sz w:val="20"/>
          <w:szCs w:val="20"/>
          <w:lang w:val="ru-RU"/>
        </w:rPr>
        <w:t>незавершенные</w:t>
      </w:r>
      <w:r w:rsidRPr="0003317F">
        <w:rPr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исходные файлы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черновики и рабочие материалы</w:t>
      </w:r>
      <w:r w:rsidRPr="0003317F">
        <w:rPr>
          <w:sz w:val="20"/>
          <w:szCs w:val="20"/>
          <w:lang w:val="ru-RU"/>
        </w:rPr>
        <w:t>.</w:t>
      </w:r>
    </w:p>
    <w:p w14:paraId="0C6AA2C9" w14:textId="77777777" w:rsidR="008C51D8" w:rsidRDefault="00AB0B5D">
      <w:pPr>
        <w:pStyle w:val="af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Исключительное право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или лицензия</w:t>
      </w:r>
      <w:r w:rsidRPr="0003317F">
        <w:rPr>
          <w:sz w:val="20"/>
          <w:szCs w:val="20"/>
          <w:lang w:val="ru-RU"/>
        </w:rPr>
        <w:t xml:space="preserve">, в зависимости от условий Раздела 5) </w:t>
      </w:r>
      <w:r>
        <w:rPr>
          <w:sz w:val="20"/>
          <w:szCs w:val="20"/>
          <w:lang w:val="ru-RU"/>
        </w:rPr>
        <w:t>на все переданные результаты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 незавершенные части РИД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переходит к Заказчику с момента создания данных объектов и подтверждается подписанием Акта сверки</w:t>
      </w:r>
      <w:r w:rsidRPr="0003317F">
        <w:rPr>
          <w:sz w:val="20"/>
          <w:szCs w:val="20"/>
          <w:lang w:val="ru-RU"/>
        </w:rPr>
        <w:t>/</w:t>
      </w:r>
      <w:r>
        <w:rPr>
          <w:sz w:val="20"/>
          <w:szCs w:val="20"/>
          <w:lang w:val="ru-RU"/>
        </w:rPr>
        <w:t>расторжения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Заказчик вправе поручить доработку этих материалов третьим лицам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Удержание материалов или прав в качестве обеспечения не допускается</w:t>
      </w:r>
      <w:r w:rsidRPr="0003317F">
        <w:rPr>
          <w:sz w:val="20"/>
          <w:szCs w:val="20"/>
          <w:lang w:val="ru-RU"/>
        </w:rPr>
        <w:t>.</w:t>
      </w:r>
    </w:p>
    <w:p w14:paraId="71F3BE2D" w14:textId="77777777" w:rsidR="008C51D8" w:rsidRDefault="00AB0B5D">
      <w:pPr>
        <w:pStyle w:val="af"/>
        <w:numPr>
          <w:ilvl w:val="1"/>
          <w:numId w:val="18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может расторгнуть Договор в одностороннем порядке с предварительным </w:t>
      </w:r>
      <w:r w:rsidRPr="0003317F">
        <w:rPr>
          <w:sz w:val="20"/>
          <w:szCs w:val="20"/>
          <w:lang w:val="ru-RU"/>
        </w:rPr>
        <w:t xml:space="preserve">10 </w:t>
      </w:r>
      <w:r>
        <w:rPr>
          <w:sz w:val="20"/>
          <w:szCs w:val="20"/>
          <w:lang w:val="ru-RU"/>
        </w:rPr>
        <w:t xml:space="preserve">рабочих дней письменным предупреждением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направить по почте и мессенджеру</w:t>
      </w:r>
      <w:r w:rsidRPr="0003317F">
        <w:rPr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При таком расторжении</w:t>
      </w:r>
      <w:r>
        <w:rPr>
          <w:sz w:val="20"/>
          <w:szCs w:val="20"/>
        </w:rPr>
        <w:t>:</w:t>
      </w:r>
    </w:p>
    <w:p w14:paraId="2ED3B74A" w14:textId="77777777" w:rsidR="008C51D8" w:rsidRDefault="00AB0B5D">
      <w:pPr>
        <w:pStyle w:val="af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полностью возмещает Заказчику убытки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вызванные таким расторжением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а также возмещает неустойку в размере </w:t>
      </w:r>
      <w:r w:rsidRPr="0003317F">
        <w:rPr>
          <w:sz w:val="20"/>
          <w:szCs w:val="20"/>
          <w:lang w:val="ru-RU"/>
        </w:rPr>
        <w:t>500</w:t>
      </w:r>
      <w:r>
        <w:rPr>
          <w:sz w:val="20"/>
          <w:szCs w:val="20"/>
        </w:rPr>
        <w:t> </w:t>
      </w:r>
      <w:r w:rsidRPr="0003317F">
        <w:rPr>
          <w:sz w:val="20"/>
          <w:szCs w:val="20"/>
          <w:lang w:val="ru-RU"/>
        </w:rPr>
        <w:t xml:space="preserve">000 </w:t>
      </w:r>
      <w:r>
        <w:rPr>
          <w:sz w:val="20"/>
          <w:szCs w:val="20"/>
          <w:lang w:val="ru-RU"/>
        </w:rPr>
        <w:t>рублей</w:t>
      </w:r>
      <w:r w:rsidRPr="0003317F">
        <w:rPr>
          <w:sz w:val="20"/>
          <w:szCs w:val="20"/>
          <w:lang w:val="ru-RU"/>
        </w:rPr>
        <w:t>.</w:t>
      </w:r>
    </w:p>
    <w:p w14:paraId="0B2B5DF0" w14:textId="77777777" w:rsidR="008C51D8" w:rsidRDefault="00AB0B5D">
      <w:pPr>
        <w:pStyle w:val="af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Выполненные Работы передаются Заказчику на основании акта сверки взаиморасчётов</w:t>
      </w:r>
      <w:r w:rsidRPr="0003317F">
        <w:rPr>
          <w:sz w:val="20"/>
          <w:szCs w:val="20"/>
          <w:lang w:val="ru-RU"/>
        </w:rPr>
        <w:t>;</w:t>
      </w:r>
    </w:p>
    <w:p w14:paraId="19BF81AD" w14:textId="77777777" w:rsidR="008C51D8" w:rsidRDefault="00AB0B5D">
      <w:pPr>
        <w:pStyle w:val="af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обязан в течение </w:t>
      </w:r>
      <w:r w:rsidRPr="0003317F">
        <w:rPr>
          <w:sz w:val="20"/>
          <w:szCs w:val="20"/>
          <w:lang w:val="ru-RU"/>
        </w:rPr>
        <w:t xml:space="preserve">1 (одного) </w:t>
      </w:r>
      <w:r>
        <w:rPr>
          <w:sz w:val="20"/>
          <w:szCs w:val="20"/>
          <w:lang w:val="ru-RU"/>
        </w:rPr>
        <w:t xml:space="preserve">рабочего дня передать Заказчику все созданные к этому моменту результаты </w:t>
      </w:r>
      <w:r w:rsidRPr="0003317F">
        <w:rPr>
          <w:sz w:val="20"/>
          <w:szCs w:val="20"/>
          <w:lang w:val="ru-RU"/>
        </w:rPr>
        <w:t xml:space="preserve">(в т.ч. </w:t>
      </w:r>
      <w:r>
        <w:rPr>
          <w:sz w:val="20"/>
          <w:szCs w:val="20"/>
          <w:lang w:val="ru-RU"/>
        </w:rPr>
        <w:t>незавершенные</w:t>
      </w:r>
      <w:r w:rsidRPr="0003317F">
        <w:rPr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исходные файлы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черновики и рабочие материалы</w:t>
      </w:r>
      <w:r w:rsidRPr="0003317F">
        <w:rPr>
          <w:sz w:val="20"/>
          <w:szCs w:val="20"/>
          <w:lang w:val="ru-RU"/>
        </w:rPr>
        <w:t>.</w:t>
      </w:r>
    </w:p>
    <w:p w14:paraId="62DE9A3E" w14:textId="77777777" w:rsidR="008C51D8" w:rsidRDefault="00AB0B5D">
      <w:pPr>
        <w:pStyle w:val="af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Исключительное право </w:t>
      </w:r>
      <w:r w:rsidRPr="0003317F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или лицензия</w:t>
      </w:r>
      <w:r w:rsidRPr="0003317F">
        <w:rPr>
          <w:sz w:val="20"/>
          <w:szCs w:val="20"/>
          <w:lang w:val="ru-RU"/>
        </w:rPr>
        <w:t xml:space="preserve">, в зависимости от условий Раздела 5) </w:t>
      </w:r>
      <w:r>
        <w:rPr>
          <w:sz w:val="20"/>
          <w:szCs w:val="20"/>
          <w:lang w:val="ru-RU"/>
        </w:rPr>
        <w:t>на все переданные результаты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 незавершенные части РИД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переходит к Заказчику с момента создания данных объектов и подтверждается подписанием Акта сверки</w:t>
      </w:r>
      <w:r w:rsidRPr="0003317F">
        <w:rPr>
          <w:sz w:val="20"/>
          <w:szCs w:val="20"/>
          <w:lang w:val="ru-RU"/>
        </w:rPr>
        <w:t>/</w:t>
      </w:r>
      <w:r>
        <w:rPr>
          <w:sz w:val="20"/>
          <w:szCs w:val="20"/>
          <w:lang w:val="ru-RU"/>
        </w:rPr>
        <w:t>расторжения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Заказчик вправе поручить доработку этих материалов третьим лицам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Удержание материалов или прав в качестве обеспечения не допускается</w:t>
      </w:r>
      <w:r w:rsidRPr="0003317F">
        <w:rPr>
          <w:sz w:val="20"/>
          <w:szCs w:val="20"/>
          <w:lang w:val="ru-RU"/>
        </w:rPr>
        <w:t>.</w:t>
      </w:r>
    </w:p>
    <w:p w14:paraId="10D038E8" w14:textId="77777777" w:rsidR="008C51D8" w:rsidRPr="0003317F" w:rsidRDefault="008C51D8">
      <w:pPr>
        <w:pStyle w:val="af"/>
        <w:spacing w:after="0"/>
        <w:ind w:left="1152"/>
        <w:jc w:val="both"/>
        <w:rPr>
          <w:sz w:val="20"/>
          <w:szCs w:val="20"/>
          <w:lang w:val="ru-RU"/>
        </w:rPr>
      </w:pPr>
    </w:p>
    <w:p w14:paraId="1F23E3D7" w14:textId="77777777" w:rsidR="008C51D8" w:rsidRDefault="00AB0B5D">
      <w:pPr>
        <w:pStyle w:val="af"/>
        <w:numPr>
          <w:ilvl w:val="0"/>
          <w:numId w:val="20"/>
        </w:num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РАЗРЕШЕНИЕ СПОРОВ И ПОДСУДНОСТЬ</w:t>
      </w:r>
    </w:p>
    <w:p w14:paraId="3EE8747D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Все споры и разногласия Стороны будут стремиться урегулировать путем переговоров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Претензионный порядок урегулирования споров обязателен</w:t>
      </w:r>
      <w:r w:rsidRPr="0003317F">
        <w:rPr>
          <w:sz w:val="20"/>
          <w:szCs w:val="20"/>
          <w:lang w:val="ru-RU"/>
        </w:rPr>
        <w:t>. Срок ответа на претензию — 10 (</w:t>
      </w:r>
      <w:r>
        <w:rPr>
          <w:sz w:val="20"/>
          <w:szCs w:val="20"/>
          <w:lang w:val="ru-RU"/>
        </w:rPr>
        <w:t>десять</w:t>
      </w:r>
      <w:r w:rsidRPr="0003317F">
        <w:rPr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рабочих дней с даты ее получения</w:t>
      </w:r>
      <w:r w:rsidRPr="0003317F">
        <w:rPr>
          <w:sz w:val="20"/>
          <w:szCs w:val="20"/>
          <w:lang w:val="ru-RU"/>
        </w:rPr>
        <w:t>.</w:t>
      </w:r>
    </w:p>
    <w:p w14:paraId="76C9C0E4" w14:textId="77777777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невозможности разрешения спора в претензионном порядке</w:t>
      </w:r>
      <w:r w:rsidRPr="0003317F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спор подлежит передаче на рассмотрение в Арбитражном суде г</w:t>
      </w:r>
      <w:r w:rsidRPr="0003317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Москвы в соответствии с правилами договорной подсудности</w:t>
      </w:r>
      <w:r w:rsidRPr="0003317F">
        <w:rPr>
          <w:sz w:val="20"/>
          <w:szCs w:val="20"/>
          <w:lang w:val="ru-RU"/>
        </w:rPr>
        <w:t>.</w:t>
      </w:r>
    </w:p>
    <w:p w14:paraId="5936F256" w14:textId="77777777" w:rsidR="0003317F" w:rsidRDefault="0003317F" w:rsidP="0003317F">
      <w:pPr>
        <w:pStyle w:val="Affa"/>
        <w:numPr>
          <w:ilvl w:val="0"/>
          <w:numId w:val="24"/>
        </w:numPr>
        <w:jc w:val="center"/>
        <w:rPr>
          <w:b/>
          <w:bCs/>
          <w:sz w:val="20"/>
          <w:szCs w:val="20"/>
        </w:rPr>
      </w:pPr>
      <w:r>
        <w:rPr>
          <w:rStyle w:val="Affb"/>
          <w:b/>
          <w:bCs/>
          <w:sz w:val="20"/>
          <w:szCs w:val="20"/>
        </w:rPr>
        <w:t>ЭЛЕКТРОННЫЙ ДОКУМЕНТООБОРОТ</w:t>
      </w:r>
    </w:p>
    <w:p w14:paraId="2BFBA01D" w14:textId="77777777" w:rsidR="0003317F" w:rsidRDefault="0003317F" w:rsidP="0003317F">
      <w:pPr>
        <w:pStyle w:val="Affa"/>
        <w:numPr>
          <w:ilvl w:val="1"/>
          <w:numId w:val="25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Соглашение об использовании простой электронной подписи</w:t>
      </w:r>
      <w:r>
        <w:rPr>
          <w:rStyle w:val="Affb"/>
          <w:b/>
          <w:bCs/>
          <w:sz w:val="20"/>
          <w:szCs w:val="20"/>
          <w:lang w:val="ru-RU"/>
        </w:rPr>
        <w:t xml:space="preserve">: </w:t>
      </w:r>
    </w:p>
    <w:p w14:paraId="6F3A4E53" w14:textId="77777777" w:rsidR="0003317F" w:rsidRDefault="0003317F" w:rsidP="0003317F">
      <w:pPr>
        <w:pStyle w:val="Affa"/>
        <w:numPr>
          <w:ilvl w:val="2"/>
          <w:numId w:val="25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явно согласны подписать Договор и все его приложения с помощью простой электронной подписи.</w:t>
      </w:r>
    </w:p>
    <w:p w14:paraId="2ADBC588" w14:textId="77777777" w:rsidR="0003317F" w:rsidRDefault="0003317F" w:rsidP="0003317F">
      <w:pPr>
        <w:pStyle w:val="Affa"/>
        <w:numPr>
          <w:ilvl w:val="2"/>
          <w:numId w:val="25"/>
        </w:numPr>
        <w:jc w:val="both"/>
        <w:rPr>
          <w:sz w:val="20"/>
          <w:szCs w:val="20"/>
          <w:lang w:val="ru-RU"/>
        </w:rPr>
      </w:pPr>
      <w:r>
        <w:rPr>
          <w:rStyle w:val="aff9"/>
          <w:sz w:val="20"/>
          <w:szCs w:val="20"/>
          <w:lang w:val="ru-RU"/>
        </w:rPr>
        <w:lastRenderedPageBreak/>
        <w:t>Равнозначность копий и оригиналов</w:t>
      </w:r>
      <w:r>
        <w:rPr>
          <w:rStyle w:val="Affb"/>
          <w:sz w:val="20"/>
          <w:szCs w:val="20"/>
          <w:lang w:val="ru-RU"/>
        </w:rPr>
        <w:t xml:space="preserve">: </w:t>
      </w:r>
      <w:r>
        <w:rPr>
          <w:rStyle w:val="aff9"/>
          <w:sz w:val="20"/>
          <w:szCs w:val="20"/>
          <w:lang w:val="ru-RU"/>
        </w:rPr>
        <w:t xml:space="preserve">Сканированные копии подписанного Договора и приложений </w:t>
      </w:r>
      <w:r>
        <w:rPr>
          <w:rStyle w:val="Affb"/>
          <w:sz w:val="20"/>
          <w:szCs w:val="20"/>
          <w:lang w:val="ru-RU"/>
        </w:rPr>
        <w:t xml:space="preserve">(в формате </w:t>
      </w:r>
      <w:r>
        <w:rPr>
          <w:rStyle w:val="aff9"/>
          <w:sz w:val="20"/>
          <w:szCs w:val="20"/>
          <w:lang w:val="pt-PT"/>
        </w:rPr>
        <w:t xml:space="preserve">PDF, JPG, PNG) </w:t>
      </w:r>
      <w:r>
        <w:rPr>
          <w:rStyle w:val="aff9"/>
          <w:sz w:val="20"/>
          <w:szCs w:val="20"/>
          <w:lang w:val="ru-RU"/>
        </w:rPr>
        <w:t>признаются равнозначными оригиналам и могут использоваться в качестве доказательства наравне с электронным оригиналом</w:t>
      </w:r>
      <w:r>
        <w:rPr>
          <w:rStyle w:val="Affb"/>
          <w:sz w:val="20"/>
          <w:szCs w:val="20"/>
          <w:lang w:val="ru-RU"/>
        </w:rPr>
        <w:t>.</w:t>
      </w:r>
    </w:p>
    <w:p w14:paraId="1E4B923F" w14:textId="55D9956E" w:rsidR="0003317F" w:rsidRPr="0003317F" w:rsidRDefault="0003317F" w:rsidP="0003317F">
      <w:pPr>
        <w:pStyle w:val="Affa"/>
        <w:numPr>
          <w:ilvl w:val="2"/>
          <w:numId w:val="25"/>
        </w:numPr>
        <w:jc w:val="both"/>
        <w:rPr>
          <w:sz w:val="20"/>
          <w:szCs w:val="20"/>
          <w:lang w:val="ru-RU"/>
        </w:rPr>
      </w:pPr>
      <w:r>
        <w:rPr>
          <w:rStyle w:val="aff9"/>
          <w:sz w:val="20"/>
          <w:szCs w:val="20"/>
          <w:lang w:val="ru-RU"/>
        </w:rPr>
        <w:t>Вместо использования простой электронной подписи для подписания электронных документов Стороны вправе использовать усиленную квалифицированную электронную подпись или подписать документы собственноручно</w:t>
      </w:r>
      <w:r>
        <w:rPr>
          <w:rStyle w:val="Affb"/>
          <w:sz w:val="20"/>
          <w:szCs w:val="20"/>
          <w:lang w:val="ru-RU"/>
        </w:rPr>
        <w:t xml:space="preserve">. </w:t>
      </w:r>
    </w:p>
    <w:p w14:paraId="66234D39" w14:textId="7802CBA6" w:rsidR="008C51D8" w:rsidRDefault="00AB0B5D">
      <w:pPr>
        <w:pStyle w:val="af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rStyle w:val="aff9"/>
          <w:b/>
          <w:bCs/>
          <w:sz w:val="20"/>
          <w:szCs w:val="20"/>
          <w:lang w:val="ru-RU"/>
        </w:rPr>
        <w:t>Юридическая значимость переписки</w:t>
      </w:r>
      <w:r w:rsidRPr="0003317F">
        <w:rPr>
          <w:rStyle w:val="aff9"/>
          <w:b/>
          <w:bCs/>
          <w:sz w:val="20"/>
          <w:szCs w:val="20"/>
          <w:lang w:val="ru-RU"/>
        </w:rPr>
        <w:t xml:space="preserve">: </w:t>
      </w:r>
      <w:r>
        <w:rPr>
          <w:rStyle w:val="aff9"/>
          <w:sz w:val="20"/>
          <w:szCs w:val="20"/>
          <w:lang w:val="ru-RU"/>
        </w:rPr>
        <w:t>Стороны явно согласны и подтверждают</w:t>
      </w:r>
      <w:r w:rsidRPr="0003317F">
        <w:rPr>
          <w:rStyle w:val="aff9"/>
          <w:sz w:val="20"/>
          <w:szCs w:val="20"/>
          <w:lang w:val="ru-RU"/>
        </w:rPr>
        <w:t xml:space="preserve">, </w:t>
      </w:r>
      <w:r>
        <w:rPr>
          <w:rStyle w:val="aff9"/>
          <w:sz w:val="20"/>
          <w:szCs w:val="20"/>
          <w:lang w:val="ru-RU"/>
        </w:rPr>
        <w:t>что вся переписка между ними</w:t>
      </w:r>
      <w:r w:rsidRPr="0003317F">
        <w:rPr>
          <w:rStyle w:val="aff9"/>
          <w:sz w:val="20"/>
          <w:szCs w:val="20"/>
          <w:lang w:val="ru-RU"/>
        </w:rPr>
        <w:t xml:space="preserve">: </w:t>
      </w:r>
      <w:r>
        <w:rPr>
          <w:rStyle w:val="aff9"/>
          <w:sz w:val="20"/>
          <w:szCs w:val="20"/>
          <w:lang w:val="ru-RU"/>
        </w:rPr>
        <w:t xml:space="preserve">в мессенджерах </w:t>
      </w:r>
      <w:r w:rsidRPr="0003317F">
        <w:rPr>
          <w:rStyle w:val="aff9"/>
          <w:sz w:val="20"/>
          <w:szCs w:val="20"/>
          <w:lang w:val="ru-RU"/>
        </w:rPr>
        <w:t>(</w:t>
      </w:r>
      <w:r>
        <w:rPr>
          <w:rStyle w:val="aff9"/>
          <w:sz w:val="20"/>
          <w:szCs w:val="20"/>
        </w:rPr>
        <w:t>Telegram</w:t>
      </w:r>
      <w:r w:rsidRPr="0003317F">
        <w:rPr>
          <w:rStyle w:val="aff9"/>
          <w:sz w:val="20"/>
          <w:szCs w:val="20"/>
          <w:lang w:val="ru-RU"/>
        </w:rPr>
        <w:t xml:space="preserve">, </w:t>
      </w:r>
      <w:r>
        <w:rPr>
          <w:rStyle w:val="aff9"/>
          <w:sz w:val="20"/>
          <w:szCs w:val="20"/>
        </w:rPr>
        <w:t>WhatsApp</w:t>
      </w:r>
      <w:r w:rsidRPr="0003317F">
        <w:rPr>
          <w:rStyle w:val="aff9"/>
          <w:sz w:val="20"/>
          <w:szCs w:val="20"/>
          <w:lang w:val="ru-RU"/>
        </w:rPr>
        <w:t xml:space="preserve">, </w:t>
      </w:r>
      <w:r>
        <w:rPr>
          <w:rStyle w:val="aff9"/>
          <w:sz w:val="20"/>
          <w:szCs w:val="20"/>
        </w:rPr>
        <w:t>Viber</w:t>
      </w:r>
      <w:r w:rsidRPr="0003317F">
        <w:rPr>
          <w:rStyle w:val="aff9"/>
          <w:sz w:val="20"/>
          <w:szCs w:val="20"/>
          <w:lang w:val="ru-RU"/>
        </w:rPr>
        <w:t xml:space="preserve">, </w:t>
      </w:r>
      <w:r>
        <w:rPr>
          <w:rStyle w:val="aff9"/>
          <w:sz w:val="20"/>
          <w:szCs w:val="20"/>
        </w:rPr>
        <w:t>Messenger</w:t>
      </w:r>
      <w:r w:rsidRPr="0003317F">
        <w:rPr>
          <w:rStyle w:val="aff9"/>
          <w:sz w:val="20"/>
          <w:szCs w:val="20"/>
          <w:lang w:val="ru-RU"/>
        </w:rPr>
        <w:t xml:space="preserve"> и </w:t>
      </w:r>
      <w:proofErr w:type="spellStart"/>
      <w:r w:rsidRPr="0003317F">
        <w:rPr>
          <w:rStyle w:val="aff9"/>
          <w:sz w:val="20"/>
          <w:szCs w:val="20"/>
          <w:lang w:val="ru-RU"/>
        </w:rPr>
        <w:t>т.д</w:t>
      </w:r>
      <w:proofErr w:type="spellEnd"/>
      <w:r>
        <w:rPr>
          <w:rStyle w:val="aff9"/>
          <w:sz w:val="20"/>
          <w:szCs w:val="20"/>
          <w:lang w:val="it-IT"/>
        </w:rPr>
        <w:t xml:space="preserve">.); </w:t>
      </w:r>
      <w:r>
        <w:rPr>
          <w:rStyle w:val="aff9"/>
          <w:sz w:val="20"/>
          <w:szCs w:val="20"/>
          <w:lang w:val="ru-RU"/>
        </w:rPr>
        <w:t xml:space="preserve">по электронной почте </w:t>
      </w:r>
      <w:r w:rsidRPr="0003317F">
        <w:rPr>
          <w:rStyle w:val="aff9"/>
          <w:sz w:val="20"/>
          <w:szCs w:val="20"/>
          <w:lang w:val="ru-RU"/>
        </w:rPr>
        <w:t>(</w:t>
      </w:r>
      <w:r>
        <w:rPr>
          <w:rStyle w:val="aff9"/>
          <w:sz w:val="20"/>
          <w:szCs w:val="20"/>
        </w:rPr>
        <w:t>email</w:t>
      </w:r>
      <w:r w:rsidRPr="0003317F">
        <w:rPr>
          <w:rStyle w:val="aff9"/>
          <w:sz w:val="20"/>
          <w:szCs w:val="20"/>
          <w:lang w:val="ru-RU"/>
        </w:rPr>
        <w:t xml:space="preserve">); </w:t>
      </w:r>
      <w:r>
        <w:rPr>
          <w:rStyle w:val="aff9"/>
          <w:sz w:val="20"/>
          <w:szCs w:val="20"/>
          <w:lang w:val="ru-RU"/>
        </w:rPr>
        <w:t>через иные электронные каналы коммуникации</w:t>
      </w:r>
      <w:r w:rsidRPr="0003317F">
        <w:rPr>
          <w:rStyle w:val="aff9"/>
          <w:sz w:val="20"/>
          <w:szCs w:val="20"/>
          <w:lang w:val="ru-RU"/>
        </w:rPr>
        <w:t xml:space="preserve">; </w:t>
      </w:r>
      <w:r>
        <w:rPr>
          <w:rStyle w:val="aff9"/>
          <w:sz w:val="20"/>
          <w:szCs w:val="20"/>
          <w:lang w:val="ru-RU"/>
        </w:rPr>
        <w:t>является юридически значимой и может быть использована в качестве доказательства при разрешении споров</w:t>
      </w:r>
      <w:r w:rsidRPr="0003317F">
        <w:rPr>
          <w:rStyle w:val="aff9"/>
          <w:sz w:val="20"/>
          <w:szCs w:val="20"/>
          <w:lang w:val="ru-RU"/>
        </w:rPr>
        <w:t xml:space="preserve">, </w:t>
      </w:r>
      <w:r>
        <w:rPr>
          <w:rStyle w:val="aff9"/>
          <w:sz w:val="20"/>
          <w:szCs w:val="20"/>
          <w:lang w:val="ru-RU"/>
        </w:rPr>
        <w:t>рассмотрении претензий и в судебном разбирательстве</w:t>
      </w:r>
      <w:r w:rsidRPr="0003317F">
        <w:rPr>
          <w:rStyle w:val="aff9"/>
          <w:sz w:val="20"/>
          <w:szCs w:val="20"/>
          <w:lang w:val="ru-RU"/>
        </w:rPr>
        <w:t xml:space="preserve">. </w:t>
      </w:r>
      <w:r>
        <w:rPr>
          <w:rStyle w:val="aff9"/>
          <w:sz w:val="20"/>
          <w:szCs w:val="20"/>
          <w:lang w:val="ru-RU"/>
        </w:rPr>
        <w:t>Каждое сообщение</w:t>
      </w:r>
      <w:r w:rsidRPr="0003317F">
        <w:rPr>
          <w:rStyle w:val="aff9"/>
          <w:sz w:val="20"/>
          <w:szCs w:val="20"/>
          <w:lang w:val="ru-RU"/>
        </w:rPr>
        <w:t xml:space="preserve">, </w:t>
      </w:r>
      <w:r>
        <w:rPr>
          <w:rStyle w:val="aff9"/>
          <w:sz w:val="20"/>
          <w:szCs w:val="20"/>
          <w:lang w:val="ru-RU"/>
        </w:rPr>
        <w:t>отправленное с официального адреса электронной почты</w:t>
      </w:r>
      <w:r w:rsidRPr="0003317F">
        <w:rPr>
          <w:rStyle w:val="aff9"/>
          <w:sz w:val="20"/>
          <w:szCs w:val="20"/>
          <w:lang w:val="ru-RU"/>
        </w:rPr>
        <w:t xml:space="preserve">, </w:t>
      </w:r>
      <w:r>
        <w:rPr>
          <w:rStyle w:val="aff9"/>
          <w:sz w:val="20"/>
          <w:szCs w:val="20"/>
          <w:lang w:val="ru-RU"/>
        </w:rPr>
        <w:t>номера телефона или идентификатора Стороны</w:t>
      </w:r>
      <w:r w:rsidRPr="0003317F">
        <w:rPr>
          <w:rStyle w:val="aff9"/>
          <w:sz w:val="20"/>
          <w:szCs w:val="20"/>
          <w:lang w:val="ru-RU"/>
        </w:rPr>
        <w:t xml:space="preserve">, </w:t>
      </w:r>
      <w:r>
        <w:rPr>
          <w:rStyle w:val="aff9"/>
          <w:sz w:val="20"/>
          <w:szCs w:val="20"/>
          <w:lang w:val="ru-RU"/>
        </w:rPr>
        <w:t>признается официальной корреспонденцией в рамках исполнения Договора и может служить доказательством согласия</w:t>
      </w:r>
      <w:r w:rsidRPr="0003317F">
        <w:rPr>
          <w:rStyle w:val="aff9"/>
          <w:sz w:val="20"/>
          <w:szCs w:val="20"/>
          <w:lang w:val="ru-RU"/>
        </w:rPr>
        <w:t xml:space="preserve">, </w:t>
      </w:r>
      <w:r>
        <w:rPr>
          <w:rStyle w:val="aff9"/>
          <w:sz w:val="20"/>
          <w:szCs w:val="20"/>
          <w:lang w:val="ru-RU"/>
        </w:rPr>
        <w:t>распоряжения или другого юридически значимого действия</w:t>
      </w:r>
      <w:r w:rsidRPr="0003317F">
        <w:rPr>
          <w:rStyle w:val="aff9"/>
          <w:sz w:val="20"/>
          <w:szCs w:val="20"/>
          <w:lang w:val="ru-RU"/>
        </w:rPr>
        <w:t>.</w:t>
      </w:r>
    </w:p>
    <w:p w14:paraId="0B38BB27" w14:textId="68DA8AA4" w:rsidR="008C51D8" w:rsidRPr="0003317F" w:rsidRDefault="00AB0B5D" w:rsidP="0003317F">
      <w:pPr>
        <w:pStyle w:val="af"/>
        <w:numPr>
          <w:ilvl w:val="0"/>
          <w:numId w:val="9"/>
        </w:numPr>
        <w:jc w:val="center"/>
        <w:rPr>
          <w:rStyle w:val="aff9"/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ПОДПИСИ СТОРОН</w:t>
      </w:r>
    </w:p>
    <w:p w14:paraId="1A708476" w14:textId="77777777" w:rsidR="008C51D8" w:rsidRDefault="008C51D8">
      <w:pPr>
        <w:pStyle w:val="af"/>
        <w:jc w:val="center"/>
        <w:rPr>
          <w:rStyle w:val="aff9"/>
          <w:i/>
          <w:iCs/>
          <w:sz w:val="20"/>
          <w:szCs w:val="20"/>
        </w:rPr>
      </w:pPr>
    </w:p>
    <w:tbl>
      <w:tblPr>
        <w:tblW w:w="864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8C51D8" w14:paraId="7A701F99" w14:textId="77777777">
        <w:trPr>
          <w:trHeight w:val="1759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66CAB" w14:textId="77777777" w:rsidR="008C51D8" w:rsidRDefault="00AB0B5D">
            <w:pPr>
              <w:pStyle w:val="af"/>
              <w:rPr>
                <w:rStyle w:val="aff9"/>
                <w:sz w:val="20"/>
                <w:szCs w:val="20"/>
              </w:rPr>
            </w:pPr>
            <w:r>
              <w:rPr>
                <w:rStyle w:val="aff9"/>
                <w:b/>
                <w:bCs/>
                <w:sz w:val="20"/>
                <w:szCs w:val="20"/>
                <w:lang w:val="ru-RU"/>
              </w:rPr>
              <w:t>ЗАКАЗЧИК</w:t>
            </w:r>
          </w:p>
          <w:p w14:paraId="4AD3D91A" w14:textId="77777777" w:rsidR="008C51D8" w:rsidRDefault="00AB0B5D">
            <w:pPr>
              <w:pStyle w:val="af"/>
              <w:rPr>
                <w:rStyle w:val="aff9"/>
                <w:sz w:val="20"/>
                <w:szCs w:val="20"/>
              </w:rPr>
            </w:pPr>
            <w:r>
              <w:rPr>
                <w:rStyle w:val="aff9"/>
                <w:b/>
                <w:bCs/>
                <w:sz w:val="20"/>
                <w:szCs w:val="20"/>
                <w:lang w:val="ru-RU"/>
              </w:rPr>
              <w:t>[Наименование заказчика]</w:t>
            </w:r>
          </w:p>
          <w:p w14:paraId="3C3C9363" w14:textId="77777777" w:rsidR="008C51D8" w:rsidRDefault="00AB0B5D">
            <w:pPr>
              <w:pStyle w:val="af"/>
            </w:pPr>
            <w:r>
              <w:rPr>
                <w:rStyle w:val="aff9"/>
                <w:sz w:val="20"/>
                <w:szCs w:val="20"/>
                <w:lang w:val="ru-RU"/>
              </w:rPr>
              <w:br/>
              <w:t>___________________/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F07BD" w14:textId="77777777" w:rsidR="008C51D8" w:rsidRDefault="00AB0B5D">
            <w:pPr>
              <w:pStyle w:val="af"/>
              <w:rPr>
                <w:rStyle w:val="aff9"/>
                <w:sz w:val="20"/>
                <w:szCs w:val="20"/>
              </w:rPr>
            </w:pPr>
            <w:r>
              <w:rPr>
                <w:rStyle w:val="aff9"/>
                <w:b/>
                <w:bCs/>
                <w:sz w:val="20"/>
                <w:szCs w:val="20"/>
                <w:lang w:val="ru-RU"/>
              </w:rPr>
              <w:t>ИСПОЛНИТЕЛЬ</w:t>
            </w:r>
          </w:p>
          <w:p w14:paraId="3F08E881" w14:textId="77777777" w:rsidR="008C51D8" w:rsidRPr="0003317F" w:rsidRDefault="00AB0B5D">
            <w:pPr>
              <w:pStyle w:val="af"/>
              <w:rPr>
                <w:rStyle w:val="aff9"/>
                <w:b/>
                <w:bCs/>
                <w:sz w:val="20"/>
                <w:szCs w:val="20"/>
                <w:lang w:val="ru-RU"/>
              </w:rPr>
            </w:pPr>
            <w:r>
              <w:rPr>
                <w:rStyle w:val="aff9"/>
                <w:b/>
                <w:bCs/>
                <w:sz w:val="20"/>
                <w:szCs w:val="20"/>
                <w:lang w:val="ru-RU"/>
              </w:rPr>
              <w:t>Индивидуальный предприниматель [ФИО физического лица] </w:t>
            </w:r>
          </w:p>
          <w:p w14:paraId="53CC66AB" w14:textId="77777777" w:rsidR="008C51D8" w:rsidRDefault="008C51D8">
            <w:pPr>
              <w:pStyle w:val="af"/>
              <w:rPr>
                <w:rStyle w:val="aff9"/>
                <w:b/>
                <w:bCs/>
                <w:sz w:val="20"/>
                <w:szCs w:val="20"/>
                <w:lang w:val="ru-RU"/>
              </w:rPr>
            </w:pPr>
          </w:p>
          <w:p w14:paraId="638B84BD" w14:textId="77777777" w:rsidR="008C51D8" w:rsidRDefault="00AB0B5D">
            <w:pPr>
              <w:pStyle w:val="af"/>
            </w:pPr>
            <w:r>
              <w:rPr>
                <w:rStyle w:val="aff9"/>
                <w:sz w:val="20"/>
                <w:szCs w:val="20"/>
                <w:lang w:val="ru-RU"/>
              </w:rPr>
              <w:t>____________________/</w:t>
            </w:r>
          </w:p>
        </w:tc>
      </w:tr>
    </w:tbl>
    <w:p w14:paraId="3A7921B9" w14:textId="77777777" w:rsidR="008C51D8" w:rsidRDefault="008C51D8">
      <w:pPr>
        <w:pStyle w:val="af"/>
        <w:widowControl w:val="0"/>
        <w:spacing w:line="240" w:lineRule="auto"/>
      </w:pPr>
    </w:p>
    <w:p w14:paraId="540F9AD6" w14:textId="77777777" w:rsidR="008C51D8" w:rsidRDefault="00AB0B5D">
      <w:r>
        <w:br w:type="page"/>
      </w:r>
    </w:p>
    <w:p w14:paraId="75B3DB68" w14:textId="0FD8D7C6" w:rsidR="008C51D8" w:rsidRDefault="00AB0B5D">
      <w:pPr>
        <w:jc w:val="center"/>
        <w:rPr>
          <w:rFonts w:ascii="Calibri" w:eastAsia="Calibri" w:hAnsi="Calibri" w:cs="Calibri"/>
          <w:lang w:val="ru-RU"/>
        </w:rPr>
      </w:pPr>
      <w:r>
        <w:rPr>
          <w:rFonts w:ascii="Calibri" w:hAnsi="Calibri"/>
          <w:b/>
          <w:bCs/>
          <w:lang w:val="ru-RU"/>
        </w:rPr>
        <w:lastRenderedPageBreak/>
        <w:t>АКТ №</w:t>
      </w:r>
      <w:r>
        <w:rPr>
          <w:rFonts w:ascii="Calibri" w:hAnsi="Calibri"/>
          <w:lang w:val="ru-RU"/>
        </w:rPr>
        <w:t xml:space="preserve"> [Номер Акта]</w:t>
      </w:r>
      <w:r w:rsidRPr="0003317F">
        <w:rPr>
          <w:rFonts w:ascii="Calibri" w:eastAsia="Calibri" w:hAnsi="Calibri" w:cs="Calibri"/>
          <w:lang w:val="ru-RU"/>
        </w:rPr>
        <w:br/>
        <w:t>СДАЧИ</w:t>
      </w:r>
      <w:r w:rsidR="0003317F">
        <w:rPr>
          <w:rFonts w:ascii="Calibri" w:eastAsia="Calibri" w:hAnsi="Calibri" w:cs="Calibri"/>
          <w:lang w:val="ru-RU"/>
        </w:rPr>
        <w:t>-</w:t>
      </w:r>
      <w:r w:rsidRPr="0003317F">
        <w:rPr>
          <w:rFonts w:ascii="Calibri" w:eastAsia="Calibri" w:hAnsi="Calibri" w:cs="Calibri"/>
          <w:lang w:val="ru-RU"/>
        </w:rPr>
        <w:t>ПРИЕМКИ ВЫПОЛНЕННЫХ РАБОТ</w:t>
      </w:r>
      <w:r w:rsidRPr="0003317F">
        <w:rPr>
          <w:rFonts w:ascii="Calibri" w:eastAsia="Calibri" w:hAnsi="Calibri" w:cs="Calibri"/>
          <w:lang w:val="ru-RU"/>
        </w:rPr>
        <w:br/>
        <w:t xml:space="preserve">к Договору подряда № </w:t>
      </w:r>
      <w:r>
        <w:rPr>
          <w:rFonts w:ascii="Calibri" w:hAnsi="Calibri"/>
          <w:lang w:val="ru-RU"/>
        </w:rPr>
        <w:t>[№ договора] от [дата договора]</w:t>
      </w:r>
    </w:p>
    <w:p w14:paraId="0FF5128E" w14:textId="77777777" w:rsidR="008C51D8" w:rsidRDefault="00AB0B5D">
      <w:pPr>
        <w:jc w:val="center"/>
        <w:rPr>
          <w:rFonts w:ascii="Calibri" w:eastAsia="Calibri" w:hAnsi="Calibri" w:cs="Calibri"/>
          <w:lang w:val="ru-RU"/>
        </w:rPr>
      </w:pPr>
      <w:r>
        <w:rPr>
          <w:rFonts w:ascii="Calibri" w:hAnsi="Calibri"/>
          <w:lang w:val="ru-RU"/>
        </w:rPr>
        <w:t>​</w:t>
      </w:r>
    </w:p>
    <w:p w14:paraId="47D5891C" w14:textId="77777777" w:rsidR="008C51D8" w:rsidRDefault="00AB0B5D">
      <w:pPr>
        <w:rPr>
          <w:rFonts w:ascii="Calibri" w:eastAsia="Calibri" w:hAnsi="Calibri" w:cs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г. Москва, [дата акта]</w:t>
      </w:r>
    </w:p>
    <w:p w14:paraId="65F9C180" w14:textId="77777777" w:rsidR="008C51D8" w:rsidRDefault="00AB0B5D">
      <w:pPr>
        <w:jc w:val="center"/>
        <w:rPr>
          <w:rFonts w:ascii="Calibri" w:eastAsia="Calibri" w:hAnsi="Calibri" w:cs="Calibri"/>
          <w:b/>
          <w:bCs/>
          <w:lang w:val="ru-RU"/>
        </w:rPr>
      </w:pPr>
      <w:r>
        <w:rPr>
          <w:rFonts w:ascii="Calibri" w:hAnsi="Calibri"/>
          <w:b/>
          <w:bCs/>
          <w:lang w:val="ru-RU"/>
        </w:rPr>
        <w:t xml:space="preserve">РЕКВИЗИТЫ СТОРОН </w:t>
      </w:r>
    </w:p>
    <w:tbl>
      <w:tblPr>
        <w:tblW w:w="88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51"/>
        <w:gridCol w:w="6905"/>
      </w:tblGrid>
      <w:tr w:rsidR="008C51D8" w:rsidRPr="001E46F6" w14:paraId="037A8F27" w14:textId="77777777">
        <w:trPr>
          <w:trHeight w:val="82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12C88" w14:textId="77777777" w:rsidR="008C51D8" w:rsidRDefault="00AB0B5D">
            <w:pPr>
              <w:spacing w:after="160" w:line="259" w:lineRule="auto"/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63FDD" w14:textId="77777777" w:rsidR="008C51D8" w:rsidRDefault="00AB0B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3317F">
              <w:rPr>
                <w:rFonts w:ascii="Calibri" w:hAnsi="Calibri"/>
                <w:b/>
                <w:bCs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[Наименование компании]</w:t>
            </w:r>
          </w:p>
          <w:p w14:paraId="723201C3" w14:textId="095BD934" w:rsidR="008C51D8" w:rsidRPr="0003317F" w:rsidRDefault="00AB0B5D" w:rsidP="0003317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59" w:lineRule="auto"/>
              <w:rPr>
                <w:lang w:val="ru-RU"/>
              </w:rPr>
            </w:pPr>
            <w:r w:rsidRPr="0003317F"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[ОГРН заказчика</w:t>
            </w:r>
            <w:proofErr w:type="gramStart"/>
            <w:r w:rsidRPr="0003317F"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]</w:t>
            </w:r>
            <w:r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,</w:t>
            </w:r>
            <w:proofErr w:type="gramEnd"/>
            <w:r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ИНН</w:t>
            </w:r>
            <w:r w:rsidRPr="0003317F"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[ИНН компании]</w:t>
            </w:r>
            <w:r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 w:rsidRPr="0003317F"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[КПП компании]</w:t>
            </w:r>
          </w:p>
        </w:tc>
      </w:tr>
      <w:tr w:rsidR="008C51D8" w:rsidRPr="001E46F6" w14:paraId="615CD404" w14:textId="77777777">
        <w:trPr>
          <w:trHeight w:val="116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281A5" w14:textId="77777777" w:rsidR="008C51D8" w:rsidRDefault="00AB0B5D">
            <w:pPr>
              <w:spacing w:line="259" w:lineRule="auto"/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44C71" w14:textId="77777777" w:rsidR="008C51D8" w:rsidRDefault="00AB0B5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Индивидуальный предприниматель</w:t>
            </w:r>
          </w:p>
          <w:p w14:paraId="6463BD2A" w14:textId="1E2D5BD5" w:rsidR="008C51D8" w:rsidRPr="0003317F" w:rsidRDefault="00AB0B5D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ФИО (полностью):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[ФИО физического лица]</w:t>
            </w:r>
            <w:r w:rsidR="0003317F"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ОГРНИП: [ОГРНИП]</w:t>
            </w:r>
            <w:r w:rsidR="0003317F"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ИНН: [ИНН]</w:t>
            </w:r>
          </w:p>
        </w:tc>
      </w:tr>
    </w:tbl>
    <w:p w14:paraId="413E7C8A" w14:textId="77777777" w:rsidR="008C51D8" w:rsidRDefault="008C51D8">
      <w:pPr>
        <w:rPr>
          <w:rFonts w:ascii="Calibri" w:hAnsi="Calibri"/>
          <w:sz w:val="20"/>
          <w:szCs w:val="20"/>
          <w:lang w:val="ru-RU"/>
        </w:rPr>
      </w:pPr>
    </w:p>
    <w:p w14:paraId="153C80DE" w14:textId="77777777" w:rsidR="008C51D8" w:rsidRDefault="00AB0B5D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Стороны составили настоящий Акт о том, что Исполнитель надлежащим образом выполнил Работы, а Заказчик принял их Результат в порядке и на условиях Договора, а именно:</w:t>
      </w:r>
    </w:p>
    <w:p w14:paraId="4D288A1B" w14:textId="77777777" w:rsidR="008C51D8" w:rsidRDefault="00AB0B5D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 xml:space="preserve">Исполнитель выполнил следующие Работы: [Работа] и передал следующий Результат Работ (РИД): [Результат Работ]. </w:t>
      </w:r>
    </w:p>
    <w:p w14:paraId="317D2962" w14:textId="0005AB74" w:rsidR="008C51D8" w:rsidRDefault="00AB0B5D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Работы выполнены в рамках проекта клиента Заказчика со следующими параметрами:</w:t>
      </w:r>
      <w:r w:rsidR="0003317F">
        <w:rPr>
          <w:rFonts w:ascii="Calibri" w:hAnsi="Calibri"/>
          <w:sz w:val="20"/>
          <w:szCs w:val="20"/>
          <w:lang w:val="ru-RU"/>
        </w:rPr>
        <w:br/>
      </w:r>
      <w:r>
        <w:rPr>
          <w:rFonts w:ascii="Calibri" w:hAnsi="Calibri"/>
          <w:sz w:val="20"/>
          <w:szCs w:val="20"/>
          <w:lang w:val="ru-RU"/>
        </w:rPr>
        <w:t>[Наименование проекта]</w:t>
      </w:r>
      <w:r w:rsidR="0003317F">
        <w:rPr>
          <w:rFonts w:ascii="Calibri" w:hAnsi="Calibri"/>
          <w:sz w:val="20"/>
          <w:szCs w:val="20"/>
          <w:lang w:val="ru-RU"/>
        </w:rPr>
        <w:br/>
      </w:r>
      <w:r>
        <w:rPr>
          <w:rFonts w:ascii="Calibri" w:hAnsi="Calibri"/>
          <w:sz w:val="20"/>
          <w:szCs w:val="20"/>
          <w:lang w:val="ru-RU"/>
        </w:rPr>
        <w:t>[хронометраж, сек]</w:t>
      </w:r>
      <w:r w:rsidR="0003317F">
        <w:rPr>
          <w:rFonts w:ascii="Calibri" w:hAnsi="Calibri"/>
          <w:sz w:val="20"/>
          <w:szCs w:val="20"/>
          <w:lang w:val="ru-RU"/>
        </w:rPr>
        <w:br/>
      </w:r>
      <w:r>
        <w:rPr>
          <w:rFonts w:ascii="Calibri" w:hAnsi="Calibri"/>
          <w:sz w:val="20"/>
          <w:szCs w:val="20"/>
          <w:lang w:val="ru-RU"/>
        </w:rPr>
        <w:t>[Условное наименование]</w:t>
      </w:r>
    </w:p>
    <w:p w14:paraId="29A9642D" w14:textId="77777777" w:rsidR="008C51D8" w:rsidRDefault="00AB0B5D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Срок выполнения Работ по Договору: с [дата начала] по [дата окончания].</w:t>
      </w:r>
    </w:p>
    <w:p w14:paraId="6274E870" w14:textId="77777777" w:rsidR="008C51D8" w:rsidRDefault="00AB0B5D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Стоимость Работ по Договору: [сумма цифрами] руб. 00 коп., НДС не облагается (на основании ст. 346.11 НК РФ), включая вознаграждение за предоставление прав на РИД в размере 5%.</w:t>
      </w:r>
    </w:p>
    <w:p w14:paraId="3A060594" w14:textId="77777777" w:rsidR="008C51D8" w:rsidRDefault="00AB0B5D">
      <w:pPr>
        <w:rPr>
          <w:rFonts w:ascii="Calibri" w:eastAsia="Calibri" w:hAnsi="Calibri" w:cs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Режим передачи прав на РИД определяется «Коммерческими условиями Договора» и применяется к переданному по Акту Результату. Право использования РИД предоставлено Заказчику на условиях Договора.</w:t>
      </w:r>
    </w:p>
    <w:p w14:paraId="1410C008" w14:textId="77777777" w:rsidR="008C51D8" w:rsidRPr="0003317F" w:rsidRDefault="00AB0B5D" w:rsidP="0003317F">
      <w:pPr>
        <w:spacing w:line="259" w:lineRule="auto"/>
        <w:rPr>
          <w:rFonts w:ascii="Calibri" w:eastAsia="Calibri" w:hAnsi="Calibri" w:cs="Calibri"/>
          <w:b/>
          <w:bCs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Заказчик производит оплату Работ в размере и в порядке, установленном в Договоре. Исполнитель по оплате никаких претензий к Заказчику не имеет.</w:t>
      </w:r>
    </w:p>
    <w:p w14:paraId="61A3AE66" w14:textId="77777777" w:rsidR="008C51D8" w:rsidRPr="0003317F" w:rsidRDefault="00AB0B5D" w:rsidP="0003317F">
      <w:pPr>
        <w:rPr>
          <w:rFonts w:ascii="Calibri" w:eastAsia="Calibri" w:hAnsi="Calibri" w:cs="Calibri"/>
          <w:i/>
          <w:iCs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Исполнитель самостоятельно разрешает все вопросы, связанные с декларированием сумм вознаграждения, получаемых в рамках Договора, а также с уплатой налогов в размерах и сроки, установленные законодательством Российской Федерации.</w:t>
      </w:r>
    </w:p>
    <w:p w14:paraId="5F66616F" w14:textId="77777777" w:rsidR="008C51D8" w:rsidRPr="0003317F" w:rsidRDefault="00AB0B5D" w:rsidP="0003317F">
      <w:pPr>
        <w:widowControl w:val="0"/>
        <w:spacing w:line="240" w:lineRule="auto"/>
        <w:rPr>
          <w:rFonts w:ascii="Calibri" w:eastAsia="Calibri" w:hAnsi="Calibri" w:cs="Calibri"/>
          <w:i/>
          <w:iCs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lastRenderedPageBreak/>
        <w:t>Акт вступает в силу с даты с подписания и является неотъемлемой частью Договора. В Акте применяется терминология, предусмотренная Договором.</w:t>
      </w:r>
    </w:p>
    <w:p w14:paraId="75B4CC1E" w14:textId="77777777" w:rsidR="008C51D8" w:rsidRPr="0003317F" w:rsidRDefault="00AB0B5D" w:rsidP="0003317F">
      <w:pPr>
        <w:widowControl w:val="0"/>
        <w:spacing w:line="240" w:lineRule="auto"/>
        <w:rPr>
          <w:lang w:val="ru-RU"/>
        </w:rPr>
      </w:pPr>
      <w:r>
        <w:rPr>
          <w:rFonts w:ascii="Calibri" w:hAnsi="Calibri"/>
          <w:sz w:val="20"/>
          <w:szCs w:val="20"/>
          <w:lang w:val="ru-RU"/>
        </w:rPr>
        <w:t>Акт может быть подписан посредством электронного документооборота/простой электронной подписи в порядке, предусмотренном Договором.</w:t>
      </w:r>
    </w:p>
    <w:p w14:paraId="34079136" w14:textId="77777777" w:rsidR="008C51D8" w:rsidRPr="0003317F" w:rsidRDefault="008C51D8">
      <w:pPr>
        <w:rPr>
          <w:rFonts w:ascii="Calibri" w:eastAsia="Calibri" w:hAnsi="Calibri" w:cs="Calibri"/>
          <w:sz w:val="20"/>
          <w:szCs w:val="20"/>
          <w:lang w:val="ru-RU"/>
        </w:rPr>
      </w:pPr>
    </w:p>
    <w:p w14:paraId="215A9744" w14:textId="77777777" w:rsidR="008C51D8" w:rsidRDefault="00AB0B5D">
      <w:pPr>
        <w:spacing w:line="259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ПОДПИСИ СТОРОН</w:t>
      </w:r>
    </w:p>
    <w:p w14:paraId="2B69CC98" w14:textId="77777777" w:rsidR="008C51D8" w:rsidRDefault="008C51D8">
      <w:pPr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tbl>
      <w:tblPr>
        <w:tblW w:w="864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8C51D8" w14:paraId="5EE46F62" w14:textId="77777777">
        <w:trPr>
          <w:trHeight w:val="1476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AA23D" w14:textId="77777777" w:rsidR="008C51D8" w:rsidRDefault="00AB0B5D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ЗАКАЗЧИК</w:t>
            </w:r>
          </w:p>
          <w:p w14:paraId="228EA86C" w14:textId="77777777" w:rsidR="008C51D8" w:rsidRDefault="00AB0B5D">
            <w:r>
              <w:rPr>
                <w:rFonts w:ascii="Calibri" w:hAnsi="Calibri"/>
                <w:sz w:val="20"/>
                <w:szCs w:val="20"/>
                <w:lang w:val="ru-RU"/>
              </w:rPr>
              <w:t>[Наименование заказчика]</w:t>
            </w: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br/>
            </w: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t>___________________/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FFBCB" w14:textId="77777777" w:rsidR="008C51D8" w:rsidRDefault="00AB0B5D">
            <w:pPr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ИСПОЛНИТЕЛЬ</w:t>
            </w:r>
          </w:p>
          <w:p w14:paraId="0CCB7C4E" w14:textId="77777777" w:rsidR="008C51D8" w:rsidRDefault="00AB0B5D">
            <w:pPr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Индивидуальный предприниматель [ФИО физического лица] </w:t>
            </w:r>
          </w:p>
          <w:p w14:paraId="756C82D7" w14:textId="77777777" w:rsidR="008C51D8" w:rsidRDefault="00AB0B5D"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t>____________________/</w:t>
            </w:r>
          </w:p>
        </w:tc>
      </w:tr>
    </w:tbl>
    <w:p w14:paraId="7C91F769" w14:textId="77777777" w:rsidR="008C51D8" w:rsidRDefault="008C51D8">
      <w:pPr>
        <w:widowControl w:val="0"/>
        <w:spacing w:line="240" w:lineRule="auto"/>
        <w:ind w:left="108" w:hanging="108"/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p w14:paraId="06CD7E2B" w14:textId="77777777" w:rsidR="008C51D8" w:rsidRDefault="008C51D8">
      <w:pPr>
        <w:widowControl w:val="0"/>
        <w:spacing w:line="240" w:lineRule="auto"/>
        <w:jc w:val="center"/>
      </w:pPr>
    </w:p>
    <w:sectPr w:rsidR="008C51D8" w:rsidSect="00034616">
      <w:headerReference w:type="default" r:id="rId8"/>
      <w:footerReference w:type="default" r:id="rId9"/>
      <w:pgSz w:w="12240" w:h="15840"/>
      <w:pgMar w:top="1440" w:right="1800" w:bottom="1440" w:left="1800" w:header="173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D8483" w14:textId="77777777" w:rsidR="0077579D" w:rsidRDefault="0077579D">
      <w:pPr>
        <w:spacing w:after="0" w:line="240" w:lineRule="auto"/>
      </w:pPr>
      <w:r>
        <w:separator/>
      </w:r>
    </w:p>
  </w:endnote>
  <w:endnote w:type="continuationSeparator" w:id="0">
    <w:p w14:paraId="5F416177" w14:textId="77777777" w:rsidR="0077579D" w:rsidRDefault="00775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7F47" w14:textId="77777777" w:rsidR="008C51D8" w:rsidRDefault="0077579D">
    <w:pPr>
      <w:jc w:val="center"/>
    </w:pPr>
    <w:hyperlink r:id="rId1">
      <w:r w:rsidR="00AB0B5D">
        <w:rPr>
          <w:rFonts w:ascii="Calibri" w:hAnsi="Calibri" w:cs="Calibri"/>
          <w:color w:val="6B655C"/>
          <w:sz w:val="14"/>
          <w:u w:val="single"/>
        </w:rPr>
        <w:t>snoop-doc.ru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DFD7F" w14:textId="77777777" w:rsidR="0077579D" w:rsidRDefault="0077579D">
      <w:pPr>
        <w:spacing w:after="0" w:line="240" w:lineRule="auto"/>
      </w:pPr>
      <w:r>
        <w:separator/>
      </w:r>
    </w:p>
  </w:footnote>
  <w:footnote w:type="continuationSeparator" w:id="0">
    <w:p w14:paraId="111422F1" w14:textId="77777777" w:rsidR="0077579D" w:rsidRDefault="00775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8352"/>
      <w:gridCol w:w="1872"/>
    </w:tblGrid>
    <w:tr w:rsidR="008C51D8" w14:paraId="269E7819" w14:textId="77777777">
      <w:trPr>
        <w:jc w:val="center"/>
      </w:trPr>
      <w:tc>
        <w:tcPr>
          <w:tcW w:w="8352" w:type="dxa"/>
          <w:shd w:val="clear" w:color="auto" w:fill="F5F3F0"/>
          <w:tcMar>
            <w:top w:w="100" w:type="dxa"/>
            <w:left w:w="140" w:type="dxa"/>
            <w:bottom w:w="100" w:type="dxa"/>
            <w:right w:w="100" w:type="dxa"/>
          </w:tcMar>
        </w:tcPr>
        <w:p w14:paraId="63BCEDFD" w14:textId="1E27E559" w:rsidR="008C51D8" w:rsidRDefault="00AB0B5D">
          <w:r w:rsidRPr="0003317F">
            <w:rPr>
              <w:rFonts w:ascii="Calibri" w:hAnsi="Calibri" w:cs="Calibri"/>
              <w:color w:val="6B655C"/>
              <w:sz w:val="16"/>
              <w:lang w:val="ru-RU"/>
            </w:rPr>
            <w:t xml:space="preserve">Не хочешь заполнять шаблон? Регистрируйся в </w:t>
          </w:r>
          <w:proofErr w:type="spellStart"/>
          <w:r w:rsidRPr="0003317F">
            <w:rPr>
              <w:rFonts w:ascii="Calibri" w:hAnsi="Calibri" w:cs="Calibri"/>
              <w:color w:val="6B655C"/>
              <w:sz w:val="16"/>
              <w:lang w:val="ru-RU"/>
            </w:rPr>
            <w:t>СнупДок</w:t>
          </w:r>
          <w:proofErr w:type="spellEnd"/>
          <w:r w:rsidRPr="0003317F">
            <w:rPr>
              <w:rFonts w:ascii="Calibri" w:hAnsi="Calibri" w:cs="Calibri"/>
              <w:color w:val="6B655C"/>
              <w:sz w:val="16"/>
              <w:lang w:val="ru-RU"/>
            </w:rPr>
            <w:t xml:space="preserve"> на </w:t>
          </w:r>
          <w:hyperlink r:id="rId1">
            <w:r>
              <w:rPr>
                <w:rFonts w:ascii="Calibri" w:hAnsi="Calibri" w:cs="Calibri"/>
                <w:color w:val="227BFF"/>
                <w:sz w:val="16"/>
                <w:u w:val="single"/>
              </w:rPr>
              <w:t>snoop</w:t>
            </w:r>
            <w:r w:rsidRPr="0003317F">
              <w:rPr>
                <w:rFonts w:ascii="Calibri" w:hAnsi="Calibri" w:cs="Calibri"/>
                <w:color w:val="227BFF"/>
                <w:sz w:val="16"/>
                <w:u w:val="single"/>
                <w:lang w:val="ru-RU"/>
              </w:rPr>
              <w:t>-</w:t>
            </w:r>
            <w:r>
              <w:rPr>
                <w:rFonts w:ascii="Calibri" w:hAnsi="Calibri" w:cs="Calibri"/>
                <w:color w:val="227BFF"/>
                <w:sz w:val="16"/>
                <w:u w:val="single"/>
              </w:rPr>
              <w:t>doc</w:t>
            </w:r>
            <w:r w:rsidRPr="0003317F">
              <w:rPr>
                <w:rFonts w:ascii="Calibri" w:hAnsi="Calibri" w:cs="Calibri"/>
                <w:color w:val="227BFF"/>
                <w:sz w:val="16"/>
                <w:u w:val="single"/>
                <w:lang w:val="ru-RU"/>
              </w:rPr>
              <w:t>.</w:t>
            </w:r>
            <w:proofErr w:type="spellStart"/>
            <w:r>
              <w:rPr>
                <w:rFonts w:ascii="Calibri" w:hAnsi="Calibri" w:cs="Calibri"/>
                <w:color w:val="227BFF"/>
                <w:sz w:val="16"/>
                <w:u w:val="single"/>
              </w:rPr>
              <w:t>ru</w:t>
            </w:r>
            <w:proofErr w:type="spellEnd"/>
          </w:hyperlink>
          <w:r w:rsidRPr="0003317F">
            <w:rPr>
              <w:rFonts w:ascii="Calibri" w:hAnsi="Calibri" w:cs="Calibri"/>
              <w:color w:val="6B655C"/>
              <w:sz w:val="16"/>
              <w:lang w:val="ru-RU"/>
            </w:rPr>
            <w:t xml:space="preserve"> — договор и акт собираются сами, подрядчик подписывает с телефона по ссылке. </w:t>
          </w:r>
          <w:proofErr w:type="spellStart"/>
          <w:r>
            <w:rPr>
              <w:rFonts w:ascii="Calibri" w:hAnsi="Calibri" w:cs="Calibri"/>
              <w:color w:val="6B655C"/>
              <w:sz w:val="16"/>
            </w:rPr>
            <w:t>Никакого</w:t>
          </w:r>
          <w:proofErr w:type="spellEnd"/>
          <w:r>
            <w:rPr>
              <w:rFonts w:ascii="Calibri" w:hAnsi="Calibri" w:cs="Calibri"/>
              <w:color w:val="6B655C"/>
              <w:sz w:val="16"/>
            </w:rPr>
            <w:t xml:space="preserve"> </w:t>
          </w:r>
          <w:proofErr w:type="spellStart"/>
          <w:r>
            <w:rPr>
              <w:rFonts w:ascii="Calibri" w:hAnsi="Calibri" w:cs="Calibri"/>
              <w:color w:val="6B655C"/>
              <w:sz w:val="16"/>
            </w:rPr>
            <w:t>ручного</w:t>
          </w:r>
          <w:proofErr w:type="spellEnd"/>
          <w:r>
            <w:rPr>
              <w:rFonts w:ascii="Calibri" w:hAnsi="Calibri" w:cs="Calibri"/>
              <w:color w:val="6B655C"/>
              <w:sz w:val="16"/>
            </w:rPr>
            <w:t xml:space="preserve"> </w:t>
          </w:r>
          <w:proofErr w:type="spellStart"/>
          <w:r>
            <w:rPr>
              <w:rFonts w:ascii="Calibri" w:hAnsi="Calibri" w:cs="Calibri"/>
              <w:color w:val="6B655C"/>
              <w:sz w:val="16"/>
            </w:rPr>
            <w:t>заполнения</w:t>
          </w:r>
          <w:proofErr w:type="spellEnd"/>
          <w:r>
            <w:rPr>
              <w:rFonts w:ascii="Calibri" w:hAnsi="Calibri" w:cs="Calibri"/>
              <w:color w:val="6B655C"/>
              <w:sz w:val="16"/>
            </w:rPr>
            <w:t xml:space="preserve"> и </w:t>
          </w:r>
          <w:proofErr w:type="spellStart"/>
          <w:r>
            <w:rPr>
              <w:rFonts w:ascii="Calibri" w:hAnsi="Calibri" w:cs="Calibri"/>
              <w:color w:val="6B655C"/>
              <w:sz w:val="16"/>
            </w:rPr>
            <w:t>вбивания</w:t>
          </w:r>
          <w:proofErr w:type="spellEnd"/>
          <w:r>
            <w:rPr>
              <w:rFonts w:ascii="Calibri" w:hAnsi="Calibri" w:cs="Calibri"/>
              <w:color w:val="6B655C"/>
              <w:sz w:val="16"/>
            </w:rPr>
            <w:t xml:space="preserve"> </w:t>
          </w:r>
          <w:proofErr w:type="spellStart"/>
          <w:r>
            <w:rPr>
              <w:rFonts w:ascii="Calibri" w:hAnsi="Calibri" w:cs="Calibri"/>
              <w:color w:val="6B655C"/>
              <w:sz w:val="16"/>
            </w:rPr>
            <w:t>реквизитов</w:t>
          </w:r>
          <w:proofErr w:type="spellEnd"/>
          <w:r>
            <w:rPr>
              <w:rFonts w:ascii="Calibri" w:hAnsi="Calibri" w:cs="Calibri"/>
              <w:color w:val="6B655C"/>
              <w:sz w:val="16"/>
            </w:rPr>
            <w:t>.</w:t>
          </w:r>
        </w:p>
      </w:tc>
      <w:tc>
        <w:tcPr>
          <w:tcW w:w="1872" w:type="dxa"/>
          <w:shd w:val="clear" w:color="auto" w:fill="F5F3F0"/>
          <w:tcMar>
            <w:top w:w="100" w:type="dxa"/>
            <w:left w:w="80" w:type="dxa"/>
            <w:bottom w:w="100" w:type="dxa"/>
            <w:right w:w="120" w:type="dxa"/>
          </w:tcMar>
          <w:vAlign w:val="center"/>
        </w:tcPr>
        <w:p w14:paraId="6202F5D9" w14:textId="77777777" w:rsidR="008C51D8" w:rsidRDefault="00AB0B5D">
          <w:pPr>
            <w:jc w:val="right"/>
          </w:pPr>
          <w:r>
            <w:rPr>
              <w:noProof/>
            </w:rPr>
            <w:drawing>
              <wp:inline distT="0" distB="0" distL="0" distR="0" wp14:anchorId="515E0AD0" wp14:editId="1FD1B245">
                <wp:extent cx="822960" cy="1501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noopdoc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2960" cy="150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760883"/>
    <w:multiLevelType w:val="hybridMultilevel"/>
    <w:tmpl w:val="90B4C27A"/>
    <w:lvl w:ilvl="0" w:tplc="66427194">
      <w:numFmt w:val="decimal"/>
      <w:lvlText w:val=""/>
      <w:lvlJc w:val="left"/>
    </w:lvl>
    <w:lvl w:ilvl="1" w:tplc="D5D6165C">
      <w:numFmt w:val="decimal"/>
      <w:lvlText w:val=""/>
      <w:lvlJc w:val="left"/>
    </w:lvl>
    <w:lvl w:ilvl="2" w:tplc="1188D0D4">
      <w:numFmt w:val="decimal"/>
      <w:lvlText w:val=""/>
      <w:lvlJc w:val="left"/>
    </w:lvl>
    <w:lvl w:ilvl="3" w:tplc="02EC5934">
      <w:numFmt w:val="decimal"/>
      <w:lvlText w:val=""/>
      <w:lvlJc w:val="left"/>
    </w:lvl>
    <w:lvl w:ilvl="4" w:tplc="79F67074">
      <w:numFmt w:val="decimal"/>
      <w:lvlText w:val=""/>
      <w:lvlJc w:val="left"/>
    </w:lvl>
    <w:lvl w:ilvl="5" w:tplc="8862A2D4">
      <w:numFmt w:val="decimal"/>
      <w:lvlText w:val=""/>
      <w:lvlJc w:val="left"/>
    </w:lvl>
    <w:lvl w:ilvl="6" w:tplc="071636D0">
      <w:numFmt w:val="decimal"/>
      <w:lvlText w:val=""/>
      <w:lvlJc w:val="left"/>
    </w:lvl>
    <w:lvl w:ilvl="7" w:tplc="193C6D28">
      <w:numFmt w:val="decimal"/>
      <w:lvlText w:val=""/>
      <w:lvlJc w:val="left"/>
    </w:lvl>
    <w:lvl w:ilvl="8" w:tplc="F32ECF0A">
      <w:numFmt w:val="decimal"/>
      <w:lvlText w:val=""/>
      <w:lvlJc w:val="left"/>
    </w:lvl>
  </w:abstractNum>
  <w:abstractNum w:abstractNumId="10" w15:restartNumberingAfterBreak="0">
    <w:nsid w:val="13043FC8"/>
    <w:multiLevelType w:val="hybridMultilevel"/>
    <w:tmpl w:val="2572E578"/>
    <w:lvl w:ilvl="0" w:tplc="ADBA6252">
      <w:numFmt w:val="decimal"/>
      <w:lvlText w:val=""/>
      <w:lvlJc w:val="left"/>
    </w:lvl>
    <w:lvl w:ilvl="1" w:tplc="3AAA0C08">
      <w:numFmt w:val="decimal"/>
      <w:lvlText w:val=""/>
      <w:lvlJc w:val="left"/>
    </w:lvl>
    <w:lvl w:ilvl="2" w:tplc="132C022E">
      <w:numFmt w:val="decimal"/>
      <w:lvlText w:val=""/>
      <w:lvlJc w:val="left"/>
    </w:lvl>
    <w:lvl w:ilvl="3" w:tplc="083EA89C">
      <w:numFmt w:val="decimal"/>
      <w:lvlText w:val=""/>
      <w:lvlJc w:val="left"/>
    </w:lvl>
    <w:lvl w:ilvl="4" w:tplc="F0F44F88">
      <w:numFmt w:val="decimal"/>
      <w:lvlText w:val=""/>
      <w:lvlJc w:val="left"/>
    </w:lvl>
    <w:lvl w:ilvl="5" w:tplc="8DE89F90">
      <w:numFmt w:val="decimal"/>
      <w:lvlText w:val=""/>
      <w:lvlJc w:val="left"/>
    </w:lvl>
    <w:lvl w:ilvl="6" w:tplc="C84ECC42">
      <w:numFmt w:val="decimal"/>
      <w:lvlText w:val=""/>
      <w:lvlJc w:val="left"/>
    </w:lvl>
    <w:lvl w:ilvl="7" w:tplc="8FCAB4F6">
      <w:numFmt w:val="decimal"/>
      <w:lvlText w:val=""/>
      <w:lvlJc w:val="left"/>
    </w:lvl>
    <w:lvl w:ilvl="8" w:tplc="F7D2D488">
      <w:numFmt w:val="decimal"/>
      <w:lvlText w:val=""/>
      <w:lvlJc w:val="left"/>
    </w:lvl>
  </w:abstractNum>
  <w:abstractNum w:abstractNumId="11" w15:restartNumberingAfterBreak="0">
    <w:nsid w:val="13C77293"/>
    <w:multiLevelType w:val="hybridMultilevel"/>
    <w:tmpl w:val="90A2F86E"/>
    <w:lvl w:ilvl="0" w:tplc="174E64D2">
      <w:numFmt w:val="decimal"/>
      <w:lvlText w:val=""/>
      <w:lvlJc w:val="left"/>
    </w:lvl>
    <w:lvl w:ilvl="1" w:tplc="644AE450">
      <w:numFmt w:val="decimal"/>
      <w:lvlText w:val=""/>
      <w:lvlJc w:val="left"/>
    </w:lvl>
    <w:lvl w:ilvl="2" w:tplc="8F66CBF2">
      <w:numFmt w:val="decimal"/>
      <w:lvlText w:val=""/>
      <w:lvlJc w:val="left"/>
    </w:lvl>
    <w:lvl w:ilvl="3" w:tplc="B0D0A280">
      <w:numFmt w:val="decimal"/>
      <w:lvlText w:val=""/>
      <w:lvlJc w:val="left"/>
    </w:lvl>
    <w:lvl w:ilvl="4" w:tplc="8BDE3360">
      <w:numFmt w:val="decimal"/>
      <w:lvlText w:val=""/>
      <w:lvlJc w:val="left"/>
    </w:lvl>
    <w:lvl w:ilvl="5" w:tplc="4DD69846">
      <w:numFmt w:val="decimal"/>
      <w:lvlText w:val=""/>
      <w:lvlJc w:val="left"/>
    </w:lvl>
    <w:lvl w:ilvl="6" w:tplc="45F09B88">
      <w:numFmt w:val="decimal"/>
      <w:lvlText w:val=""/>
      <w:lvlJc w:val="left"/>
    </w:lvl>
    <w:lvl w:ilvl="7" w:tplc="40741854">
      <w:numFmt w:val="decimal"/>
      <w:lvlText w:val=""/>
      <w:lvlJc w:val="left"/>
    </w:lvl>
    <w:lvl w:ilvl="8" w:tplc="A43ADFD4">
      <w:numFmt w:val="decimal"/>
      <w:lvlText w:val=""/>
      <w:lvlJc w:val="left"/>
    </w:lvl>
  </w:abstractNum>
  <w:abstractNum w:abstractNumId="12" w15:restartNumberingAfterBreak="0">
    <w:nsid w:val="1D684DDD"/>
    <w:multiLevelType w:val="hybridMultilevel"/>
    <w:tmpl w:val="C2F6EA80"/>
    <w:lvl w:ilvl="0" w:tplc="C526FBFC">
      <w:numFmt w:val="decimal"/>
      <w:lvlText w:val=""/>
      <w:lvlJc w:val="left"/>
    </w:lvl>
    <w:lvl w:ilvl="1" w:tplc="8256943A">
      <w:numFmt w:val="decimal"/>
      <w:lvlText w:val=""/>
      <w:lvlJc w:val="left"/>
    </w:lvl>
    <w:lvl w:ilvl="2" w:tplc="12F0D502">
      <w:numFmt w:val="decimal"/>
      <w:lvlText w:val=""/>
      <w:lvlJc w:val="left"/>
    </w:lvl>
    <w:lvl w:ilvl="3" w:tplc="4F3054F6">
      <w:numFmt w:val="decimal"/>
      <w:lvlText w:val=""/>
      <w:lvlJc w:val="left"/>
    </w:lvl>
    <w:lvl w:ilvl="4" w:tplc="C15803C8">
      <w:numFmt w:val="decimal"/>
      <w:lvlText w:val=""/>
      <w:lvlJc w:val="left"/>
    </w:lvl>
    <w:lvl w:ilvl="5" w:tplc="930CAAC4">
      <w:numFmt w:val="decimal"/>
      <w:lvlText w:val=""/>
      <w:lvlJc w:val="left"/>
    </w:lvl>
    <w:lvl w:ilvl="6" w:tplc="B6F8EDE0">
      <w:numFmt w:val="decimal"/>
      <w:lvlText w:val=""/>
      <w:lvlJc w:val="left"/>
    </w:lvl>
    <w:lvl w:ilvl="7" w:tplc="301892BA">
      <w:numFmt w:val="decimal"/>
      <w:lvlText w:val=""/>
      <w:lvlJc w:val="left"/>
    </w:lvl>
    <w:lvl w:ilvl="8" w:tplc="4E44D990">
      <w:numFmt w:val="decimal"/>
      <w:lvlText w:val=""/>
      <w:lvlJc w:val="left"/>
    </w:lvl>
  </w:abstractNum>
  <w:abstractNum w:abstractNumId="13" w15:restartNumberingAfterBreak="0">
    <w:nsid w:val="32B46750"/>
    <w:multiLevelType w:val="hybridMultilevel"/>
    <w:tmpl w:val="7A7C62D8"/>
    <w:lvl w:ilvl="0" w:tplc="858A72C6">
      <w:numFmt w:val="decimal"/>
      <w:lvlText w:val=""/>
      <w:lvlJc w:val="left"/>
    </w:lvl>
    <w:lvl w:ilvl="1" w:tplc="8B361B76">
      <w:numFmt w:val="decimal"/>
      <w:lvlText w:val=""/>
      <w:lvlJc w:val="left"/>
    </w:lvl>
    <w:lvl w:ilvl="2" w:tplc="F496A92A">
      <w:numFmt w:val="decimal"/>
      <w:lvlText w:val=""/>
      <w:lvlJc w:val="left"/>
    </w:lvl>
    <w:lvl w:ilvl="3" w:tplc="29BA09E4">
      <w:numFmt w:val="decimal"/>
      <w:lvlText w:val=""/>
      <w:lvlJc w:val="left"/>
    </w:lvl>
    <w:lvl w:ilvl="4" w:tplc="CD445BA0">
      <w:numFmt w:val="decimal"/>
      <w:lvlText w:val=""/>
      <w:lvlJc w:val="left"/>
    </w:lvl>
    <w:lvl w:ilvl="5" w:tplc="743CA446">
      <w:numFmt w:val="decimal"/>
      <w:lvlText w:val=""/>
      <w:lvlJc w:val="left"/>
    </w:lvl>
    <w:lvl w:ilvl="6" w:tplc="95822AD2">
      <w:numFmt w:val="decimal"/>
      <w:lvlText w:val=""/>
      <w:lvlJc w:val="left"/>
    </w:lvl>
    <w:lvl w:ilvl="7" w:tplc="00BA2A7E">
      <w:numFmt w:val="decimal"/>
      <w:lvlText w:val=""/>
      <w:lvlJc w:val="left"/>
    </w:lvl>
    <w:lvl w:ilvl="8" w:tplc="8700899C">
      <w:numFmt w:val="decimal"/>
      <w:lvlText w:val=""/>
      <w:lvlJc w:val="left"/>
    </w:lvl>
  </w:abstractNum>
  <w:abstractNum w:abstractNumId="14" w15:restartNumberingAfterBreak="0">
    <w:nsid w:val="51E62D1D"/>
    <w:multiLevelType w:val="hybridMultilevel"/>
    <w:tmpl w:val="BEBA6272"/>
    <w:lvl w:ilvl="0" w:tplc="21D65548">
      <w:numFmt w:val="decimal"/>
      <w:lvlText w:val=""/>
      <w:lvlJc w:val="left"/>
    </w:lvl>
    <w:lvl w:ilvl="1" w:tplc="3DF2CBF2">
      <w:numFmt w:val="decimal"/>
      <w:lvlText w:val=""/>
      <w:lvlJc w:val="left"/>
    </w:lvl>
    <w:lvl w:ilvl="2" w:tplc="B46AF726">
      <w:numFmt w:val="decimal"/>
      <w:lvlText w:val=""/>
      <w:lvlJc w:val="left"/>
    </w:lvl>
    <w:lvl w:ilvl="3" w:tplc="205A7D52">
      <w:numFmt w:val="decimal"/>
      <w:lvlText w:val=""/>
      <w:lvlJc w:val="left"/>
    </w:lvl>
    <w:lvl w:ilvl="4" w:tplc="33B05D4E">
      <w:numFmt w:val="decimal"/>
      <w:lvlText w:val=""/>
      <w:lvlJc w:val="left"/>
    </w:lvl>
    <w:lvl w:ilvl="5" w:tplc="DE74C5D8">
      <w:numFmt w:val="decimal"/>
      <w:lvlText w:val=""/>
      <w:lvlJc w:val="left"/>
    </w:lvl>
    <w:lvl w:ilvl="6" w:tplc="90C8D330">
      <w:numFmt w:val="decimal"/>
      <w:lvlText w:val=""/>
      <w:lvlJc w:val="left"/>
    </w:lvl>
    <w:lvl w:ilvl="7" w:tplc="7864F2B8">
      <w:numFmt w:val="decimal"/>
      <w:lvlText w:val=""/>
      <w:lvlJc w:val="left"/>
    </w:lvl>
    <w:lvl w:ilvl="8" w:tplc="21DEC720">
      <w:numFmt w:val="decimal"/>
      <w:lvlText w:val=""/>
      <w:lvlJc w:val="left"/>
    </w:lvl>
  </w:abstractNum>
  <w:abstractNum w:abstractNumId="15" w15:restartNumberingAfterBreak="0">
    <w:nsid w:val="52525611"/>
    <w:multiLevelType w:val="hybridMultilevel"/>
    <w:tmpl w:val="31D668A2"/>
    <w:lvl w:ilvl="0" w:tplc="6BD8952E">
      <w:numFmt w:val="decimal"/>
      <w:lvlText w:val=""/>
      <w:lvlJc w:val="left"/>
    </w:lvl>
    <w:lvl w:ilvl="1" w:tplc="AD1E0760">
      <w:numFmt w:val="decimal"/>
      <w:lvlText w:val=""/>
      <w:lvlJc w:val="left"/>
    </w:lvl>
    <w:lvl w:ilvl="2" w:tplc="2F485044">
      <w:numFmt w:val="decimal"/>
      <w:lvlText w:val=""/>
      <w:lvlJc w:val="left"/>
    </w:lvl>
    <w:lvl w:ilvl="3" w:tplc="B8064888">
      <w:numFmt w:val="decimal"/>
      <w:lvlText w:val=""/>
      <w:lvlJc w:val="left"/>
    </w:lvl>
    <w:lvl w:ilvl="4" w:tplc="0AF83E2C">
      <w:numFmt w:val="decimal"/>
      <w:lvlText w:val=""/>
      <w:lvlJc w:val="left"/>
    </w:lvl>
    <w:lvl w:ilvl="5" w:tplc="7A6E5366">
      <w:numFmt w:val="decimal"/>
      <w:lvlText w:val=""/>
      <w:lvlJc w:val="left"/>
    </w:lvl>
    <w:lvl w:ilvl="6" w:tplc="F4400116">
      <w:numFmt w:val="decimal"/>
      <w:lvlText w:val=""/>
      <w:lvlJc w:val="left"/>
    </w:lvl>
    <w:lvl w:ilvl="7" w:tplc="0206E6D0">
      <w:numFmt w:val="decimal"/>
      <w:lvlText w:val=""/>
      <w:lvlJc w:val="left"/>
    </w:lvl>
    <w:lvl w:ilvl="8" w:tplc="416E9ACC">
      <w:numFmt w:val="decimal"/>
      <w:lvlText w:val=""/>
      <w:lvlJc w:val="left"/>
    </w:lvl>
  </w:abstractNum>
  <w:abstractNum w:abstractNumId="16" w15:restartNumberingAfterBreak="0">
    <w:nsid w:val="6D6217C7"/>
    <w:multiLevelType w:val="hybridMultilevel"/>
    <w:tmpl w:val="E6526E30"/>
    <w:lvl w:ilvl="0" w:tplc="88A49D12">
      <w:numFmt w:val="decimal"/>
      <w:lvlText w:val=""/>
      <w:lvlJc w:val="left"/>
      <w:pPr>
        <w:ind w:left="0" w:firstLine="0"/>
      </w:pPr>
    </w:lvl>
    <w:lvl w:ilvl="1" w:tplc="5B92654C">
      <w:numFmt w:val="decimal"/>
      <w:lvlText w:val=""/>
      <w:lvlJc w:val="left"/>
      <w:pPr>
        <w:ind w:left="0" w:firstLine="0"/>
      </w:pPr>
    </w:lvl>
    <w:lvl w:ilvl="2" w:tplc="7E3A1740">
      <w:numFmt w:val="decimal"/>
      <w:lvlText w:val=""/>
      <w:lvlJc w:val="left"/>
      <w:pPr>
        <w:ind w:left="0" w:firstLine="0"/>
      </w:pPr>
    </w:lvl>
    <w:lvl w:ilvl="3" w:tplc="7618F3BE">
      <w:numFmt w:val="decimal"/>
      <w:lvlText w:val=""/>
      <w:lvlJc w:val="left"/>
      <w:pPr>
        <w:ind w:left="0" w:firstLine="0"/>
      </w:pPr>
    </w:lvl>
    <w:lvl w:ilvl="4" w:tplc="609A774E">
      <w:numFmt w:val="decimal"/>
      <w:lvlText w:val=""/>
      <w:lvlJc w:val="left"/>
      <w:pPr>
        <w:ind w:left="0" w:firstLine="0"/>
      </w:pPr>
    </w:lvl>
    <w:lvl w:ilvl="5" w:tplc="5DA87072">
      <w:numFmt w:val="decimal"/>
      <w:lvlText w:val=""/>
      <w:lvlJc w:val="left"/>
      <w:pPr>
        <w:ind w:left="0" w:firstLine="0"/>
      </w:pPr>
    </w:lvl>
    <w:lvl w:ilvl="6" w:tplc="33746C10">
      <w:numFmt w:val="decimal"/>
      <w:lvlText w:val=""/>
      <w:lvlJc w:val="left"/>
      <w:pPr>
        <w:ind w:left="0" w:firstLine="0"/>
      </w:pPr>
    </w:lvl>
    <w:lvl w:ilvl="7" w:tplc="2EDAB972">
      <w:numFmt w:val="decimal"/>
      <w:lvlText w:val=""/>
      <w:lvlJc w:val="left"/>
      <w:pPr>
        <w:ind w:left="0" w:firstLine="0"/>
      </w:pPr>
    </w:lvl>
    <w:lvl w:ilvl="8" w:tplc="D46A9B2E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12"/>
  </w:num>
  <w:num w:numId="10">
    <w:abstractNumId w:val="10"/>
  </w:num>
  <w:num w:numId="11">
    <w:abstractNumId w:val="12"/>
    <w:lvlOverride w:ilvl="0">
      <w:startOverride w:val="2"/>
    </w:lvlOverride>
  </w:num>
  <w:num w:numId="12">
    <w:abstractNumId w:val="11"/>
  </w:num>
  <w:num w:numId="13">
    <w:abstractNumId w:val="12"/>
  </w:num>
  <w:num w:numId="14">
    <w:abstractNumId w:val="12"/>
    <w:lvlOverride w:ilvl="0">
      <w:startOverride w:val="8"/>
    </w:lvlOverride>
  </w:num>
  <w:num w:numId="15">
    <w:abstractNumId w:val="13"/>
  </w:num>
  <w:num w:numId="16">
    <w:abstractNumId w:val="12"/>
  </w:num>
  <w:num w:numId="17">
    <w:abstractNumId w:val="14"/>
  </w:num>
  <w:num w:numId="18">
    <w:abstractNumId w:val="12"/>
  </w:num>
  <w:num w:numId="19">
    <w:abstractNumId w:val="15"/>
  </w:num>
  <w:num w:numId="20">
    <w:abstractNumId w:val="12"/>
    <w:lvlOverride w:ilvl="0">
      <w:startOverride w:val="11"/>
    </w:lvlOverride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0"/>
  </w:num>
  <w:num w:numId="24">
    <w:abstractNumId w:val="16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317F"/>
    <w:rsid w:val="00034616"/>
    <w:rsid w:val="0006063C"/>
    <w:rsid w:val="0015074B"/>
    <w:rsid w:val="001E46F6"/>
    <w:rsid w:val="0029639D"/>
    <w:rsid w:val="00326F90"/>
    <w:rsid w:val="0077579D"/>
    <w:rsid w:val="008C51D8"/>
    <w:rsid w:val="00AA1D8D"/>
    <w:rsid w:val="00AB0B5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C301E3"/>
  <w14:defaultImageDpi w14:val="300"/>
  <w15:docId w15:val="{D84ABA32-50A4-492B-95ED-1EEAEA6A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link w:val="af0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8">
    <w:name w:val="По умолчанию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ff9"/>
    <w:rPr>
      <w:rFonts w:ascii="Calibri" w:eastAsia="Calibri" w:hAnsi="Calibri" w:cs="Calibri"/>
      <w:outline w:val="0"/>
      <w:color w:val="0563C1"/>
      <w:u w:val="single" w:color="0563C1"/>
    </w:rPr>
  </w:style>
  <w:style w:type="character" w:customStyle="1" w:styleId="aff9">
    <w:name w:val="Нет"/>
  </w:style>
  <w:style w:type="numbering" w:customStyle="1" w:styleId="14">
    <w:name w:val="Импортированный стиль 1"/>
  </w:style>
  <w:style w:type="paragraph" w:customStyle="1" w:styleId="Affa">
    <w:name w:val="Основной текст A"/>
    <w:rsid w:val="0003317F"/>
    <w:pPr>
      <w:spacing w:after="160" w:line="256" w:lineRule="auto"/>
    </w:pPr>
    <w:rPr>
      <w:rFonts w:ascii="Calibri" w:eastAsia="Arial Unicode MS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Affb">
    <w:name w:val="Нет A"/>
    <w:rsid w:val="00033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noop-doc.ru/?utm_source=tochno_producer&amp;utm_medium=telegram_bot&amp;utm_campaign=july_2026&amp;utm_content=templat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noop-doc.ru/?utm_source=tochno_producer&amp;utm_medium=telegram_bot&amp;utm_campaign=july_2026&amp;utm_content=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3989</Words>
  <Characters>22741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Mikhail</cp:lastModifiedBy>
  <cp:revision>5</cp:revision>
  <dcterms:created xsi:type="dcterms:W3CDTF">2013-12-23T23:15:00Z</dcterms:created>
  <dcterms:modified xsi:type="dcterms:W3CDTF">2026-08-12T12:18:00Z</dcterms:modified>
  <cp:category/>
</cp:coreProperties>
</file>