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3FA8A" w14:textId="77777777" w:rsidR="0010156E" w:rsidRPr="005C6E69" w:rsidRDefault="00BF267F">
      <w:pPr>
        <w:pStyle w:val="Aff8"/>
        <w:jc w:val="center"/>
        <w:rPr>
          <w:b/>
          <w:bCs/>
          <w:sz w:val="24"/>
          <w:szCs w:val="24"/>
          <w:lang w:val="ru-RU"/>
        </w:rPr>
      </w:pPr>
      <w:r w:rsidRPr="005C6E69">
        <w:rPr>
          <w:b/>
          <w:bCs/>
          <w:sz w:val="24"/>
          <w:szCs w:val="24"/>
          <w:lang w:val="ru-RU"/>
        </w:rPr>
        <w:t>ДОГОВОР ПОДРЯДА</w:t>
      </w:r>
    </w:p>
    <w:p w14:paraId="506F4883" w14:textId="504CACA7" w:rsidR="0010156E" w:rsidRPr="005C6E69" w:rsidRDefault="00BF267F">
      <w:pPr>
        <w:pStyle w:val="Aff8"/>
        <w:rPr>
          <w:sz w:val="20"/>
          <w:szCs w:val="20"/>
          <w:lang w:val="ru-RU"/>
        </w:rPr>
      </w:pPr>
      <w:r w:rsidRPr="005C6E69">
        <w:rPr>
          <w:b/>
          <w:bCs/>
          <w:sz w:val="20"/>
          <w:szCs w:val="20"/>
          <w:lang w:val="ru-RU"/>
        </w:rPr>
        <w:t xml:space="preserve">№ [№ </w:t>
      </w:r>
      <w:proofErr w:type="gramStart"/>
      <w:r w:rsidRPr="005C6E69">
        <w:rPr>
          <w:b/>
          <w:bCs/>
          <w:sz w:val="20"/>
          <w:szCs w:val="20"/>
          <w:lang w:val="ru-RU"/>
        </w:rPr>
        <w:t>договора]</w:t>
      </w:r>
      <w:r w:rsidRPr="005C6E69">
        <w:rPr>
          <w:sz w:val="20"/>
          <w:szCs w:val="20"/>
          <w:lang w:val="ru-RU"/>
        </w:rPr>
        <w:t xml:space="preserve">   </w:t>
      </w:r>
      <w:proofErr w:type="gramEnd"/>
      <w:r w:rsidRPr="005C6E69">
        <w:rPr>
          <w:sz w:val="20"/>
          <w:szCs w:val="20"/>
          <w:lang w:val="ru-RU"/>
        </w:rPr>
        <w:t xml:space="preserve">                                                                   </w:t>
      </w:r>
      <w:r w:rsidR="005C6E69">
        <w:rPr>
          <w:sz w:val="20"/>
          <w:szCs w:val="20"/>
          <w:lang w:val="ru-RU"/>
        </w:rPr>
        <w:t xml:space="preserve">                                     </w:t>
      </w:r>
      <w:r w:rsidRPr="005C6E69">
        <w:rPr>
          <w:sz w:val="20"/>
          <w:szCs w:val="20"/>
          <w:lang w:val="ru-RU"/>
        </w:rPr>
        <w:t xml:space="preserve"> г. Москва, </w:t>
      </w:r>
      <w:r>
        <w:rPr>
          <w:sz w:val="20"/>
          <w:szCs w:val="20"/>
        </w:rPr>
        <w:t> </w:t>
      </w:r>
      <w:r w:rsidRPr="005C6E69">
        <w:rPr>
          <w:sz w:val="20"/>
          <w:szCs w:val="20"/>
          <w:lang w:val="ru-RU"/>
        </w:rPr>
        <w:t>[дата договора]</w:t>
      </w:r>
    </w:p>
    <w:p w14:paraId="583DB543" w14:textId="77777777" w:rsidR="0010156E" w:rsidRDefault="00BF267F">
      <w:pPr>
        <w:pStyle w:val="Aff8"/>
        <w:jc w:val="center"/>
        <w:rPr>
          <w:b/>
          <w:bCs/>
        </w:rPr>
      </w:pPr>
      <w:r>
        <w:rPr>
          <w:b/>
          <w:bCs/>
        </w:rPr>
        <w:t>РЕКВИЗИТЫ СТОРОН ДОГОВОРА</w:t>
      </w:r>
    </w:p>
    <w:tbl>
      <w:tblPr>
        <w:tblW w:w="8647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709"/>
        <w:gridCol w:w="5938"/>
      </w:tblGrid>
      <w:tr w:rsidR="0010156E" w:rsidRPr="0093304F" w14:paraId="49D28A89" w14:textId="77777777" w:rsidTr="0093304F">
        <w:trPr>
          <w:trHeight w:val="1958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FA5DA" w14:textId="77777777" w:rsidR="0010156E" w:rsidRDefault="00BF267F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A8638" w14:textId="77777777" w:rsidR="0010156E" w:rsidRPr="005C6E69" w:rsidRDefault="00BF267F">
            <w:pPr>
              <w:pStyle w:val="Aff8"/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 w:rsidRPr="005C6E69">
              <w:rPr>
                <w:b/>
                <w:bCs/>
                <w:sz w:val="20"/>
                <w:szCs w:val="20"/>
                <w:lang w:val="ru-RU"/>
              </w:rPr>
              <w:t>[Наименование компании]</w:t>
            </w:r>
          </w:p>
          <w:p w14:paraId="23ABED02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 w:rsidRPr="005C6E69">
              <w:rPr>
                <w:sz w:val="20"/>
                <w:szCs w:val="20"/>
                <w:lang w:val="ru-RU"/>
              </w:rPr>
              <w:t>[ОГРН заказчика</w:t>
            </w:r>
            <w:proofErr w:type="gramStart"/>
            <w:r w:rsidRPr="005C6E69">
              <w:rPr>
                <w:sz w:val="20"/>
                <w:szCs w:val="20"/>
                <w:lang w:val="ru-RU"/>
              </w:rPr>
              <w:t>]</w:t>
            </w:r>
            <w:r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ИНН</w:t>
            </w:r>
            <w:r w:rsidRPr="005C6E69">
              <w:rPr>
                <w:sz w:val="20"/>
                <w:szCs w:val="20"/>
                <w:lang w:val="ru-RU"/>
              </w:rPr>
              <w:t xml:space="preserve"> [ИНН компании]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 w:rsidRPr="005C6E69">
              <w:rPr>
                <w:sz w:val="20"/>
                <w:szCs w:val="20"/>
                <w:lang w:val="ru-RU"/>
              </w:rPr>
              <w:t>[КПП компании]</w:t>
            </w:r>
          </w:p>
          <w:p w14:paraId="15B03754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Юр. адрес: </w:t>
            </w:r>
            <w:r w:rsidRPr="005C6E69">
              <w:rPr>
                <w:sz w:val="20"/>
                <w:szCs w:val="20"/>
                <w:lang w:val="ru-RU"/>
              </w:rPr>
              <w:t>[юр. адрес заказчика]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14:paraId="24473D93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Р/с: </w:t>
            </w:r>
            <w:r w:rsidRPr="005C6E69">
              <w:rPr>
                <w:sz w:val="20"/>
                <w:szCs w:val="20"/>
                <w:lang w:val="ru-RU"/>
              </w:rPr>
              <w:t>[р/с заказчика]</w:t>
            </w:r>
            <w:r>
              <w:rPr>
                <w:sz w:val="20"/>
                <w:szCs w:val="20"/>
                <w:lang w:val="ru-RU"/>
              </w:rPr>
              <w:t xml:space="preserve"> в </w:t>
            </w:r>
            <w:r w:rsidRPr="005C6E69">
              <w:rPr>
                <w:sz w:val="20"/>
                <w:szCs w:val="20"/>
                <w:lang w:val="ru-RU"/>
              </w:rPr>
              <w:t>[банк заказчика]</w:t>
            </w:r>
          </w:p>
          <w:p w14:paraId="5C1202BF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БИК: </w:t>
            </w:r>
            <w:r w:rsidRPr="005C6E69">
              <w:rPr>
                <w:sz w:val="20"/>
                <w:szCs w:val="20"/>
                <w:lang w:val="ru-RU"/>
              </w:rPr>
              <w:t>[БИК компании]</w:t>
            </w:r>
            <w:r>
              <w:rPr>
                <w:sz w:val="20"/>
                <w:szCs w:val="20"/>
                <w:lang w:val="ru-RU"/>
              </w:rPr>
              <w:t xml:space="preserve"> / К/с: </w:t>
            </w:r>
            <w:r w:rsidRPr="005C6E69">
              <w:rPr>
                <w:sz w:val="20"/>
                <w:szCs w:val="20"/>
                <w:lang w:val="ru-RU"/>
              </w:rPr>
              <w:t>[к/с заказчика]</w:t>
            </w:r>
          </w:p>
          <w:p w14:paraId="3A004B21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Номер телефона: </w:t>
            </w:r>
            <w:r w:rsidRPr="005C6E69">
              <w:rPr>
                <w:sz w:val="20"/>
                <w:szCs w:val="20"/>
                <w:lang w:val="ru-RU"/>
              </w:rPr>
              <w:t xml:space="preserve">[телефон заказчика] </w:t>
            </w:r>
          </w:p>
          <w:p w14:paraId="384F007D" w14:textId="77777777" w:rsidR="0010156E" w:rsidRPr="005C6E69" w:rsidRDefault="00BF267F">
            <w:pPr>
              <w:pStyle w:val="Aff8"/>
              <w:spacing w:after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  <w:r w:rsidRPr="005C6E69">
              <w:rPr>
                <w:sz w:val="20"/>
                <w:szCs w:val="20"/>
                <w:lang w:val="ru-RU"/>
              </w:rPr>
              <w:t>[</w:t>
            </w:r>
            <w:r>
              <w:rPr>
                <w:sz w:val="20"/>
                <w:szCs w:val="20"/>
              </w:rPr>
              <w:t>email</w:t>
            </w:r>
            <w:r w:rsidRPr="005C6E69">
              <w:rPr>
                <w:sz w:val="20"/>
                <w:szCs w:val="20"/>
                <w:lang w:val="ru-RU"/>
              </w:rPr>
              <w:t xml:space="preserve"> заказчика]</w:t>
            </w:r>
          </w:p>
        </w:tc>
      </w:tr>
      <w:tr w:rsidR="0010156E" w:rsidRPr="0093304F" w14:paraId="73042145" w14:textId="77777777" w:rsidTr="0093304F">
        <w:trPr>
          <w:trHeight w:val="4472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97C6B" w14:textId="77777777" w:rsidR="0010156E" w:rsidRDefault="00BF267F">
            <w:pPr>
              <w:pStyle w:val="Aff8"/>
              <w:spacing w:after="0"/>
            </w:pPr>
            <w:r>
              <w:rPr>
                <w:b/>
                <w:bCs/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6D5C2" w14:textId="77777777" w:rsidR="0010156E" w:rsidRPr="005C6E69" w:rsidRDefault="00BF267F">
            <w:pPr>
              <w:pStyle w:val="Aff8"/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Гражданин Российской Федерации</w:t>
            </w:r>
          </w:p>
          <w:p w14:paraId="780358DA" w14:textId="77777777" w:rsidR="0010156E" w:rsidRPr="005C6E69" w:rsidRDefault="00BF267F">
            <w:pPr>
              <w:pStyle w:val="Aff8"/>
              <w:spacing w:after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ФИО (полностью):</w:t>
            </w:r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ru-RU"/>
              </w:rPr>
              <w:t>[ФИО физического лица]</w:t>
            </w:r>
          </w:p>
          <w:p w14:paraId="33749A2F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Справка о регистрации в качестве плательщика налога на профессиональный доход № [Номер регистрации НПД] от [Дата регистрации НПД]</w:t>
            </w:r>
          </w:p>
          <w:p w14:paraId="1B4BC1A3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Паспорт: [серия паспорта] [номер паспорта] выдан [Кем выдан паспорт], дата выдачи: [Дата выдачи паспорта], к/п [Код подразделения]</w:t>
            </w:r>
          </w:p>
          <w:p w14:paraId="44504569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ИНН:</w:t>
            </w:r>
            <w:r>
              <w:rPr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[ИНН]</w:t>
            </w:r>
          </w:p>
          <w:p w14:paraId="568393A7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СНИЛС: [СНИЛС]</w:t>
            </w:r>
          </w:p>
          <w:p w14:paraId="10C44497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Адрес регистрации: [Адрес регистрации]</w:t>
            </w:r>
          </w:p>
          <w:p w14:paraId="5487FCF1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Расчётный счёт: [Расчетный счет]</w:t>
            </w:r>
          </w:p>
          <w:p w14:paraId="7FFF8A34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Банк: [Банк]</w:t>
            </w:r>
          </w:p>
          <w:p w14:paraId="0965F93C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БИК: [БИК]</w:t>
            </w:r>
          </w:p>
          <w:p w14:paraId="28172E84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Корр. счёт: [Корреспондентский счет]</w:t>
            </w:r>
          </w:p>
          <w:p w14:paraId="1C604EE1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Номер телефона: [Номер телефона]</w:t>
            </w:r>
          </w:p>
          <w:p w14:paraId="35BEC7CF" w14:textId="77777777" w:rsidR="0010156E" w:rsidRPr="005C6E69" w:rsidRDefault="00BF267F">
            <w:pPr>
              <w:pStyle w:val="Aff8"/>
              <w:spacing w:after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Адрес электронной почты: [Адрес электронной почты]</w:t>
            </w:r>
          </w:p>
        </w:tc>
      </w:tr>
    </w:tbl>
    <w:p w14:paraId="311B516A" w14:textId="77777777" w:rsidR="005C6E69" w:rsidRPr="005C6E69" w:rsidRDefault="005C6E69">
      <w:pPr>
        <w:pStyle w:val="Aff8"/>
        <w:widowControl w:val="0"/>
        <w:spacing w:line="240" w:lineRule="auto"/>
        <w:rPr>
          <w:b/>
          <w:bCs/>
          <w:lang w:val="ru-RU"/>
        </w:rPr>
      </w:pPr>
    </w:p>
    <w:p w14:paraId="6950D553" w14:textId="77777777" w:rsidR="0010156E" w:rsidRPr="005C6E69" w:rsidRDefault="0010156E">
      <w:pPr>
        <w:pStyle w:val="Aff8"/>
        <w:rPr>
          <w:rStyle w:val="Aff9"/>
          <w:sz w:val="20"/>
          <w:szCs w:val="20"/>
          <w:lang w:val="ru-RU"/>
        </w:rPr>
      </w:pPr>
    </w:p>
    <w:p w14:paraId="5D14B70E" w14:textId="77777777" w:rsidR="0010156E" w:rsidRDefault="00BF267F">
      <w:pPr>
        <w:pStyle w:val="Aff8"/>
        <w:jc w:val="center"/>
        <w:rPr>
          <w:b/>
          <w:bCs/>
        </w:rPr>
      </w:pPr>
      <w:r>
        <w:rPr>
          <w:b/>
          <w:bCs/>
        </w:rPr>
        <w:t>КОММЕРЧЕСКИЕ УСЛОВИЯ ДОГОВОРА</w:t>
      </w:r>
    </w:p>
    <w:tbl>
      <w:tblPr>
        <w:tblW w:w="8647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577"/>
        <w:gridCol w:w="5070"/>
      </w:tblGrid>
      <w:tr w:rsidR="0010156E" w14:paraId="3783735B" w14:textId="77777777" w:rsidTr="0093304F">
        <w:trPr>
          <w:trHeight w:val="29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F6F1F" w14:textId="77777777" w:rsidR="0010156E" w:rsidRDefault="00BF267F">
            <w:pPr>
              <w:pStyle w:val="Aff8"/>
            </w:pPr>
            <w:r>
              <w:rPr>
                <w:sz w:val="20"/>
                <w:szCs w:val="20"/>
                <w:lang w:val="ru-RU"/>
              </w:rPr>
              <w:t>Условие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6ECB4" w14:textId="77777777" w:rsidR="0010156E" w:rsidRDefault="00BF267F">
            <w:pPr>
              <w:pStyle w:val="Aff8"/>
            </w:pPr>
            <w:r>
              <w:rPr>
                <w:sz w:val="20"/>
                <w:szCs w:val="20"/>
                <w:lang w:val="ru-RU"/>
              </w:rPr>
              <w:t>Содержание</w:t>
            </w:r>
          </w:p>
        </w:tc>
      </w:tr>
      <w:tr w:rsidR="0010156E" w14:paraId="3A619453" w14:textId="77777777" w:rsidTr="0093304F">
        <w:trPr>
          <w:trHeight w:val="29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D4C37" w14:textId="77777777" w:rsidR="0010156E" w:rsidRDefault="00BF267F">
            <w:pPr>
              <w:pStyle w:val="Aff8"/>
              <w:spacing w:after="0" w:line="240" w:lineRule="auto"/>
            </w:pPr>
            <w:r>
              <w:rPr>
                <w:b/>
                <w:bCs/>
                <w:sz w:val="20"/>
                <w:szCs w:val="20"/>
                <w:lang w:val="ru-RU"/>
              </w:rPr>
              <w:t>Функция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1B1DF" w14:textId="77777777" w:rsidR="0010156E" w:rsidRDefault="00BF267F">
            <w:pPr>
              <w:pStyle w:val="Aff8"/>
              <w:spacing w:after="0" w:line="240" w:lineRule="auto"/>
            </w:pPr>
            <w:r>
              <w:rPr>
                <w:sz w:val="20"/>
                <w:szCs w:val="20"/>
                <w:lang w:val="ru-RU"/>
              </w:rPr>
              <w:t>[Должность]</w:t>
            </w:r>
          </w:p>
        </w:tc>
      </w:tr>
      <w:tr w:rsidR="0010156E" w14:paraId="0F8BBB8D" w14:textId="77777777" w:rsidTr="0093304F">
        <w:trPr>
          <w:trHeight w:val="29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40599" w14:textId="77777777" w:rsidR="0010156E" w:rsidRDefault="00BF267F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Предмет (перечень работ)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7A96D" w14:textId="77777777" w:rsidR="0010156E" w:rsidRDefault="00BF267F">
            <w:pPr>
              <w:pStyle w:val="Aff8"/>
            </w:pPr>
            <w:r>
              <w:rPr>
                <w:sz w:val="20"/>
                <w:szCs w:val="20"/>
                <w:lang w:val="ru-RU"/>
              </w:rPr>
              <w:t>[Работа]</w:t>
            </w:r>
          </w:p>
        </w:tc>
      </w:tr>
      <w:tr w:rsidR="0010156E" w14:paraId="70109585" w14:textId="77777777" w:rsidTr="0093304F">
        <w:trPr>
          <w:trHeight w:val="29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6DAEC" w14:textId="77777777" w:rsidR="0010156E" w:rsidRDefault="00BF267F">
            <w:pPr>
              <w:pStyle w:val="Aff8"/>
              <w:spacing w:after="0" w:line="240" w:lineRule="auto"/>
            </w:pPr>
            <w:r>
              <w:rPr>
                <w:b/>
                <w:bCs/>
                <w:sz w:val="20"/>
                <w:szCs w:val="20"/>
                <w:lang w:val="ru-RU"/>
              </w:rPr>
              <w:t>Результат Работ (РИД)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9939B" w14:textId="77777777" w:rsidR="0010156E" w:rsidRDefault="00BF267F">
            <w:pPr>
              <w:pStyle w:val="Aff8"/>
              <w:spacing w:after="0" w:line="240" w:lineRule="auto"/>
            </w:pPr>
            <w:r>
              <w:rPr>
                <w:sz w:val="20"/>
                <w:szCs w:val="20"/>
                <w:lang w:val="ru-RU"/>
              </w:rPr>
              <w:t>[Результат Работ]</w:t>
            </w:r>
          </w:p>
        </w:tc>
      </w:tr>
      <w:tr w:rsidR="0010156E" w14:paraId="24167EA9" w14:textId="77777777" w:rsidTr="0093304F">
        <w:trPr>
          <w:trHeight w:val="85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504F4" w14:textId="77777777" w:rsidR="0010156E" w:rsidRDefault="00BF267F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Описание проекта клиента Заказчика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BE560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 проекта: [Наименование проекта]</w:t>
            </w:r>
          </w:p>
          <w:p w14:paraId="37FB5A75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Хронометраж в сек.: [хронометраж, сек]</w:t>
            </w:r>
          </w:p>
          <w:p w14:paraId="40CA1864" w14:textId="77777777" w:rsidR="0010156E" w:rsidRDefault="00BF267F">
            <w:pPr>
              <w:pStyle w:val="Aff8"/>
            </w:pPr>
            <w:r>
              <w:rPr>
                <w:sz w:val="20"/>
                <w:szCs w:val="20"/>
                <w:lang w:val="ru-RU"/>
              </w:rPr>
              <w:t>Условное наименование: [Условное наименование]</w:t>
            </w:r>
          </w:p>
        </w:tc>
      </w:tr>
      <w:tr w:rsidR="0010156E" w:rsidRPr="0093304F" w14:paraId="306BC078" w14:textId="77777777" w:rsidTr="0093304F">
        <w:trPr>
          <w:trHeight w:val="55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5D411" w14:textId="77777777" w:rsidR="0010156E" w:rsidRPr="005C6E69" w:rsidRDefault="00BF267F">
            <w:pPr>
              <w:pStyle w:val="Aff8"/>
              <w:spacing w:after="0" w:line="240" w:lineRule="auto"/>
              <w:rPr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lastRenderedPageBreak/>
              <w:t>Интеллектуальные права на Результат (РИД)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54C46" w14:textId="77777777" w:rsidR="0010156E" w:rsidRPr="0093304F" w:rsidRDefault="00BF267F">
            <w:pPr>
              <w:pStyle w:val="B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  <w:r w:rsidRPr="0093304F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t>[Интеллектуальные права на Результат (РИД)]</w:t>
            </w:r>
          </w:p>
        </w:tc>
      </w:tr>
      <w:tr w:rsidR="0010156E" w:rsidRPr="0093304F" w14:paraId="20197A79" w14:textId="77777777" w:rsidTr="0093304F">
        <w:trPr>
          <w:trHeight w:val="29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3876C" w14:textId="77777777" w:rsidR="0010156E" w:rsidRDefault="00BF267F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Сроки выполнения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F0D2E" w14:textId="77777777" w:rsidR="0010156E" w:rsidRPr="005C6E69" w:rsidRDefault="00BF267F">
            <w:pPr>
              <w:pStyle w:val="Af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 [дата начала] по [дата окончания]</w:t>
            </w:r>
          </w:p>
        </w:tc>
      </w:tr>
      <w:tr w:rsidR="0010156E" w:rsidRPr="0093304F" w14:paraId="5F255FE4" w14:textId="77777777" w:rsidTr="0093304F">
        <w:trPr>
          <w:trHeight w:val="1447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C48DB" w14:textId="77777777" w:rsidR="0010156E" w:rsidRDefault="00BF267F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Стоимость Работ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3A552" w14:textId="77777777" w:rsidR="0010156E" w:rsidRPr="005C6E69" w:rsidRDefault="00BF267F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[сумма цифрами] рублей 00 копеек) </w:t>
            </w:r>
          </w:p>
          <w:p w14:paraId="01E9F144" w14:textId="77777777" w:rsidR="0010156E" w:rsidRPr="005C6E69" w:rsidRDefault="00BF267F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НДС не облагается (на основании применения НПД).</w:t>
            </w:r>
          </w:p>
          <w:p w14:paraId="06D97335" w14:textId="77777777" w:rsidR="0010156E" w:rsidRPr="005C6E69" w:rsidRDefault="00BF267F">
            <w:pPr>
              <w:pStyle w:val="Af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Включает вознаграждение за предоставление прав на РИД в размере 5%.</w:t>
            </w:r>
          </w:p>
        </w:tc>
      </w:tr>
      <w:tr w:rsidR="0010156E" w14:paraId="24C10977" w14:textId="77777777" w:rsidTr="0093304F">
        <w:trPr>
          <w:trHeight w:val="36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CA209" w14:textId="77777777" w:rsidR="0010156E" w:rsidRDefault="00BF267F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Порядок расчетов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0F343" w14:textId="77777777" w:rsidR="0010156E" w:rsidRDefault="00BF267F">
            <w:pPr>
              <w:pStyle w:val="C"/>
            </w:pPr>
            <w:r>
              <w:rPr>
                <w:rFonts w:ascii="Calibri" w:hAnsi="Calibri"/>
                <w:sz w:val="20"/>
                <w:szCs w:val="20"/>
              </w:rPr>
              <w:t>[Порядок расчетов]</w:t>
            </w:r>
          </w:p>
        </w:tc>
      </w:tr>
      <w:tr w:rsidR="0010156E" w:rsidRPr="0093304F" w14:paraId="4B60D983" w14:textId="77777777" w:rsidTr="0093304F">
        <w:trPr>
          <w:trHeight w:val="3497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4CF95" w14:textId="77777777" w:rsidR="0010156E" w:rsidRDefault="00BF267F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Ответственные менеджеры (контакты)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C4732" w14:textId="77777777" w:rsidR="0010156E" w:rsidRPr="005C6E69" w:rsidRDefault="00BF267F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От Заказчика: </w:t>
            </w:r>
          </w:p>
          <w:p w14:paraId="6A740840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Электронная почта: [Адрес электронной почты ответственного менеджера заказчика]</w:t>
            </w:r>
          </w:p>
          <w:p w14:paraId="006D7D35" w14:textId="77777777" w:rsidR="0010156E" w:rsidRPr="005C6E69" w:rsidRDefault="00BF267F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Телефон/телеграмм: [</w:t>
            </w:r>
            <w:proofErr w:type="spellStart"/>
            <w:r>
              <w:rPr>
                <w:sz w:val="20"/>
                <w:szCs w:val="20"/>
                <w:lang w:val="ru-RU"/>
              </w:rPr>
              <w:t>Telegram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ответственного менеджера заказчика]</w:t>
            </w:r>
          </w:p>
          <w:p w14:paraId="03691AB2" w14:textId="77777777" w:rsidR="0010156E" w:rsidRPr="005C6E69" w:rsidRDefault="00BF267F">
            <w:pPr>
              <w:pStyle w:val="Aff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br/>
              <w:t xml:space="preserve">От Исполнителя: </w:t>
            </w:r>
          </w:p>
          <w:p w14:paraId="7231DA3B" w14:textId="77777777" w:rsidR="0010156E" w:rsidRPr="005C6E69" w:rsidRDefault="00BF267F">
            <w:pPr>
              <w:pStyle w:val="Aff8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Электронная почта: [Адрес электронной почты ответственного менеджера исполнителя]</w:t>
            </w:r>
          </w:p>
          <w:p w14:paraId="7D8DFE47" w14:textId="77777777" w:rsidR="0010156E" w:rsidRPr="005C6E69" w:rsidRDefault="00BF267F">
            <w:pPr>
              <w:pStyle w:val="Aff8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Телефон</w:t>
            </w:r>
            <w:r>
              <w:rPr>
                <w:lang w:val="ru-RU"/>
              </w:rPr>
              <w:t>/</w:t>
            </w:r>
            <w:proofErr w:type="gramStart"/>
            <w:r>
              <w:rPr>
                <w:sz w:val="20"/>
                <w:szCs w:val="20"/>
                <w:lang w:val="ru-RU"/>
              </w:rPr>
              <w:t>телеграмм</w:t>
            </w:r>
            <w:r>
              <w:rPr>
                <w:lang w:val="ru-RU"/>
              </w:rPr>
              <w:t>:</w:t>
            </w:r>
            <w:r>
              <w:rPr>
                <w:sz w:val="20"/>
                <w:szCs w:val="20"/>
                <w:lang w:val="ru-RU"/>
              </w:rPr>
              <w:t>[</w:t>
            </w:r>
            <w:proofErr w:type="spellStart"/>
            <w:proofErr w:type="gramEnd"/>
            <w:r>
              <w:rPr>
                <w:sz w:val="20"/>
                <w:szCs w:val="20"/>
                <w:lang w:val="ru-RU"/>
              </w:rPr>
              <w:t>Telegram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ответственного менеджера исполнителя]</w:t>
            </w:r>
          </w:p>
        </w:tc>
      </w:tr>
      <w:tr w:rsidR="0010156E" w14:paraId="6FBF82DC" w14:textId="77777777" w:rsidTr="0093304F">
        <w:trPr>
          <w:trHeight w:val="296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549D5" w14:textId="77777777" w:rsidR="0010156E" w:rsidRDefault="00BF267F">
            <w:pPr>
              <w:pStyle w:val="Aff8"/>
            </w:pPr>
            <w:r>
              <w:rPr>
                <w:b/>
                <w:bCs/>
                <w:sz w:val="20"/>
                <w:szCs w:val="20"/>
                <w:lang w:val="ru-RU"/>
              </w:rPr>
              <w:t>Иные специальные условия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E6903" w14:textId="77777777" w:rsidR="0010156E" w:rsidRDefault="00BF267F">
            <w:pPr>
              <w:pStyle w:val="Aff8"/>
            </w:pPr>
            <w:r>
              <w:rPr>
                <w:sz w:val="20"/>
                <w:szCs w:val="20"/>
                <w:lang w:val="ru-RU"/>
              </w:rPr>
              <w:t>Не применяются</w:t>
            </w:r>
          </w:p>
        </w:tc>
      </w:tr>
    </w:tbl>
    <w:p w14:paraId="210C2BE8" w14:textId="77777777" w:rsidR="0010156E" w:rsidRDefault="0010156E">
      <w:pPr>
        <w:pStyle w:val="Aff8"/>
        <w:widowControl w:val="0"/>
        <w:spacing w:line="240" w:lineRule="auto"/>
        <w:ind w:left="756" w:hanging="756"/>
        <w:rPr>
          <w:b/>
          <w:bCs/>
        </w:rPr>
      </w:pPr>
    </w:p>
    <w:p w14:paraId="6AFD3207" w14:textId="77777777" w:rsidR="0010156E" w:rsidRDefault="0010156E">
      <w:pPr>
        <w:pStyle w:val="Aff8"/>
        <w:widowControl w:val="0"/>
        <w:spacing w:line="240" w:lineRule="auto"/>
        <w:ind w:left="648" w:hanging="648"/>
        <w:rPr>
          <w:b/>
          <w:bCs/>
        </w:rPr>
      </w:pPr>
    </w:p>
    <w:p w14:paraId="0E753314" w14:textId="77777777" w:rsidR="0010156E" w:rsidRDefault="0010156E">
      <w:pPr>
        <w:pStyle w:val="Aff8"/>
        <w:widowControl w:val="0"/>
        <w:spacing w:line="240" w:lineRule="auto"/>
        <w:ind w:left="540" w:hanging="540"/>
        <w:rPr>
          <w:b/>
          <w:bCs/>
        </w:rPr>
      </w:pPr>
    </w:p>
    <w:p w14:paraId="4135358C" w14:textId="77777777" w:rsidR="0010156E" w:rsidRDefault="0010156E">
      <w:pPr>
        <w:pStyle w:val="Aff8"/>
        <w:widowControl w:val="0"/>
        <w:spacing w:line="240" w:lineRule="auto"/>
        <w:ind w:left="432" w:hanging="432"/>
        <w:rPr>
          <w:b/>
          <w:bCs/>
        </w:rPr>
      </w:pPr>
    </w:p>
    <w:p w14:paraId="315406F0" w14:textId="77777777" w:rsidR="0010156E" w:rsidRDefault="0010156E">
      <w:pPr>
        <w:pStyle w:val="Aff8"/>
        <w:widowControl w:val="0"/>
        <w:spacing w:line="240" w:lineRule="auto"/>
        <w:ind w:left="324" w:hanging="324"/>
        <w:rPr>
          <w:b/>
          <w:bCs/>
        </w:rPr>
      </w:pPr>
    </w:p>
    <w:p w14:paraId="7F9AFF2C" w14:textId="77777777" w:rsidR="0010156E" w:rsidRDefault="0010156E">
      <w:pPr>
        <w:pStyle w:val="Aff8"/>
        <w:widowControl w:val="0"/>
        <w:spacing w:line="240" w:lineRule="auto"/>
        <w:ind w:left="216" w:hanging="216"/>
        <w:rPr>
          <w:b/>
          <w:bCs/>
        </w:rPr>
      </w:pPr>
    </w:p>
    <w:p w14:paraId="783C40F4" w14:textId="77777777" w:rsidR="0010156E" w:rsidRDefault="0010156E">
      <w:pPr>
        <w:pStyle w:val="Aff8"/>
        <w:widowControl w:val="0"/>
        <w:spacing w:line="240" w:lineRule="auto"/>
        <w:ind w:left="108" w:hanging="108"/>
        <w:rPr>
          <w:b/>
          <w:bCs/>
        </w:rPr>
      </w:pPr>
    </w:p>
    <w:p w14:paraId="3A94C827" w14:textId="77777777" w:rsidR="0010156E" w:rsidRDefault="0010156E">
      <w:pPr>
        <w:pStyle w:val="Aff8"/>
        <w:widowControl w:val="0"/>
        <w:spacing w:line="240" w:lineRule="auto"/>
        <w:rPr>
          <w:b/>
          <w:bCs/>
        </w:rPr>
      </w:pPr>
    </w:p>
    <w:p w14:paraId="78CF4F37" w14:textId="77777777" w:rsidR="0010156E" w:rsidRDefault="0010156E">
      <w:pPr>
        <w:pStyle w:val="Aff8"/>
        <w:rPr>
          <w:rStyle w:val="Aff9"/>
          <w:sz w:val="20"/>
          <w:szCs w:val="20"/>
        </w:rPr>
      </w:pPr>
    </w:p>
    <w:p w14:paraId="441EE305" w14:textId="77777777" w:rsidR="0010156E" w:rsidRDefault="00BF267F">
      <w:pPr>
        <w:pStyle w:val="Aff8"/>
      </w:pPr>
      <w:r>
        <w:rPr>
          <w:rFonts w:ascii="Arial Unicode MS" w:hAnsi="Arial Unicode MS"/>
        </w:rPr>
        <w:br w:type="page"/>
      </w:r>
    </w:p>
    <w:p w14:paraId="6FF82256" w14:textId="77777777" w:rsidR="0010156E" w:rsidRDefault="00BF267F">
      <w:pPr>
        <w:pStyle w:val="Aff8"/>
        <w:jc w:val="center"/>
        <w:rPr>
          <w:b/>
          <w:bCs/>
        </w:rPr>
      </w:pPr>
      <w:r>
        <w:rPr>
          <w:b/>
          <w:bCs/>
        </w:rPr>
        <w:lastRenderedPageBreak/>
        <w:t>ОСНОВНЫЕ УСЛОВИЯ ДОГОВОРА</w:t>
      </w:r>
    </w:p>
    <w:p w14:paraId="1D4A302F" w14:textId="77777777" w:rsidR="0010156E" w:rsidRDefault="00BF267F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ПРЕДМЕТ ДОГОВОРА</w:t>
      </w:r>
    </w:p>
    <w:p w14:paraId="42274720" w14:textId="77777777" w:rsidR="0010156E" w:rsidRDefault="00BF267F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обязуется по заданию Заказчика выполнить работы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указанные в таблице «Коммерческие условия Договора» </w:t>
      </w:r>
      <w:r w:rsidRPr="005C6E69">
        <w:rPr>
          <w:rStyle w:val="Aff9"/>
          <w:sz w:val="20"/>
          <w:szCs w:val="20"/>
          <w:lang w:val="ru-RU"/>
        </w:rPr>
        <w:t>(</w:t>
      </w:r>
      <w:r w:rsidRPr="005C6E69">
        <w:rPr>
          <w:sz w:val="20"/>
          <w:szCs w:val="20"/>
          <w:lang w:val="ru-RU"/>
        </w:rPr>
        <w:t>далее — «</w:t>
      </w:r>
      <w:r>
        <w:rPr>
          <w:b/>
          <w:bCs/>
          <w:sz w:val="20"/>
          <w:szCs w:val="20"/>
          <w:lang w:val="ru-RU"/>
        </w:rPr>
        <w:t>Работы</w:t>
      </w:r>
      <w:r>
        <w:rPr>
          <w:sz w:val="20"/>
          <w:szCs w:val="20"/>
          <w:lang w:val="it-IT"/>
        </w:rPr>
        <w:t>»</w:t>
      </w:r>
      <w:r w:rsidRPr="005C6E69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а Заказчик обязуется оплатить выполненные Работы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77E07E79" w14:textId="77777777" w:rsidR="0010156E" w:rsidRDefault="00BF267F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Качество Работ должно соответствовать требованиям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обычно предъявляемым к работам соответствующего рода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специальным требованиям Заказчика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таковые были закреплены в техническом задании или переписке Сторон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7A60DEB7" w14:textId="77777777" w:rsidR="0010156E" w:rsidRDefault="00BF267F">
      <w:pPr>
        <w:pStyle w:val="Aff8"/>
        <w:numPr>
          <w:ilvl w:val="1"/>
          <w:numId w:val="10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Заказчик вправе устанавливать промежуточные сроки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этапы</w:t>
      </w:r>
      <w:r w:rsidRPr="005C6E69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выполнения Работ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 xml:space="preserve">Такие сроки согласовываются Сторонами в рабочей переписке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по электронной почте или в мессенджерах</w:t>
      </w:r>
      <w:r w:rsidRPr="005C6E69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 xml:space="preserve">и являются обязательными для Исполнителя с момента их подтверждения или отсутствия возражений в течение </w:t>
      </w:r>
      <w:r w:rsidRPr="005C6E69">
        <w:rPr>
          <w:rStyle w:val="Aff9"/>
          <w:sz w:val="20"/>
          <w:szCs w:val="20"/>
          <w:lang w:val="ru-RU"/>
        </w:rPr>
        <w:t>1 (одного) рабочего дня.</w:t>
      </w:r>
    </w:p>
    <w:p w14:paraId="714D0EEF" w14:textId="77777777" w:rsidR="0010156E" w:rsidRDefault="00BF267F">
      <w:pPr>
        <w:pStyle w:val="Aff8"/>
        <w:numPr>
          <w:ilvl w:val="0"/>
          <w:numId w:val="11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СТАТУС ИСПОЛНИТЕЛЯ</w:t>
      </w:r>
    </w:p>
    <w:p w14:paraId="3442DBCA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прямо подтверждают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настоящий Договор является гражданско</w:t>
      </w:r>
      <w:r w:rsidRPr="005C6E69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правовым соглашением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Между Сторонами отсутствуют трудовые отношения</w:t>
      </w:r>
      <w:r w:rsidRPr="005C6E69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Исполнитель не подчиняется правилам внутреннего трудового распорядка Заказчика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03F69CB1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самостоятельно определяет способы выполнения задания Заказчика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режим своего рабочего времени и место выполнения Работ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используя собственное оборудование и ресурсы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иное прямо не оговорено Сторонами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26E5F0A5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Исполнитель самостоятельно несет ответственность за декларирование своих доходов и уплату применимых налогов </w:t>
      </w:r>
      <w:r w:rsidRPr="005C6E69">
        <w:rPr>
          <w:rStyle w:val="Aff9"/>
          <w:sz w:val="20"/>
          <w:szCs w:val="20"/>
          <w:lang w:val="ru-RU"/>
        </w:rPr>
        <w:t xml:space="preserve">(налогов по НПД) </w:t>
      </w:r>
      <w:r>
        <w:rPr>
          <w:sz w:val="20"/>
          <w:szCs w:val="20"/>
          <w:lang w:val="ru-RU"/>
        </w:rPr>
        <w:t>и обязательных платежей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5E4DA236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выполняет Работы лично или привлекает субподрядчиков на основании отдельного согласия Заказчика исключительно за свой счёт и под свою ответственность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6354DB44" w14:textId="77777777" w:rsidR="0010156E" w:rsidRDefault="00BF267F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ПОРЯДОК СДАЧИ-ПРИЕМКИ РАБОТ</w:t>
      </w:r>
    </w:p>
    <w:p w14:paraId="496C9DE3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Передача Результата Работ</w:t>
      </w:r>
      <w:r w:rsidRPr="005C6E69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По завершении выполнения Работ Исполнитель обязан</w:t>
      </w:r>
      <w:r w:rsidRPr="005C6E69">
        <w:rPr>
          <w:rStyle w:val="Aff9"/>
          <w:sz w:val="20"/>
          <w:szCs w:val="20"/>
          <w:lang w:val="ru-RU"/>
        </w:rPr>
        <w:t>:</w:t>
      </w:r>
    </w:p>
    <w:p w14:paraId="66F1F3AA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Передать Заказчику готовый Результат Работ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6B1DB7AB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Передать Заказчику редактируемые исходные материалы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исходники</w:t>
      </w:r>
      <w:r w:rsidRPr="005C6E69">
        <w:rPr>
          <w:rStyle w:val="Aff9"/>
          <w:sz w:val="20"/>
          <w:szCs w:val="20"/>
          <w:lang w:val="ru-RU"/>
        </w:rPr>
        <w:t>)</w:t>
      </w:r>
      <w:r>
        <w:rPr>
          <w:sz w:val="20"/>
          <w:szCs w:val="20"/>
          <w:lang w:val="ru-RU"/>
        </w:rPr>
        <w:t xml:space="preserve"> в полном объеме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если такое понятие применимо к Результату Работ</w:t>
      </w:r>
      <w:r w:rsidRPr="005C6E69">
        <w:rPr>
          <w:rStyle w:val="Aff9"/>
          <w:sz w:val="20"/>
          <w:szCs w:val="20"/>
          <w:lang w:val="ru-RU"/>
        </w:rPr>
        <w:t>).</w:t>
      </w:r>
    </w:p>
    <w:p w14:paraId="6E1BFF13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Направить Заказчику Акт сдачи</w:t>
      </w:r>
      <w:r w:rsidRPr="005C6E69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приемки выполненных работ по форме Заказчика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431561BB" w14:textId="77777777" w:rsidR="0010156E" w:rsidRPr="005C6E69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 w:rsidRPr="005C6E69">
        <w:rPr>
          <w:b/>
          <w:bCs/>
          <w:sz w:val="20"/>
          <w:szCs w:val="20"/>
          <w:lang w:val="ru-RU"/>
        </w:rPr>
        <w:t xml:space="preserve">Сроки приемки: </w:t>
      </w:r>
      <w:r>
        <w:rPr>
          <w:sz w:val="20"/>
          <w:szCs w:val="20"/>
          <w:lang w:val="ru-RU"/>
        </w:rPr>
        <w:t>Заказчик обязуется рассмотреть полученный Результат и Акт в течение </w:t>
      </w:r>
      <w:r w:rsidRPr="005C6E69">
        <w:rPr>
          <w:rStyle w:val="Aff9"/>
          <w:sz w:val="20"/>
          <w:szCs w:val="20"/>
          <w:lang w:val="ru-RU"/>
        </w:rPr>
        <w:t xml:space="preserve">5 (пяти) рабочих дней. </w:t>
      </w:r>
      <w:r>
        <w:rPr>
          <w:sz w:val="20"/>
          <w:szCs w:val="20"/>
          <w:lang w:val="ru-RU"/>
        </w:rPr>
        <w:t>В этот срок Заказчик направляет Исполнителю подписанный Акт либо мотивированный отказ от приемки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26531714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Устранение недостатков</w:t>
      </w:r>
      <w:r w:rsidRPr="005C6E69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В случае получения мотивированного отказа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 том числе по причине отсутствия исходников или их повреждения</w:t>
      </w:r>
      <w:r w:rsidRPr="005C6E69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Исполнитель обязуется устранить недостатки собственными силами и за свой счет в срок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согласованный Сторонами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но не превышающий </w:t>
      </w:r>
      <w:r w:rsidRPr="005C6E69">
        <w:rPr>
          <w:rStyle w:val="Aff9"/>
          <w:sz w:val="20"/>
          <w:szCs w:val="20"/>
          <w:lang w:val="ru-RU"/>
        </w:rPr>
        <w:t xml:space="preserve">5 (пяти) </w:t>
      </w:r>
      <w:r>
        <w:rPr>
          <w:sz w:val="20"/>
          <w:szCs w:val="20"/>
          <w:lang w:val="ru-RU"/>
        </w:rPr>
        <w:t>календарных дней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5CA9336E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Риск случайной гибели или повреждения результата Работ до момента подписания Акта Заказчиком несет Исполнитель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6226E2A5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Если применимо</w:t>
      </w:r>
      <w:r w:rsidRPr="005C6E69">
        <w:rPr>
          <w:rStyle w:val="Aff9"/>
          <w:sz w:val="20"/>
          <w:szCs w:val="20"/>
          <w:lang w:val="ru-RU"/>
        </w:rPr>
        <w:t xml:space="preserve">, доработки, </w:t>
      </w:r>
      <w:r>
        <w:rPr>
          <w:sz w:val="20"/>
          <w:szCs w:val="20"/>
          <w:lang w:val="ru-RU"/>
        </w:rPr>
        <w:t>выполняемые в рамках исходного технического задания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входят в общую стоимость Договора и оплачиваются в составе основного вознаграждения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Работы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выходящие за рамки исходного технического задания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признаются дополнительными и оплачиваются отдельно по согласованию Сторон на условиях</w:t>
      </w:r>
      <w:r>
        <w:rPr>
          <w:rStyle w:val="Aff9"/>
          <w:sz w:val="20"/>
          <w:szCs w:val="20"/>
        </w:rPr>
        <w:t xml:space="preserve">, </w:t>
      </w:r>
      <w:r>
        <w:rPr>
          <w:sz w:val="20"/>
          <w:szCs w:val="20"/>
          <w:lang w:val="ru-RU"/>
        </w:rPr>
        <w:t>оформленного дополнительного соглашения</w:t>
      </w:r>
      <w:r>
        <w:rPr>
          <w:rStyle w:val="Aff9"/>
          <w:sz w:val="20"/>
          <w:szCs w:val="20"/>
        </w:rPr>
        <w:t>.</w:t>
      </w:r>
    </w:p>
    <w:p w14:paraId="08D1AC10" w14:textId="77777777" w:rsidR="0010156E" w:rsidRDefault="00BF267F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ПОРЯДОК ОПЛАТЫ РАБОТ</w:t>
      </w:r>
    </w:p>
    <w:p w14:paraId="6EC2864D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Расчеты производятся в безналичном порядке путем перечисления денежных средств на расчетный счет Исполнителя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Датой оплаты считается дата списания денежных средств с расчетного счета Заказчика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37A7236C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Стоимость Работ является твердой и включает в себя компенсацию всех издержек Исполнителя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необходимых для исполнения Договора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Дополнительные расходы подлежат возмещению только при наличии предварительного письменного согласия Заказчика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2206ABFF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Обязательство Заказчика по оплате возникает только при наличии подписанного обеими Сторонами Акта сдачи</w:t>
      </w:r>
      <w:r w:rsidRPr="005C6E69">
        <w:rPr>
          <w:rStyle w:val="Aff9"/>
          <w:sz w:val="20"/>
          <w:szCs w:val="20"/>
          <w:lang w:val="ru-RU"/>
        </w:rPr>
        <w:t>-</w:t>
      </w:r>
      <w:r>
        <w:rPr>
          <w:sz w:val="20"/>
          <w:szCs w:val="20"/>
          <w:lang w:val="ru-RU"/>
        </w:rPr>
        <w:t>приемки Работ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при соблюдении иных условий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установленных Договором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75010D3B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имеет право приостановить оплату Работ в случае выявления недостатков до момента их полного устранения Исполнителем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Начисление неустойки за просрочку оплаты в этот период не производится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44658818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подтверждает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он уведомлен о том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финансирование работ по настоящему Договору осуществляется за счет средств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получаемых от основного клиента Заказчика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 принимает на себя риски возможной задержки оплаты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связанные с несвоевременным перечислением средств от основного клиента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Начисление неустойки за просрочку оплаты в этот период не производится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0622DDB5" w14:textId="77777777" w:rsidR="0010156E" w:rsidRDefault="00BF267F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ИНТЕЛЛЕКТУАЛЬНАЯ СОБСТВЕННОСТЬ</w:t>
      </w:r>
    </w:p>
    <w:p w14:paraId="02A02C32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Режим прав</w:t>
      </w:r>
      <w:r w:rsidRPr="005C6E69">
        <w:rPr>
          <w:rStyle w:val="Aff9"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 Права на результаты работ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далее – РИД или Результат</w:t>
      </w:r>
      <w:r w:rsidRPr="005C6E69">
        <w:rPr>
          <w:rStyle w:val="Aff9"/>
          <w:sz w:val="20"/>
          <w:szCs w:val="20"/>
          <w:lang w:val="ru-RU"/>
        </w:rPr>
        <w:t>) переходят к Заказчику в момент создания РИД в объективной форме. Характер прав (</w:t>
      </w:r>
      <w:r>
        <w:rPr>
          <w:sz w:val="20"/>
          <w:szCs w:val="20"/>
          <w:lang w:val="ru-RU"/>
        </w:rPr>
        <w:t>отчуждение или лицензия</w:t>
      </w:r>
      <w:r w:rsidRPr="005C6E69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и их объем определяются в таблице «Коммерческие условия» в соответствии со следующими параметрами</w:t>
      </w:r>
      <w:r w:rsidRPr="005C6E69">
        <w:rPr>
          <w:rStyle w:val="Aff9"/>
          <w:sz w:val="20"/>
          <w:szCs w:val="20"/>
          <w:lang w:val="ru-RU"/>
        </w:rPr>
        <w:t>:</w:t>
      </w:r>
    </w:p>
    <w:p w14:paraId="55CC198F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Условия при Отчуждении</w:t>
      </w:r>
      <w:r w:rsidRPr="005C6E69">
        <w:rPr>
          <w:b/>
          <w:bCs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> Если в Таблице указан режим «Отчуждение»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Исполнитель передает Заказчику исключительное право на РИД в полном объеме </w:t>
      </w:r>
      <w:r w:rsidRPr="005C6E69">
        <w:rPr>
          <w:rStyle w:val="Aff9"/>
          <w:sz w:val="20"/>
          <w:szCs w:val="20"/>
          <w:lang w:val="ru-RU"/>
        </w:rPr>
        <w:t xml:space="preserve">(ст. 1234 </w:t>
      </w:r>
      <w:r>
        <w:rPr>
          <w:sz w:val="20"/>
          <w:szCs w:val="20"/>
          <w:lang w:val="ru-RU"/>
        </w:rPr>
        <w:t>ГК РФ</w:t>
      </w:r>
      <w:r w:rsidRPr="005C6E69">
        <w:rPr>
          <w:rStyle w:val="Aff9"/>
          <w:sz w:val="20"/>
          <w:szCs w:val="20"/>
          <w:lang w:val="ru-RU"/>
        </w:rPr>
        <w:t xml:space="preserve">). </w:t>
      </w:r>
      <w:r>
        <w:rPr>
          <w:sz w:val="20"/>
          <w:szCs w:val="20"/>
          <w:lang w:val="ru-RU"/>
        </w:rPr>
        <w:t>Исполнитель не сохраняет за собой права использовать РИД даже для собственных нужд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11FD60EA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Условия при Лицензировании</w:t>
      </w:r>
      <w:r w:rsidRPr="005C6E69">
        <w:rPr>
          <w:b/>
          <w:bCs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> Если в Таблице указан режим «Лицензия»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Заказчик получает право использования РИД в пределах параметров </w:t>
      </w:r>
      <w:r w:rsidRPr="005C6E69">
        <w:rPr>
          <w:rStyle w:val="Aff9"/>
          <w:sz w:val="20"/>
          <w:szCs w:val="20"/>
          <w:lang w:val="ru-RU"/>
        </w:rPr>
        <w:t xml:space="preserve">(срок, </w:t>
      </w:r>
      <w:r>
        <w:rPr>
          <w:sz w:val="20"/>
          <w:szCs w:val="20"/>
          <w:lang w:val="ru-RU"/>
        </w:rPr>
        <w:t>территория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тип лицензии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способы</w:t>
      </w:r>
      <w:r w:rsidRPr="005C6E69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зафиксированных в таблице «Коммерческие условия»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407BB2F2" w14:textId="77777777" w:rsidR="0010156E" w:rsidRDefault="00BF267F">
      <w:pPr>
        <w:pStyle w:val="Aff8"/>
        <w:numPr>
          <w:ilvl w:val="1"/>
          <w:numId w:val="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рамках Договора в понятие РИД входят любые как завершенные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так и не завершенные исходные материалы создаваемых РИД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они сами и любая информация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касающаяся их</w:t>
      </w:r>
      <w:r w:rsidRPr="005C6E69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Данная информация приравнивается к конфиденциальным сведениям с применением к ним соответствующего режима охраны конфиденциальности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предусмотренного Договором</w:t>
      </w:r>
      <w:r w:rsidRPr="005C6E69">
        <w:rPr>
          <w:sz w:val="20"/>
          <w:szCs w:val="20"/>
          <w:lang w:val="ru-RU"/>
        </w:rPr>
        <w:t>.</w:t>
      </w:r>
    </w:p>
    <w:p w14:paraId="648CC1C2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имеет право уступать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передавать третьим лицам принадлежащие ему в соответствии с Договором права полностью или частично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или иным образом распоряжаться правами без получения согласия Исполнителя</w:t>
      </w:r>
      <w:r w:rsidRPr="005C6E69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Заказчик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 том числе любые третьи лица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 обязаны представлять Исполнителю отчеты об использовании РИД</w:t>
      </w:r>
      <w:r w:rsidRPr="005C6E69">
        <w:rPr>
          <w:sz w:val="20"/>
          <w:szCs w:val="20"/>
          <w:lang w:val="ru-RU"/>
        </w:rPr>
        <w:t>.</w:t>
      </w:r>
    </w:p>
    <w:p w14:paraId="06F21323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lastRenderedPageBreak/>
        <w:t>Личные неимущественные права и согласия</w:t>
      </w:r>
      <w:r w:rsidRPr="005C6E69">
        <w:rPr>
          <w:b/>
          <w:bCs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 Независимо от выбранного режима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отчуждение или лицензия</w:t>
      </w:r>
      <w:r w:rsidRPr="005C6E69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 xml:space="preserve">Исполнитель предоставляет Заказчику следующие согласия </w:t>
      </w:r>
      <w:r w:rsidRPr="005C6E69">
        <w:rPr>
          <w:rStyle w:val="Aff9"/>
          <w:sz w:val="20"/>
          <w:szCs w:val="20"/>
          <w:lang w:val="ru-RU"/>
        </w:rPr>
        <w:t xml:space="preserve">(ст. 1266, 1268 </w:t>
      </w:r>
      <w:r>
        <w:rPr>
          <w:sz w:val="20"/>
          <w:szCs w:val="20"/>
          <w:lang w:val="ru-RU"/>
        </w:rPr>
        <w:t>ГК РФ</w:t>
      </w:r>
      <w:r w:rsidRPr="005C6E69">
        <w:rPr>
          <w:rStyle w:val="Aff9"/>
          <w:sz w:val="20"/>
          <w:szCs w:val="20"/>
          <w:lang w:val="ru-RU"/>
        </w:rPr>
        <w:t>):</w:t>
      </w:r>
    </w:p>
    <w:p w14:paraId="0FD4C929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</w:rPr>
      </w:pPr>
      <w:r w:rsidRPr="005C6E69">
        <w:rPr>
          <w:rStyle w:val="Aff9"/>
          <w:sz w:val="20"/>
          <w:szCs w:val="20"/>
          <w:lang w:val="ru-RU"/>
        </w:rPr>
        <w:t>Право на обнародование:</w:t>
      </w:r>
      <w:r>
        <w:rPr>
          <w:sz w:val="20"/>
          <w:szCs w:val="20"/>
          <w:lang w:val="ru-RU"/>
        </w:rPr>
        <w:t> Исполнитель дает согласие на обнародование РИД Заказчиком любым способом по усмотрению Заказчика</w:t>
      </w:r>
      <w:r>
        <w:rPr>
          <w:rStyle w:val="Aff9"/>
          <w:sz w:val="20"/>
          <w:szCs w:val="20"/>
        </w:rPr>
        <w:t>.</w:t>
      </w:r>
    </w:p>
    <w:p w14:paraId="7135DA25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Анонимное использование</w:t>
      </w:r>
      <w:r w:rsidRPr="005C6E69">
        <w:rPr>
          <w:rStyle w:val="Aff9"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 Заказчик имеет право использовать РИД без указания имени автора </w:t>
      </w:r>
      <w:r w:rsidRPr="005C6E69">
        <w:rPr>
          <w:rStyle w:val="Aff9"/>
          <w:sz w:val="20"/>
          <w:szCs w:val="20"/>
          <w:lang w:val="ru-RU"/>
        </w:rPr>
        <w:t>(Исполнителя).</w:t>
      </w:r>
    </w:p>
    <w:p w14:paraId="39FEBCBF" w14:textId="77777777" w:rsidR="0010156E" w:rsidRPr="005C6E69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 w:rsidRPr="005C6E69">
        <w:rPr>
          <w:rStyle w:val="Aff9"/>
          <w:sz w:val="20"/>
          <w:szCs w:val="20"/>
          <w:lang w:val="ru-RU"/>
        </w:rPr>
        <w:t>Внесение изменений:</w:t>
      </w:r>
      <w:r>
        <w:rPr>
          <w:sz w:val="20"/>
          <w:szCs w:val="20"/>
          <w:lang w:val="ru-RU"/>
        </w:rPr>
        <w:t> Исполнитель дает безотзывное согласие на внесение в РИД любых изменений</w:t>
      </w:r>
      <w:r w:rsidRPr="005C6E69">
        <w:rPr>
          <w:rStyle w:val="Aff9"/>
          <w:sz w:val="20"/>
          <w:szCs w:val="20"/>
          <w:lang w:val="ru-RU"/>
        </w:rPr>
        <w:t xml:space="preserve">, сокращений, дополнений, </w:t>
      </w:r>
      <w:r>
        <w:rPr>
          <w:sz w:val="20"/>
          <w:szCs w:val="20"/>
          <w:lang w:val="ru-RU"/>
        </w:rPr>
        <w:t xml:space="preserve">снабжение иллюстрациями и комментариями </w:t>
      </w:r>
      <w:r w:rsidRPr="005C6E69">
        <w:rPr>
          <w:rStyle w:val="Aff9"/>
          <w:sz w:val="20"/>
          <w:szCs w:val="20"/>
          <w:lang w:val="ru-RU"/>
        </w:rPr>
        <w:t>(право на переработку).</w:t>
      </w:r>
    </w:p>
    <w:p w14:paraId="7C9BB63D" w14:textId="77777777" w:rsidR="0010156E" w:rsidRDefault="00BF267F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Использование РИД в составе сложного объекта</w:t>
      </w:r>
      <w:r w:rsidRPr="005C6E69">
        <w:rPr>
          <w:rStyle w:val="Aff9"/>
          <w:b/>
          <w:bCs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Исполнитель дает свое согласие на</w:t>
      </w:r>
      <w:r w:rsidRPr="005C6E69">
        <w:rPr>
          <w:sz w:val="20"/>
          <w:szCs w:val="20"/>
          <w:lang w:val="ru-RU"/>
        </w:rPr>
        <w:t>:</w:t>
      </w:r>
    </w:p>
    <w:p w14:paraId="7CAB2D9B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Включение РИД в любую версию сложного объекта </w:t>
      </w:r>
      <w:r w:rsidRPr="005C6E69">
        <w:rPr>
          <w:rStyle w:val="Aff9"/>
          <w:sz w:val="20"/>
          <w:szCs w:val="20"/>
          <w:lang w:val="ru-RU"/>
        </w:rPr>
        <w:t xml:space="preserve">(например, видеоролика, </w:t>
      </w:r>
      <w:r>
        <w:rPr>
          <w:sz w:val="20"/>
          <w:szCs w:val="20"/>
          <w:lang w:val="ru-RU"/>
        </w:rPr>
        <w:t>включая тизеры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трейлеры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режиссерские версии</w:t>
      </w:r>
      <w:r>
        <w:rPr>
          <w:sz w:val="20"/>
          <w:szCs w:val="20"/>
          <w:lang w:val="it-IT"/>
        </w:rPr>
        <w:t>);</w:t>
      </w:r>
    </w:p>
    <w:p w14:paraId="4E017F6E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Фрагментарное использование РИД вне состава сложного объекта </w:t>
      </w:r>
      <w:r w:rsidRPr="005C6E69">
        <w:rPr>
          <w:rStyle w:val="Aff9"/>
          <w:sz w:val="20"/>
          <w:szCs w:val="20"/>
          <w:lang w:val="ru-RU"/>
        </w:rPr>
        <w:t xml:space="preserve">(например, в рекламе, </w:t>
      </w:r>
      <w:r>
        <w:rPr>
          <w:sz w:val="20"/>
          <w:szCs w:val="20"/>
          <w:lang w:val="ru-RU"/>
        </w:rPr>
        <w:t>на баннерах</w:t>
      </w:r>
      <w:r w:rsidRPr="005C6E69">
        <w:rPr>
          <w:rStyle w:val="Aff9"/>
          <w:sz w:val="20"/>
          <w:szCs w:val="20"/>
          <w:lang w:val="ru-RU"/>
        </w:rPr>
        <w:t>, в промо-материалах</w:t>
      </w:r>
      <w:r>
        <w:rPr>
          <w:sz w:val="20"/>
          <w:szCs w:val="20"/>
          <w:lang w:val="it-IT"/>
        </w:rPr>
        <w:t>);</w:t>
      </w:r>
    </w:p>
    <w:p w14:paraId="2A827CFF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Отдельное использование звука</w:t>
      </w:r>
      <w:r w:rsidRPr="005C6E69">
        <w:rPr>
          <w:rStyle w:val="Aff9"/>
          <w:sz w:val="20"/>
          <w:szCs w:val="20"/>
          <w:lang w:val="ru-RU"/>
        </w:rPr>
        <w:t>, зафиксированного в РИД в составе сложного объекта (</w:t>
      </w:r>
      <w:r>
        <w:rPr>
          <w:sz w:val="20"/>
          <w:szCs w:val="20"/>
          <w:lang w:val="ru-RU"/>
        </w:rPr>
        <w:t>если применимо к типу Работ</w:t>
      </w:r>
      <w:r w:rsidRPr="005C6E69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отдельно от видеоряда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6B021AE6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Вознаграждение</w:t>
      </w:r>
      <w:r w:rsidRPr="005C6E69">
        <w:rPr>
          <w:b/>
          <w:bCs/>
          <w:sz w:val="20"/>
          <w:szCs w:val="20"/>
          <w:lang w:val="ru-RU"/>
        </w:rPr>
        <w:t>.</w:t>
      </w:r>
      <w:r>
        <w:rPr>
          <w:sz w:val="20"/>
          <w:szCs w:val="20"/>
          <w:lang w:val="ru-RU"/>
        </w:rPr>
        <w:t xml:space="preserve"> Вознаграждение за отчуждение права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или за предоставление лицензии</w:t>
      </w:r>
      <w:r w:rsidRPr="005C6E69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а также за все согласия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данные в п</w:t>
      </w:r>
      <w:r w:rsidRPr="005C6E69">
        <w:rPr>
          <w:rStyle w:val="Aff9"/>
          <w:sz w:val="20"/>
          <w:szCs w:val="20"/>
          <w:lang w:val="ru-RU"/>
        </w:rPr>
        <w:t xml:space="preserve">. 5.4, </w:t>
      </w:r>
      <w:r>
        <w:rPr>
          <w:sz w:val="20"/>
          <w:szCs w:val="20"/>
          <w:lang w:val="ru-RU"/>
        </w:rPr>
        <w:t>включено в общую стоимость Работ по Договору и дополнительной оплате не подлежит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4ACEE8B5" w14:textId="77777777" w:rsidR="0010156E" w:rsidRPr="005C6E69" w:rsidRDefault="00BF267F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 w:rsidRPr="005C6E69">
        <w:rPr>
          <w:sz w:val="20"/>
          <w:szCs w:val="20"/>
          <w:lang w:val="ru-RU"/>
        </w:rPr>
        <w:t xml:space="preserve"> </w:t>
      </w:r>
      <w:r w:rsidRPr="005C6E69">
        <w:rPr>
          <w:rStyle w:val="Aff9"/>
          <w:b/>
          <w:bCs/>
          <w:sz w:val="20"/>
          <w:szCs w:val="20"/>
          <w:lang w:val="ru-RU"/>
        </w:rPr>
        <w:t>Гарантии Исполнителя в отношении РИД:</w:t>
      </w:r>
    </w:p>
    <w:p w14:paraId="7EC24B08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Результат Работ создан творческим трудом Исполнителя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является полностью новым и оригинальным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Исполнитель не заимствовал части РИД из произведений других авторов без законных оснований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7EC56598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РИД будет создан по поручению Исполнителя третьими лицами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Исполнитель предпримет все необходимые меры и заключит все необходимые договоры с авторами РИД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с лицами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участвующими в создании РИД и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 необходимости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 лицами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владеющими исключительными правами на РИД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для приобретения авторских и смежных прав в полном объеме с возможностью передачи их Заказчику в объеме и на условиях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предусмотренных Договором</w:t>
      </w:r>
      <w:r w:rsidRPr="005C6E69">
        <w:rPr>
          <w:sz w:val="20"/>
          <w:szCs w:val="20"/>
          <w:lang w:val="ru-RU"/>
        </w:rPr>
        <w:t>.</w:t>
      </w:r>
    </w:p>
    <w:p w14:paraId="75D76370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Исключительное право на РИД не отчуждено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 заложено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 находится под арестом и не обременено правами третьих лиц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Исполнитель не заключал договоров с третьими лицами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которые могли бы помешать переходу прав к Заказчику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630EBD31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Если Исполнитель использовал в работе сторонние элементы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шрифты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стоковые фото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музыку</w:t>
      </w:r>
      <w:r w:rsidRPr="005C6E69">
        <w:rPr>
          <w:rStyle w:val="Aff9"/>
          <w:sz w:val="20"/>
          <w:szCs w:val="20"/>
          <w:lang w:val="ru-RU"/>
        </w:rPr>
        <w:t xml:space="preserve">, библиотеки кода), </w:t>
      </w:r>
      <w:r>
        <w:rPr>
          <w:sz w:val="20"/>
          <w:szCs w:val="20"/>
          <w:lang w:val="ru-RU"/>
        </w:rPr>
        <w:t>он гарантирует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приобрел на них лицензии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позволяющие использование в составе Результата в коммерческих целях Заказчика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 xml:space="preserve">включая право </w:t>
      </w:r>
      <w:proofErr w:type="spellStart"/>
      <w:r>
        <w:rPr>
          <w:sz w:val="20"/>
          <w:szCs w:val="20"/>
          <w:lang w:val="ru-RU"/>
        </w:rPr>
        <w:t>сублицензирования</w:t>
      </w:r>
      <w:proofErr w:type="spellEnd"/>
      <w:r w:rsidRPr="005C6E69">
        <w:rPr>
          <w:rStyle w:val="Aff9"/>
          <w:sz w:val="20"/>
          <w:szCs w:val="20"/>
          <w:lang w:val="ru-RU"/>
        </w:rPr>
        <w:t xml:space="preserve">/передачи Заказчику). </w:t>
      </w:r>
      <w:r>
        <w:rPr>
          <w:sz w:val="20"/>
          <w:szCs w:val="20"/>
          <w:lang w:val="ru-RU"/>
        </w:rPr>
        <w:t>В случае отчуждения прав Заказчику использование в работе стоковых элементов запрещено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477CE43B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Использование РИД Заказчиком не приведет к нарушению авторских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смежных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патентных прав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прав на товарные знаки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прав на неприкосновенность частной жизни и изображение гражданина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1D4C86B3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В случае нарушения любой из гарантий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указанных в п</w:t>
      </w:r>
      <w:r w:rsidRPr="005C6E69">
        <w:rPr>
          <w:rStyle w:val="Aff9"/>
          <w:sz w:val="20"/>
          <w:szCs w:val="20"/>
          <w:lang w:val="ru-RU"/>
        </w:rPr>
        <w:t xml:space="preserve">. 5.7, </w:t>
      </w:r>
      <w:r>
        <w:rPr>
          <w:sz w:val="20"/>
          <w:szCs w:val="20"/>
          <w:lang w:val="ru-RU"/>
        </w:rPr>
        <w:t>Исполнитель обязуется</w:t>
      </w:r>
      <w:r w:rsidRPr="005C6E69">
        <w:rPr>
          <w:rStyle w:val="Aff9"/>
          <w:sz w:val="20"/>
          <w:szCs w:val="20"/>
          <w:lang w:val="ru-RU"/>
        </w:rPr>
        <w:t>:</w:t>
      </w:r>
      <w:r w:rsidRPr="005C6E69">
        <w:rPr>
          <w:rStyle w:val="Aff9"/>
          <w:sz w:val="20"/>
          <w:szCs w:val="20"/>
          <w:lang w:val="ru-RU"/>
        </w:rPr>
        <w:br/>
        <w:t xml:space="preserve">а) </w:t>
      </w:r>
      <w:r>
        <w:rPr>
          <w:sz w:val="20"/>
          <w:szCs w:val="20"/>
          <w:lang w:val="ru-RU"/>
        </w:rPr>
        <w:t>Своими силами и за свой счет урегулировать любые претензии третьих лиц</w:t>
      </w:r>
      <w:r w:rsidRPr="005C6E69">
        <w:rPr>
          <w:rStyle w:val="Aff9"/>
          <w:sz w:val="20"/>
          <w:szCs w:val="20"/>
          <w:lang w:val="ru-RU"/>
        </w:rPr>
        <w:t>;</w:t>
      </w:r>
      <w:r w:rsidRPr="005C6E69">
        <w:rPr>
          <w:rStyle w:val="Aff9"/>
          <w:sz w:val="20"/>
          <w:szCs w:val="20"/>
          <w:lang w:val="ru-RU"/>
        </w:rPr>
        <w:br/>
        <w:t>б</w:t>
      </w:r>
      <w:proofErr w:type="gramStart"/>
      <w:r w:rsidRPr="005C6E69">
        <w:rPr>
          <w:rStyle w:val="Aff9"/>
          <w:sz w:val="20"/>
          <w:szCs w:val="20"/>
          <w:lang w:val="ru-RU"/>
        </w:rPr>
        <w:t>)</w:t>
      </w:r>
      <w:proofErr w:type="gramEnd"/>
      <w:r w:rsidRPr="005C6E69">
        <w:rPr>
          <w:rStyle w:val="Aff9"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Возместить Заказчику документально подтвержденные убытки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включая судебные издержки и компенсации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выплаченные третьим лицам</w:t>
      </w:r>
      <w:r>
        <w:rPr>
          <w:sz w:val="20"/>
          <w:szCs w:val="20"/>
          <w:lang w:val="it-IT"/>
        </w:rPr>
        <w:t>);</w:t>
      </w:r>
      <w:r w:rsidRPr="005C6E69">
        <w:rPr>
          <w:rStyle w:val="Aff9"/>
          <w:sz w:val="20"/>
          <w:szCs w:val="20"/>
          <w:lang w:val="ru-RU"/>
        </w:rPr>
        <w:br/>
        <w:t xml:space="preserve">в) </w:t>
      </w:r>
      <w:r>
        <w:rPr>
          <w:sz w:val="20"/>
          <w:szCs w:val="20"/>
          <w:lang w:val="ru-RU"/>
        </w:rPr>
        <w:t>По требованию Заказчика вернуть полную стоимость Работ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использование Результата стало невозможным из</w:t>
      </w:r>
      <w:r w:rsidRPr="005C6E69">
        <w:rPr>
          <w:rStyle w:val="Aff9"/>
          <w:sz w:val="20"/>
          <w:szCs w:val="20"/>
          <w:lang w:val="ru-RU"/>
        </w:rPr>
        <w:t>-за юридических дефектов.</w:t>
      </w:r>
    </w:p>
    <w:p w14:paraId="1BD83DA6" w14:textId="77777777" w:rsidR="0010156E" w:rsidRPr="005C6E69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 w:rsidRPr="005C6E69">
        <w:rPr>
          <w:b/>
          <w:bCs/>
          <w:sz w:val="20"/>
          <w:szCs w:val="20"/>
          <w:lang w:val="ru-RU"/>
        </w:rPr>
        <w:t>Ограничение на портфолио.</w:t>
      </w:r>
      <w:r>
        <w:rPr>
          <w:sz w:val="20"/>
          <w:szCs w:val="20"/>
          <w:lang w:val="ru-RU"/>
        </w:rPr>
        <w:t> Исполнитель не вправе использовать РИД для целей саморекламы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демонстрации в портфолио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proofErr w:type="spellStart"/>
      <w:r>
        <w:rPr>
          <w:sz w:val="20"/>
          <w:szCs w:val="20"/>
          <w:lang w:val="ru-RU"/>
        </w:rPr>
        <w:t>шоурилах</w:t>
      </w:r>
      <w:proofErr w:type="spellEnd"/>
      <w:r w:rsidRPr="005C6E69">
        <w:rPr>
          <w:rStyle w:val="Aff9"/>
          <w:sz w:val="20"/>
          <w:szCs w:val="20"/>
          <w:lang w:val="ru-RU"/>
        </w:rPr>
        <w:t xml:space="preserve">, на личном сайте, </w:t>
      </w:r>
      <w:r>
        <w:rPr>
          <w:sz w:val="20"/>
          <w:szCs w:val="20"/>
          <w:lang w:val="ru-RU"/>
        </w:rPr>
        <w:t xml:space="preserve">в социальных сетях или на профессиональных биржах без получения предварительного письменного согласия Заказчика </w:t>
      </w:r>
      <w:r w:rsidRPr="005C6E69">
        <w:rPr>
          <w:rStyle w:val="Aff9"/>
          <w:sz w:val="20"/>
          <w:szCs w:val="20"/>
          <w:lang w:val="ru-RU"/>
        </w:rPr>
        <w:t xml:space="preserve">(в т.ч. </w:t>
      </w:r>
      <w:r>
        <w:rPr>
          <w:sz w:val="20"/>
          <w:szCs w:val="20"/>
          <w:lang w:val="ru-RU"/>
        </w:rPr>
        <w:t>по электронной почте или в мессенджере</w:t>
      </w:r>
      <w:r w:rsidRPr="005C6E69">
        <w:rPr>
          <w:rStyle w:val="Aff9"/>
          <w:sz w:val="20"/>
          <w:szCs w:val="20"/>
          <w:lang w:val="ru-RU"/>
        </w:rPr>
        <w:t>).</w:t>
      </w:r>
    </w:p>
    <w:p w14:paraId="51C1BAC2" w14:textId="77777777" w:rsidR="0010156E" w:rsidRDefault="00BF267F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 xml:space="preserve">Специальные условия использования Искусственного Интеллекта </w:t>
      </w:r>
      <w:r w:rsidRPr="005C6E69">
        <w:rPr>
          <w:rStyle w:val="Aff9"/>
          <w:b/>
          <w:bCs/>
          <w:sz w:val="20"/>
          <w:szCs w:val="20"/>
          <w:lang w:val="ru-RU"/>
        </w:rPr>
        <w:t>(</w:t>
      </w:r>
      <w:r>
        <w:rPr>
          <w:b/>
          <w:bCs/>
          <w:sz w:val="20"/>
          <w:szCs w:val="20"/>
          <w:lang w:val="ru-RU"/>
        </w:rPr>
        <w:t>ИИ</w:t>
      </w:r>
      <w:r w:rsidRPr="005C6E69">
        <w:rPr>
          <w:rStyle w:val="Aff9"/>
          <w:b/>
          <w:bCs/>
          <w:sz w:val="20"/>
          <w:szCs w:val="20"/>
          <w:lang w:val="ru-RU"/>
        </w:rPr>
        <w:t>):</w:t>
      </w:r>
    </w:p>
    <w:p w14:paraId="102679D3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согласовали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Исполнитель вправе использовать технологии ИИ только при соблюдении совокупности следующих строгих условий</w:t>
      </w:r>
      <w:r w:rsidRPr="005C6E69">
        <w:rPr>
          <w:rStyle w:val="Aff9"/>
          <w:sz w:val="20"/>
          <w:szCs w:val="20"/>
          <w:lang w:val="ru-RU"/>
        </w:rPr>
        <w:t>:</w:t>
      </w:r>
    </w:p>
    <w:p w14:paraId="2F1C42DC" w14:textId="77777777" w:rsidR="0010156E" w:rsidRDefault="00BF267F">
      <w:pPr>
        <w:pStyle w:val="Aff8"/>
        <w:numPr>
          <w:ilvl w:val="3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Согласие</w:t>
      </w:r>
      <w:r w:rsidRPr="005C6E69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Наличие отдельного письменного согласия Заказчика</w:t>
      </w:r>
      <w:r w:rsidRPr="005C6E69">
        <w:rPr>
          <w:rStyle w:val="Aff9"/>
          <w:sz w:val="20"/>
          <w:szCs w:val="20"/>
          <w:lang w:val="ru-RU"/>
        </w:rPr>
        <w:t>;</w:t>
      </w:r>
    </w:p>
    <w:p w14:paraId="6A3DB608" w14:textId="77777777" w:rsidR="0010156E" w:rsidRDefault="00BF267F">
      <w:pPr>
        <w:pStyle w:val="Aff8"/>
        <w:numPr>
          <w:ilvl w:val="3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Творческий вклад человека</w:t>
      </w:r>
      <w:r w:rsidRPr="005C6E69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Исполнитель гарантирует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что передаваемый Результат не является сырой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необработанной</w:t>
      </w:r>
      <w:r w:rsidRPr="005C6E69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генерацией нейросети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 xml:space="preserve">Исполнитель обязан внести в Результат существенный творческий вклад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редактура</w:t>
      </w:r>
      <w:r w:rsidRPr="005C6E69">
        <w:rPr>
          <w:rStyle w:val="Aff9"/>
          <w:sz w:val="20"/>
          <w:szCs w:val="20"/>
          <w:lang w:val="ru-RU"/>
        </w:rPr>
        <w:t xml:space="preserve">, переработка, </w:t>
      </w:r>
      <w:r>
        <w:rPr>
          <w:sz w:val="20"/>
          <w:szCs w:val="20"/>
          <w:lang w:val="ru-RU"/>
        </w:rPr>
        <w:t>компоновка</w:t>
      </w:r>
      <w:r w:rsidRPr="005C6E69">
        <w:rPr>
          <w:rStyle w:val="Aff9"/>
          <w:sz w:val="20"/>
          <w:szCs w:val="20"/>
          <w:lang w:val="ru-RU"/>
        </w:rPr>
        <w:t xml:space="preserve">, дорисовка), </w:t>
      </w:r>
      <w:r>
        <w:rPr>
          <w:sz w:val="20"/>
          <w:szCs w:val="20"/>
          <w:lang w:val="ru-RU"/>
        </w:rPr>
        <w:t>достаточный для признания Результата объектом авторского права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охраняемым ст</w:t>
      </w:r>
      <w:r w:rsidRPr="005C6E69">
        <w:rPr>
          <w:rStyle w:val="Aff9"/>
          <w:sz w:val="20"/>
          <w:szCs w:val="20"/>
          <w:lang w:val="ru-RU"/>
        </w:rPr>
        <w:t xml:space="preserve">. 1225 </w:t>
      </w:r>
      <w:r>
        <w:rPr>
          <w:sz w:val="20"/>
          <w:szCs w:val="20"/>
          <w:lang w:val="ru-RU"/>
        </w:rPr>
        <w:t>ГК РФ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В противном случае Исполнитель обязан уведомить Заказчика об отсутствии правовой охраны у передаваемого объекта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5C7D2F04" w14:textId="77777777" w:rsidR="0010156E" w:rsidRDefault="00BF267F">
      <w:pPr>
        <w:pStyle w:val="Aff8"/>
        <w:numPr>
          <w:ilvl w:val="3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 xml:space="preserve">Платные тарифы </w:t>
      </w:r>
      <w:r w:rsidRPr="005C6E69">
        <w:rPr>
          <w:b/>
          <w:bCs/>
          <w:sz w:val="20"/>
          <w:szCs w:val="20"/>
          <w:lang w:val="ru-RU"/>
        </w:rPr>
        <w:t>(</w:t>
      </w:r>
      <w:r>
        <w:rPr>
          <w:b/>
          <w:bCs/>
          <w:sz w:val="20"/>
          <w:szCs w:val="20"/>
          <w:lang w:val="ru-RU"/>
        </w:rPr>
        <w:t>Коммерческая лицензия</w:t>
      </w:r>
      <w:r w:rsidRPr="005C6E69">
        <w:rPr>
          <w:b/>
          <w:bCs/>
          <w:sz w:val="20"/>
          <w:szCs w:val="20"/>
          <w:lang w:val="ru-RU"/>
        </w:rPr>
        <w:t>)</w:t>
      </w:r>
      <w:r w:rsidRPr="005C6E69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Исполнитель гарантирует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использует платные</w:t>
      </w:r>
      <w:r w:rsidRPr="005C6E69">
        <w:rPr>
          <w:rStyle w:val="Aff9"/>
          <w:sz w:val="20"/>
          <w:szCs w:val="20"/>
          <w:lang w:val="ru-RU"/>
        </w:rPr>
        <w:t>/</w:t>
      </w:r>
      <w:r>
        <w:rPr>
          <w:sz w:val="20"/>
          <w:szCs w:val="20"/>
          <w:lang w:val="ru-RU"/>
        </w:rPr>
        <w:t>профессиональные версии сервисов ИИ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условия использования которых допускают коммерческое использование результатов и не требуют обязательного раскрытия исходного </w:t>
      </w:r>
      <w:proofErr w:type="spellStart"/>
      <w:r>
        <w:rPr>
          <w:sz w:val="20"/>
          <w:szCs w:val="20"/>
          <w:lang w:val="ru-RU"/>
        </w:rPr>
        <w:t>промпта</w:t>
      </w:r>
      <w:proofErr w:type="spellEnd"/>
      <w:r>
        <w:rPr>
          <w:sz w:val="20"/>
          <w:szCs w:val="20"/>
          <w:lang w:val="ru-RU"/>
        </w:rPr>
        <w:t xml:space="preserve"> или публикации результата под свободной лицензией </w:t>
      </w:r>
      <w:r w:rsidRPr="005C6E69">
        <w:rPr>
          <w:sz w:val="20"/>
          <w:szCs w:val="20"/>
          <w:lang w:val="ru-RU"/>
        </w:rPr>
        <w:t>(</w:t>
      </w:r>
      <w:r>
        <w:rPr>
          <w:sz w:val="20"/>
          <w:szCs w:val="20"/>
        </w:rPr>
        <w:t>Creative</w:t>
      </w:r>
      <w:r w:rsidRPr="005C6E69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>Commons</w:t>
      </w:r>
      <w:r w:rsidRPr="005C6E69">
        <w:rPr>
          <w:sz w:val="20"/>
          <w:szCs w:val="20"/>
          <w:lang w:val="ru-RU"/>
        </w:rPr>
        <w:t xml:space="preserve"> </w:t>
      </w:r>
      <w:r w:rsidRPr="005C6E69">
        <w:rPr>
          <w:rStyle w:val="Aff9"/>
          <w:sz w:val="20"/>
          <w:szCs w:val="20"/>
          <w:lang w:val="ru-RU"/>
        </w:rPr>
        <w:t>и аналоги).</w:t>
      </w:r>
    </w:p>
    <w:p w14:paraId="49818BB0" w14:textId="77777777" w:rsidR="0010156E" w:rsidRDefault="00BF267F">
      <w:pPr>
        <w:pStyle w:val="Aff8"/>
        <w:numPr>
          <w:ilvl w:val="3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Запрет на передачу конфиденциальных данных</w:t>
      </w:r>
      <w:r w:rsidRPr="005C6E69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Исполнителю строго запрещено вводить в нейросети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 качестве промптов или исходных данных</w:t>
      </w:r>
      <w:r w:rsidRPr="005C6E69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конфиденциальную информацию Заказчика или клиента Заказчика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персональные данные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тексты договоров или уникальные наработки Заказчика или клиента Заказчика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если политики конфиденциальности этих нейросетей предусматривают использование введенных данных для </w:t>
      </w:r>
      <w:proofErr w:type="spellStart"/>
      <w:r>
        <w:rPr>
          <w:sz w:val="20"/>
          <w:szCs w:val="20"/>
          <w:lang w:val="ru-RU"/>
        </w:rPr>
        <w:t>дообучения</w:t>
      </w:r>
      <w:proofErr w:type="spellEnd"/>
      <w:r>
        <w:rPr>
          <w:sz w:val="20"/>
          <w:szCs w:val="20"/>
          <w:lang w:val="ru-RU"/>
        </w:rPr>
        <w:t xml:space="preserve"> моделей </w:t>
      </w:r>
      <w:r w:rsidRPr="005C6E69">
        <w:rPr>
          <w:sz w:val="20"/>
          <w:szCs w:val="20"/>
          <w:lang w:val="ru-RU"/>
        </w:rPr>
        <w:t>(</w:t>
      </w:r>
      <w:r>
        <w:rPr>
          <w:sz w:val="20"/>
          <w:szCs w:val="20"/>
        </w:rPr>
        <w:t>machine</w:t>
      </w:r>
      <w:r w:rsidRPr="005C6E69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>learning</w:t>
      </w:r>
      <w:r w:rsidRPr="005C6E69">
        <w:rPr>
          <w:sz w:val="20"/>
          <w:szCs w:val="20"/>
          <w:lang w:val="ru-RU"/>
        </w:rPr>
        <w:t>).</w:t>
      </w:r>
    </w:p>
    <w:p w14:paraId="09D8B39C" w14:textId="77777777" w:rsidR="0010156E" w:rsidRDefault="00BF267F">
      <w:pPr>
        <w:pStyle w:val="Aff8"/>
        <w:numPr>
          <w:ilvl w:val="3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Полная ответственность</w:t>
      </w:r>
      <w:r w:rsidRPr="005C6E69">
        <w:rPr>
          <w:b/>
          <w:bCs/>
          <w:sz w:val="20"/>
          <w:szCs w:val="20"/>
          <w:lang w:val="ru-RU"/>
        </w:rPr>
        <w:t>:</w:t>
      </w:r>
      <w:r>
        <w:rPr>
          <w:sz w:val="20"/>
          <w:szCs w:val="20"/>
          <w:lang w:val="ru-RU"/>
        </w:rPr>
        <w:t xml:space="preserve"> Использование ИИ является личным выбором Исполнителя как профессионала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Ссылки на технические особенности работы алгоритмов ИИ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«галлюцинации» нейросетей или случайные совпадения не освобождают Исполнителя от ответственности за нарушение прав третьих лиц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 xml:space="preserve">Если использование Результата повлечет иски к Заказчику </w:t>
      </w:r>
      <w:r w:rsidRPr="005C6E69">
        <w:rPr>
          <w:rStyle w:val="Aff9"/>
          <w:sz w:val="20"/>
          <w:szCs w:val="20"/>
          <w:lang w:val="ru-RU"/>
        </w:rPr>
        <w:t xml:space="preserve">(например, за плагиат стиля, </w:t>
      </w:r>
      <w:r>
        <w:rPr>
          <w:sz w:val="20"/>
          <w:szCs w:val="20"/>
          <w:lang w:val="ru-RU"/>
        </w:rPr>
        <w:t>образа или элементов</w:t>
      </w:r>
      <w:r w:rsidRPr="005C6E69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Исполнитель несет ответственность в полном объеме согласно п</w:t>
      </w:r>
      <w:r w:rsidRPr="005C6E69">
        <w:rPr>
          <w:rStyle w:val="Aff9"/>
          <w:sz w:val="20"/>
          <w:szCs w:val="20"/>
          <w:lang w:val="ru-RU"/>
        </w:rPr>
        <w:t>. 5.7.6 Договора.</w:t>
      </w:r>
    </w:p>
    <w:p w14:paraId="596F24E3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Архивное хранение</w:t>
      </w:r>
      <w:proofErr w:type="gramStart"/>
      <w:r w:rsidRPr="005C6E69">
        <w:rPr>
          <w:b/>
          <w:bCs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Если</w:t>
      </w:r>
      <w:proofErr w:type="gramEnd"/>
      <w:r>
        <w:rPr>
          <w:sz w:val="20"/>
          <w:szCs w:val="20"/>
          <w:lang w:val="ru-RU"/>
        </w:rPr>
        <w:t xml:space="preserve"> условиями Договора предусмотрено предоставление Результата на условиях лицензии в сети Интернет</w:t>
      </w:r>
      <w:r w:rsidRPr="005C6E69">
        <w:rPr>
          <w:rStyle w:val="Aff9"/>
          <w:sz w:val="20"/>
          <w:szCs w:val="20"/>
          <w:lang w:val="ru-RU"/>
        </w:rPr>
        <w:t xml:space="preserve">, то в таком случае истечение срока действия лицензии не влечет за собой обязанности Заказчика (клиента Заказчика) </w:t>
      </w:r>
      <w:r>
        <w:rPr>
          <w:sz w:val="20"/>
          <w:szCs w:val="20"/>
          <w:lang w:val="ru-RU"/>
        </w:rPr>
        <w:t xml:space="preserve">удалять РИД из материалов </w:t>
      </w:r>
      <w:r w:rsidRPr="005C6E69">
        <w:rPr>
          <w:rStyle w:val="Aff9"/>
          <w:sz w:val="20"/>
          <w:szCs w:val="20"/>
          <w:lang w:val="ru-RU"/>
        </w:rPr>
        <w:t xml:space="preserve">(постов, статей, видеороликов), </w:t>
      </w:r>
      <w:r>
        <w:rPr>
          <w:sz w:val="20"/>
          <w:szCs w:val="20"/>
          <w:lang w:val="ru-RU"/>
        </w:rPr>
        <w:t>которые были правомерно опубликованы в сети Интернет в период срока действия лицензии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Сохранение доступа к таким материалам после истечения срока лицензии признается Сторонами архивным хранением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которое не требует выплаты дополнительного вознаграждения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 условии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что Заказчик </w:t>
      </w:r>
      <w:r w:rsidRPr="005C6E69">
        <w:rPr>
          <w:rStyle w:val="Aff9"/>
          <w:sz w:val="20"/>
          <w:szCs w:val="20"/>
          <w:lang w:val="ru-RU"/>
        </w:rPr>
        <w:t xml:space="preserve">(клиент Заказчика) </w:t>
      </w:r>
      <w:r>
        <w:rPr>
          <w:sz w:val="20"/>
          <w:szCs w:val="20"/>
          <w:lang w:val="ru-RU"/>
        </w:rPr>
        <w:t>не осуществляет повторной публикации РИД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17E701AB" w14:textId="77777777" w:rsidR="0010156E" w:rsidRDefault="00BF267F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КОНФИДЕНЦИАЛЬНОСТЬ</w:t>
      </w:r>
    </w:p>
    <w:p w14:paraId="1437B180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Стороны обязуются соблюдать режим конфиденциальности в отношении любой информации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полученной в ходе исполнения Договора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но не ограничиваясь</w:t>
      </w:r>
      <w:r w:rsidRPr="005C6E69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условия Договора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коммерческие данные</w:t>
      </w:r>
      <w:r w:rsidRPr="005C6E69">
        <w:rPr>
          <w:rStyle w:val="Aff9"/>
          <w:sz w:val="20"/>
          <w:szCs w:val="20"/>
          <w:lang w:val="ru-RU"/>
        </w:rPr>
        <w:t xml:space="preserve">, технические задания, </w:t>
      </w:r>
      <w:r>
        <w:rPr>
          <w:sz w:val="20"/>
          <w:szCs w:val="20"/>
          <w:lang w:val="ru-RU"/>
        </w:rPr>
        <w:t>персональные данные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37A12DB4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Обязательство о неразглашении действует в течение всего срока действия Договора и </w:t>
      </w:r>
      <w:r w:rsidRPr="005C6E69">
        <w:rPr>
          <w:rStyle w:val="Aff9"/>
          <w:sz w:val="20"/>
          <w:szCs w:val="20"/>
          <w:lang w:val="ru-RU"/>
        </w:rPr>
        <w:t>3 (трех) лет после его прекращения.</w:t>
      </w:r>
    </w:p>
    <w:p w14:paraId="3D6320B1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Конфиденциальное обязательство не применяется к информации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которая</w:t>
      </w:r>
      <w:r w:rsidRPr="005C6E69">
        <w:rPr>
          <w:rStyle w:val="Aff9"/>
          <w:sz w:val="20"/>
          <w:szCs w:val="20"/>
          <w:lang w:val="ru-RU"/>
        </w:rPr>
        <w:t xml:space="preserve">: (а) </w:t>
      </w:r>
      <w:r>
        <w:rPr>
          <w:sz w:val="20"/>
          <w:szCs w:val="20"/>
          <w:lang w:val="ru-RU"/>
        </w:rPr>
        <w:t>требуется раскрыть по решению суда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налоговых или государственных органов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при условии уведомления другой Стороны</w:t>
      </w:r>
      <w:r>
        <w:rPr>
          <w:sz w:val="20"/>
          <w:szCs w:val="20"/>
          <w:lang w:val="it-IT"/>
        </w:rPr>
        <w:t>); (</w:t>
      </w:r>
      <w:r w:rsidRPr="005C6E69">
        <w:rPr>
          <w:rStyle w:val="Aff9"/>
          <w:sz w:val="20"/>
          <w:szCs w:val="20"/>
          <w:lang w:val="ru-RU"/>
        </w:rPr>
        <w:t xml:space="preserve">б) </w:t>
      </w:r>
      <w:r>
        <w:rPr>
          <w:sz w:val="20"/>
          <w:szCs w:val="20"/>
          <w:lang w:val="ru-RU"/>
        </w:rPr>
        <w:t>ставшей общеизвестной не по вине раскрывающей Стороны</w:t>
      </w:r>
      <w:r w:rsidRPr="005C6E69">
        <w:rPr>
          <w:rStyle w:val="Aff9"/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предоставляемой собственному юристу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бухгалтеру или налоговому консультанту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при условии их письменного обязательства хранить тайну</w:t>
      </w:r>
      <w:r w:rsidRPr="005C6E69">
        <w:rPr>
          <w:rStyle w:val="Aff9"/>
          <w:sz w:val="20"/>
          <w:szCs w:val="20"/>
          <w:lang w:val="ru-RU"/>
        </w:rPr>
        <w:t>).</w:t>
      </w:r>
    </w:p>
    <w:p w14:paraId="1EE9F906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вправе раскрыть содержание Договора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его условия и данные Исполнителя основному клиенту проекта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 рамках которого были выполнены Работы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Это не считается нарушением конфиденциальности и является необходимым условием функционирования проекта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1103230A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В случае нарушения Исполнителем условий конфиденциальности Заказчик вправе требовать штрафа в размере </w:t>
      </w:r>
      <w:r w:rsidRPr="005C6E69">
        <w:rPr>
          <w:rStyle w:val="Aff9"/>
          <w:sz w:val="20"/>
          <w:szCs w:val="20"/>
          <w:lang w:val="ru-RU"/>
        </w:rPr>
        <w:t xml:space="preserve">100 000 </w:t>
      </w:r>
      <w:r>
        <w:rPr>
          <w:sz w:val="20"/>
          <w:szCs w:val="20"/>
          <w:lang w:val="ru-RU"/>
        </w:rPr>
        <w:t>рублей за каждый случай неправомерного раскрытия или использования Конфиденциальной информации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возмещение понесённых убытков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4063F187" w14:textId="77777777" w:rsidR="0010156E" w:rsidRDefault="00BF267F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ТЕХНИКА БЕЗОПАСНОСТИ И ОХРАНА ТРУДА</w:t>
      </w:r>
    </w:p>
    <w:p w14:paraId="5535990A" w14:textId="77777777" w:rsidR="0010156E" w:rsidRPr="005C6E69" w:rsidRDefault="00BF267F">
      <w:pPr>
        <w:pStyle w:val="Aff8"/>
        <w:jc w:val="both"/>
        <w:rPr>
          <w:i/>
          <w:iCs/>
          <w:sz w:val="20"/>
          <w:szCs w:val="20"/>
          <w:u w:val="single"/>
          <w:lang w:val="ru-RU"/>
        </w:rPr>
      </w:pPr>
      <w:r>
        <w:rPr>
          <w:i/>
          <w:iCs/>
          <w:sz w:val="20"/>
          <w:szCs w:val="20"/>
          <w:u w:val="single"/>
          <w:lang w:val="ru-RU"/>
        </w:rPr>
        <w:t>Следующие условия применяются только к Исполнителям</w:t>
      </w:r>
      <w:r w:rsidRPr="005C6E69">
        <w:rPr>
          <w:i/>
          <w:iCs/>
          <w:sz w:val="20"/>
          <w:szCs w:val="20"/>
          <w:u w:val="single"/>
          <w:lang w:val="ru-RU"/>
        </w:rPr>
        <w:t xml:space="preserve">, </w:t>
      </w:r>
      <w:r>
        <w:rPr>
          <w:i/>
          <w:iCs/>
          <w:sz w:val="20"/>
          <w:szCs w:val="20"/>
          <w:u w:val="single"/>
          <w:lang w:val="ru-RU"/>
        </w:rPr>
        <w:t xml:space="preserve">выполняющим Работы на физической площадке </w:t>
      </w:r>
      <w:r w:rsidRPr="005C6E69">
        <w:rPr>
          <w:i/>
          <w:iCs/>
          <w:sz w:val="20"/>
          <w:szCs w:val="20"/>
          <w:u w:val="single"/>
          <w:lang w:val="ru-RU"/>
        </w:rPr>
        <w:t xml:space="preserve">(например, съемочная площадка) Заказчика. </w:t>
      </w:r>
      <w:r>
        <w:rPr>
          <w:i/>
          <w:iCs/>
          <w:sz w:val="20"/>
          <w:szCs w:val="20"/>
          <w:u w:val="single"/>
          <w:lang w:val="ru-RU"/>
        </w:rPr>
        <w:t xml:space="preserve">Если Исполнитель выполняет Работы полностью дистанционно </w:t>
      </w:r>
      <w:r w:rsidRPr="005C6E69">
        <w:rPr>
          <w:i/>
          <w:iCs/>
          <w:sz w:val="20"/>
          <w:szCs w:val="20"/>
          <w:u w:val="single"/>
          <w:lang w:val="ru-RU"/>
        </w:rPr>
        <w:t xml:space="preserve">(через интернет), </w:t>
      </w:r>
      <w:r>
        <w:rPr>
          <w:i/>
          <w:iCs/>
          <w:sz w:val="20"/>
          <w:szCs w:val="20"/>
          <w:u w:val="single"/>
          <w:lang w:val="ru-RU"/>
        </w:rPr>
        <w:t>данный раздел не применяется</w:t>
      </w:r>
      <w:r w:rsidRPr="005C6E69">
        <w:rPr>
          <w:i/>
          <w:iCs/>
          <w:sz w:val="20"/>
          <w:szCs w:val="20"/>
          <w:u w:val="single"/>
          <w:lang w:val="ru-RU"/>
        </w:rPr>
        <w:t>.</w:t>
      </w:r>
    </w:p>
    <w:p w14:paraId="043CFC0A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работающий на площадке Заказчика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обязуется</w:t>
      </w:r>
      <w:r w:rsidRPr="005C6E69">
        <w:rPr>
          <w:rStyle w:val="Aff9"/>
          <w:sz w:val="20"/>
          <w:szCs w:val="20"/>
          <w:lang w:val="ru-RU"/>
        </w:rPr>
        <w:t>:</w:t>
      </w:r>
    </w:p>
    <w:p w14:paraId="329DB239" w14:textId="77777777" w:rsidR="0010156E" w:rsidRDefault="00BF267F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Соблюдать правила техники безопасности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охраны труда и противопожарной безопасности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действующие на объекте Заказчика</w:t>
      </w:r>
      <w:r w:rsidRPr="005C6E69">
        <w:rPr>
          <w:rStyle w:val="Aff9"/>
          <w:sz w:val="20"/>
          <w:szCs w:val="20"/>
          <w:lang w:val="ru-RU"/>
        </w:rPr>
        <w:t>;</w:t>
      </w:r>
    </w:p>
    <w:p w14:paraId="66CAFD16" w14:textId="77777777" w:rsidR="0010156E" w:rsidRDefault="00BF267F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Использовать средства индивидуальной защиты </w:t>
      </w:r>
      <w:r w:rsidRPr="005C6E69">
        <w:rPr>
          <w:rStyle w:val="Aff9"/>
          <w:sz w:val="20"/>
          <w:szCs w:val="20"/>
          <w:lang w:val="ru-RU"/>
        </w:rPr>
        <w:t xml:space="preserve">(СИЗ) </w:t>
      </w:r>
      <w:r>
        <w:rPr>
          <w:sz w:val="20"/>
          <w:szCs w:val="20"/>
          <w:lang w:val="ru-RU"/>
        </w:rPr>
        <w:t>согласно установленным требованиям и инструкциям</w:t>
      </w:r>
      <w:r w:rsidRPr="005C6E69">
        <w:rPr>
          <w:rStyle w:val="Aff9"/>
          <w:sz w:val="20"/>
          <w:szCs w:val="20"/>
          <w:lang w:val="ru-RU"/>
        </w:rPr>
        <w:t>;</w:t>
      </w:r>
    </w:p>
    <w:p w14:paraId="145C20AB" w14:textId="77777777" w:rsidR="0010156E" w:rsidRDefault="00BF267F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Не находиться в состоянии алкогольного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наркотического или иного опьянения</w:t>
      </w:r>
      <w:r w:rsidRPr="005C6E69">
        <w:rPr>
          <w:rStyle w:val="Aff9"/>
          <w:sz w:val="20"/>
          <w:szCs w:val="20"/>
          <w:lang w:val="ru-RU"/>
        </w:rPr>
        <w:t>;</w:t>
      </w:r>
    </w:p>
    <w:p w14:paraId="2D5DF446" w14:textId="77777777" w:rsidR="0010156E" w:rsidRDefault="00BF267F">
      <w:pPr>
        <w:pStyle w:val="Aff8"/>
        <w:numPr>
          <w:ilvl w:val="0"/>
          <w:numId w:val="12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Незамедлительно сообщать руководству Заказчика о несчастных случаях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травмах и опасных ситуациях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0870E518" w14:textId="77777777" w:rsidR="0010156E" w:rsidRDefault="00BF267F">
      <w:pPr>
        <w:pStyle w:val="Aff8"/>
        <w:numPr>
          <w:ilvl w:val="1"/>
          <w:numId w:val="13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несёт полную личную ответственность за</w:t>
      </w:r>
      <w:r w:rsidRPr="005C6E69">
        <w:rPr>
          <w:rStyle w:val="Aff9"/>
          <w:sz w:val="20"/>
          <w:szCs w:val="20"/>
          <w:lang w:val="ru-RU"/>
        </w:rPr>
        <w:t xml:space="preserve">: (а) </w:t>
      </w:r>
      <w:r>
        <w:rPr>
          <w:sz w:val="20"/>
          <w:szCs w:val="20"/>
          <w:lang w:val="ru-RU"/>
        </w:rPr>
        <w:t>соблюдение собственной безопасности и безопасности третьих лиц</w:t>
      </w:r>
      <w:r w:rsidRPr="005C6E69">
        <w:rPr>
          <w:rStyle w:val="Aff9"/>
          <w:sz w:val="20"/>
          <w:szCs w:val="20"/>
          <w:lang w:val="ru-RU"/>
        </w:rPr>
        <w:t xml:space="preserve">; (б) </w:t>
      </w:r>
      <w:r>
        <w:rPr>
          <w:sz w:val="20"/>
          <w:szCs w:val="20"/>
          <w:lang w:val="ru-RU"/>
        </w:rPr>
        <w:t>вред здоровью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полученный им в результате нарушения требований ТБ и ОТ</w:t>
      </w:r>
      <w:r w:rsidRPr="005C6E69">
        <w:rPr>
          <w:rStyle w:val="Aff9"/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t>материальный ущерб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вызванный его халатностью или нарушением правил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6E117E04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обязуется компенсировать Заказчику все связанные расходы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медицинское обслуживание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судебные издержки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штрафы от инспекции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прочие убытки</w:t>
      </w:r>
      <w:r w:rsidRPr="005C6E69">
        <w:rPr>
          <w:rStyle w:val="Aff9"/>
          <w:sz w:val="20"/>
          <w:szCs w:val="20"/>
          <w:lang w:val="ru-RU"/>
        </w:rPr>
        <w:t xml:space="preserve">) в течение 5 </w:t>
      </w:r>
      <w:r>
        <w:rPr>
          <w:sz w:val="20"/>
          <w:szCs w:val="20"/>
          <w:lang w:val="ru-RU"/>
        </w:rPr>
        <w:t>рабочих дней после получения требования с приложением подтверждающих документов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301C576A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подтверждает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он не является наёмным работником Заказчика и самостоятельно несёт ответственность за своё здоровье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безопасность и соответствие правилам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4A525001" w14:textId="77777777" w:rsidR="0010156E" w:rsidRDefault="00BF267F">
      <w:pPr>
        <w:pStyle w:val="Aff8"/>
        <w:numPr>
          <w:ilvl w:val="0"/>
          <w:numId w:val="14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ПЕРСОНАЛЬНЫЕ ДАННЫЕ</w:t>
      </w:r>
    </w:p>
    <w:p w14:paraId="52D40FAD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явно согласен на обработку его персональных данных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фамилия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имя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отчество</w:t>
      </w:r>
      <w:r w:rsidRPr="005C6E69">
        <w:rPr>
          <w:rStyle w:val="Aff9"/>
          <w:sz w:val="20"/>
          <w:szCs w:val="20"/>
          <w:lang w:val="ru-RU"/>
        </w:rPr>
        <w:t xml:space="preserve">, номер телефона, </w:t>
      </w:r>
      <w:r>
        <w:rPr>
          <w:sz w:val="20"/>
          <w:szCs w:val="20"/>
          <w:lang w:val="ru-RU"/>
        </w:rPr>
        <w:t>электронная почта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паспортные данные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банковские реквизиты счёта</w:t>
      </w:r>
      <w:r w:rsidRPr="005C6E69">
        <w:rPr>
          <w:rStyle w:val="Aff9"/>
          <w:sz w:val="20"/>
          <w:szCs w:val="20"/>
          <w:lang w:val="ru-RU"/>
        </w:rPr>
        <w:t xml:space="preserve">) в целях: (а) исполнения настоящего Договора; (б) </w:t>
      </w:r>
      <w:r>
        <w:rPr>
          <w:sz w:val="20"/>
          <w:szCs w:val="20"/>
          <w:lang w:val="ru-RU"/>
        </w:rPr>
        <w:t>проведения расчётов и бухгалтерского учёта</w:t>
      </w:r>
      <w:r w:rsidRPr="005C6E69">
        <w:rPr>
          <w:rStyle w:val="Aff9"/>
          <w:sz w:val="20"/>
          <w:szCs w:val="20"/>
          <w:lang w:val="ru-RU"/>
        </w:rPr>
        <w:t xml:space="preserve">; (в) </w:t>
      </w:r>
      <w:r>
        <w:rPr>
          <w:sz w:val="20"/>
          <w:szCs w:val="20"/>
          <w:lang w:val="ru-RU"/>
        </w:rPr>
        <w:lastRenderedPageBreak/>
        <w:t>взаимодействия между Сторонами по Договору</w:t>
      </w:r>
      <w:r w:rsidRPr="005C6E69">
        <w:rPr>
          <w:rStyle w:val="Aff9"/>
          <w:sz w:val="20"/>
          <w:szCs w:val="20"/>
          <w:lang w:val="ru-RU"/>
        </w:rPr>
        <w:t xml:space="preserve">; (г) </w:t>
      </w:r>
      <w:r>
        <w:rPr>
          <w:sz w:val="20"/>
          <w:szCs w:val="20"/>
          <w:lang w:val="ru-RU"/>
        </w:rPr>
        <w:t>соблюдения требований налогового законодательства РФ</w:t>
      </w:r>
      <w:r w:rsidRPr="005C6E69">
        <w:rPr>
          <w:rStyle w:val="Aff9"/>
          <w:sz w:val="20"/>
          <w:szCs w:val="20"/>
          <w:lang w:val="ru-RU"/>
        </w:rPr>
        <w:t xml:space="preserve">. </w:t>
      </w:r>
    </w:p>
    <w:p w14:paraId="2C6A4D78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разрешает Заказчику передавать персональные данные Заказчика клиенту Заказчика в целях исполнения Договора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052AC479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подтверждают и соглашаются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отдельное согласие на обработку персональных данных от Исполнителя не требуется в силу п</w:t>
      </w:r>
      <w:r w:rsidRPr="005C6E69">
        <w:rPr>
          <w:rStyle w:val="Aff9"/>
          <w:sz w:val="20"/>
          <w:szCs w:val="20"/>
          <w:lang w:val="ru-RU"/>
        </w:rPr>
        <w:t>. 5 ч</w:t>
      </w:r>
      <w:r>
        <w:rPr>
          <w:sz w:val="20"/>
          <w:szCs w:val="20"/>
          <w:lang w:val="ru-RU"/>
        </w:rPr>
        <w:t xml:space="preserve">. 1 </w:t>
      </w:r>
      <w:r w:rsidRPr="005C6E69">
        <w:rPr>
          <w:rStyle w:val="Aff9"/>
          <w:sz w:val="20"/>
          <w:szCs w:val="20"/>
          <w:lang w:val="ru-RU"/>
        </w:rPr>
        <w:t xml:space="preserve">ст. 6 ФЗ №152 </w:t>
      </w:r>
      <w:r>
        <w:rPr>
          <w:sz w:val="20"/>
          <w:szCs w:val="20"/>
          <w:lang w:val="ru-RU"/>
        </w:rPr>
        <w:t>«О персональных данных»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54BFFB32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согласовали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что в целях исполнения настоящего Договора Заказчик вправе поручать обработку персональных данных Исполнителя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включая автоматизированное распознавание документов</w:t>
      </w:r>
      <w:r w:rsidRPr="005C6E69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третьим лицам - провайдерам информационных сервисов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Актуальная информация о привлеченных третьих лицах предоставляется Исполнителю по его запросу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64149191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обязуется защищать персональные данные Исполнителя от несанкционированного доступа</w:t>
      </w:r>
      <w:r w:rsidRPr="005C6E69">
        <w:rPr>
          <w:rStyle w:val="Aff9"/>
          <w:sz w:val="20"/>
          <w:szCs w:val="20"/>
          <w:lang w:val="ru-RU"/>
        </w:rPr>
        <w:t xml:space="preserve">, утечки, </w:t>
      </w:r>
      <w:r>
        <w:rPr>
          <w:sz w:val="20"/>
          <w:szCs w:val="20"/>
          <w:lang w:val="ru-RU"/>
        </w:rPr>
        <w:t>разглашения и неправомерного использования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применяя адекватные технические и организационные меры безопасности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042150CE" w14:textId="77777777" w:rsidR="0010156E" w:rsidRDefault="00BF267F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ОТВЕТСТВЕННОСТЬ СТОРОН</w:t>
      </w:r>
    </w:p>
    <w:p w14:paraId="0D259C3F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 неисполнение или ненадлежащее исполнение обязательств Стороны несут ответственность в соответствии с законодательством Российской Федерации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76E7D335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В случае нарушения сроков выполнения Работ Заказчик вправе потребовать от Исполнителя уплаты пени в размере </w:t>
      </w:r>
      <w:r w:rsidRPr="005C6E69">
        <w:rPr>
          <w:rStyle w:val="Aff9"/>
          <w:sz w:val="20"/>
          <w:szCs w:val="20"/>
          <w:lang w:val="ru-RU"/>
        </w:rPr>
        <w:t xml:space="preserve">1% </w:t>
      </w:r>
      <w:r>
        <w:rPr>
          <w:sz w:val="20"/>
          <w:szCs w:val="20"/>
          <w:lang w:val="ru-RU"/>
        </w:rPr>
        <w:t>от стоимости невыполненных в срок Работ за каждый день просрочки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но не более </w:t>
      </w:r>
      <w:r w:rsidRPr="005C6E69">
        <w:rPr>
          <w:rStyle w:val="Aff9"/>
          <w:sz w:val="20"/>
          <w:szCs w:val="20"/>
          <w:lang w:val="ru-RU"/>
        </w:rPr>
        <w:t xml:space="preserve">10% </w:t>
      </w:r>
      <w:r>
        <w:rPr>
          <w:sz w:val="20"/>
          <w:szCs w:val="20"/>
          <w:lang w:val="ru-RU"/>
        </w:rPr>
        <w:t>от общей цены Договора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369E8C8B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гарантирует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результаты слуг не нарушают права третьих лиц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В случае предъявления к Заказчику претензий или исков третьих лиц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связанных с нарушением их прав </w:t>
      </w:r>
      <w:r w:rsidRPr="005C6E69">
        <w:rPr>
          <w:rStyle w:val="Aff9"/>
          <w:sz w:val="20"/>
          <w:szCs w:val="20"/>
          <w:lang w:val="ru-RU"/>
        </w:rPr>
        <w:t xml:space="preserve">(в т.ч. авторских), </w:t>
      </w:r>
      <w:r>
        <w:rPr>
          <w:sz w:val="20"/>
          <w:szCs w:val="20"/>
          <w:lang w:val="ru-RU"/>
        </w:rPr>
        <w:t>Исполнитель обязуется выступить на стороне Заказчика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а также возместить Заказчику все присужденные суммы компенсаций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судебные расходы и иные убытки в полном объеме</w:t>
      </w:r>
    </w:p>
    <w:p w14:paraId="7B8286BC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нарушения сроков оплаты Заказчиком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Исполнитель вправе потребовать уплаты пени в размере </w:t>
      </w:r>
      <w:r w:rsidRPr="005C6E69">
        <w:rPr>
          <w:rStyle w:val="Aff9"/>
          <w:sz w:val="20"/>
          <w:szCs w:val="20"/>
          <w:lang w:val="ru-RU"/>
        </w:rPr>
        <w:t xml:space="preserve">1% </w:t>
      </w:r>
      <w:r>
        <w:rPr>
          <w:sz w:val="20"/>
          <w:szCs w:val="20"/>
          <w:lang w:val="ru-RU"/>
        </w:rPr>
        <w:t>от невыплаченной суммы за каждый день просрочки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но не более </w:t>
      </w:r>
      <w:r w:rsidRPr="005C6E69">
        <w:rPr>
          <w:rStyle w:val="Aff9"/>
          <w:sz w:val="20"/>
          <w:szCs w:val="20"/>
          <w:lang w:val="ru-RU"/>
        </w:rPr>
        <w:t xml:space="preserve">10% </w:t>
      </w:r>
      <w:r>
        <w:rPr>
          <w:sz w:val="20"/>
          <w:szCs w:val="20"/>
          <w:lang w:val="ru-RU"/>
        </w:rPr>
        <w:t>от суммы задолженности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5977DD1F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Ответственность Исполнителя как плательщика НПД</w:t>
      </w:r>
      <w:r w:rsidRPr="005C6E69">
        <w:rPr>
          <w:rStyle w:val="Aff9"/>
          <w:sz w:val="20"/>
          <w:szCs w:val="20"/>
          <w:lang w:val="ru-RU"/>
        </w:rPr>
        <w:t>:</w:t>
      </w:r>
    </w:p>
    <w:p w14:paraId="666ACDCB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гарантирует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что на каждую выплату</w:t>
      </w:r>
      <w:r w:rsidRPr="005C6E69">
        <w:rPr>
          <w:rStyle w:val="Aff9"/>
          <w:sz w:val="20"/>
          <w:szCs w:val="20"/>
          <w:lang w:val="ru-RU"/>
        </w:rPr>
        <w:t xml:space="preserve">, полученную от Заказчика, </w:t>
      </w:r>
      <w:r>
        <w:rPr>
          <w:sz w:val="20"/>
          <w:szCs w:val="20"/>
          <w:lang w:val="ru-RU"/>
        </w:rPr>
        <w:t xml:space="preserve">он сформирует и передаст Заказчику чек из приложения «Мой налог» </w:t>
      </w:r>
      <w:r w:rsidRPr="005C6E69">
        <w:rPr>
          <w:rStyle w:val="Aff9"/>
          <w:sz w:val="20"/>
          <w:szCs w:val="20"/>
          <w:lang w:val="ru-RU"/>
        </w:rPr>
        <w:t>(или через оператора/</w:t>
      </w:r>
      <w:r>
        <w:rPr>
          <w:sz w:val="20"/>
          <w:szCs w:val="20"/>
          <w:lang w:val="ru-RU"/>
        </w:rPr>
        <w:t>банк</w:t>
      </w:r>
      <w:r w:rsidRPr="005C6E69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 xml:space="preserve">в электронной форме или в виде ссылки не позднее </w:t>
      </w:r>
      <w:r w:rsidRPr="005C6E69">
        <w:rPr>
          <w:rStyle w:val="Aff9"/>
          <w:sz w:val="20"/>
          <w:szCs w:val="20"/>
          <w:lang w:val="ru-RU"/>
        </w:rPr>
        <w:t xml:space="preserve">3 (трех) </w:t>
      </w:r>
      <w:r>
        <w:rPr>
          <w:sz w:val="20"/>
          <w:szCs w:val="20"/>
          <w:lang w:val="ru-RU"/>
        </w:rPr>
        <w:t>календарных дней с момента получения денежных средств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В чеке должно быть указано наименование выполненных Работ и ИНН Заказчика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2A65D54A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обязуется письменно уведомить Заказчика о снятии с учета в качестве плательщика НПД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 том числе в связи с превышением лимита дохода или по иным основаниям</w:t>
      </w:r>
      <w:r w:rsidRPr="005C6E69">
        <w:rPr>
          <w:rStyle w:val="Aff9"/>
          <w:sz w:val="20"/>
          <w:szCs w:val="20"/>
          <w:lang w:val="ru-RU"/>
        </w:rPr>
        <w:t>)</w:t>
      </w:r>
      <w:r>
        <w:rPr>
          <w:sz w:val="20"/>
          <w:szCs w:val="20"/>
          <w:lang w:val="ru-RU"/>
        </w:rPr>
        <w:t xml:space="preserve"> в течение </w:t>
      </w:r>
      <w:r w:rsidRPr="005C6E69">
        <w:rPr>
          <w:rStyle w:val="Aff9"/>
          <w:sz w:val="20"/>
          <w:szCs w:val="20"/>
          <w:lang w:val="ru-RU"/>
        </w:rPr>
        <w:t xml:space="preserve">1 (одного) </w:t>
      </w:r>
      <w:r>
        <w:rPr>
          <w:sz w:val="20"/>
          <w:szCs w:val="20"/>
          <w:lang w:val="ru-RU"/>
        </w:rPr>
        <w:t>календарного дня с даты наступления такого события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1FB44AFB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невыдачи чека</w:t>
      </w:r>
      <w:r w:rsidRPr="005C6E69">
        <w:rPr>
          <w:rStyle w:val="Aff9"/>
          <w:sz w:val="20"/>
          <w:szCs w:val="20"/>
          <w:lang w:val="ru-RU"/>
        </w:rPr>
        <w:t xml:space="preserve">, его аннулирования без согласия Заказчика, </w:t>
      </w:r>
      <w:r>
        <w:rPr>
          <w:sz w:val="20"/>
          <w:szCs w:val="20"/>
          <w:lang w:val="ru-RU"/>
        </w:rPr>
        <w:t>либо несвоевременного уведомления об утрате статуса плательщика НПД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Исполнитель обязуется возместить Заказчику все документально подтвержденные убытки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включая суммы доначисленных налогов</w:t>
      </w:r>
      <w:r w:rsidRPr="005C6E69">
        <w:rPr>
          <w:rStyle w:val="Aff9"/>
          <w:sz w:val="20"/>
          <w:szCs w:val="20"/>
          <w:lang w:val="ru-RU"/>
        </w:rPr>
        <w:t xml:space="preserve">, взносов, </w:t>
      </w:r>
      <w:r>
        <w:rPr>
          <w:sz w:val="20"/>
          <w:szCs w:val="20"/>
          <w:lang w:val="ru-RU"/>
        </w:rPr>
        <w:t>пеней и штрафов налоговых органов</w:t>
      </w:r>
      <w:r w:rsidRPr="005C6E69">
        <w:rPr>
          <w:rStyle w:val="Aff9"/>
          <w:sz w:val="20"/>
          <w:szCs w:val="20"/>
          <w:lang w:val="ru-RU"/>
        </w:rPr>
        <w:t>).</w:t>
      </w:r>
    </w:p>
    <w:p w14:paraId="62AD4384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вправе удержать сумму таких убытков из вознаграждения Исполнителя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2C0411F8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Упущенная выгода Исполнителя возмещению не подлежит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333229F7" w14:textId="77777777" w:rsidR="0010156E" w:rsidRDefault="00BF267F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lastRenderedPageBreak/>
        <w:t>Обстоятельства непреодолимой силы</w:t>
      </w:r>
      <w:r>
        <w:rPr>
          <w:rStyle w:val="Aff9"/>
          <w:b/>
          <w:bCs/>
          <w:sz w:val="20"/>
          <w:szCs w:val="20"/>
        </w:rPr>
        <w:t>:</w:t>
      </w:r>
    </w:p>
    <w:p w14:paraId="2680BE86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освобождаются от ответственности за невыполнение или ненадлежащее исполнение обязательств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если такое невыполнение вызвано чрезвычайными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непредвиденными и непреодолимыми обстоятельствами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</w:t>
      </w:r>
      <w:r w:rsidRPr="005C6E69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Стихийные бедствия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природные катастрофы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пожары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наводнения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землетрясения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штормы</w:t>
      </w:r>
      <w:r>
        <w:rPr>
          <w:sz w:val="20"/>
          <w:szCs w:val="20"/>
          <w:lang w:val="it-IT"/>
        </w:rPr>
        <w:t xml:space="preserve">); </w:t>
      </w:r>
      <w:r>
        <w:rPr>
          <w:sz w:val="20"/>
          <w:szCs w:val="20"/>
          <w:lang w:val="ru-RU"/>
        </w:rPr>
        <w:t>Военные действия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теракты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введение чрезвычайного положения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комендантский час</w:t>
      </w:r>
      <w:r w:rsidRPr="005C6E69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Забастовки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гражданские беспорядки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массовые протесты</w:t>
      </w:r>
      <w:r w:rsidRPr="005C6E69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Изменения законодательства РФ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препятствующие исполнению Договора</w:t>
      </w:r>
      <w:r w:rsidRPr="005C6E69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Экономические санкции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валютные ограничения и торговые эмбарго</w:t>
      </w:r>
      <w:r w:rsidRPr="005C6E69">
        <w:rPr>
          <w:rStyle w:val="Aff9"/>
          <w:sz w:val="20"/>
          <w:szCs w:val="20"/>
          <w:lang w:val="ru-RU"/>
        </w:rPr>
        <w:t xml:space="preserve">; </w:t>
      </w:r>
      <w:r>
        <w:rPr>
          <w:sz w:val="20"/>
          <w:szCs w:val="20"/>
          <w:lang w:val="ru-RU"/>
        </w:rPr>
        <w:t>Эпидемии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пандемии и связанные с ними ограничения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3419F3B2" w14:textId="77777777" w:rsidR="0010156E" w:rsidRPr="005C6E69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 w:rsidRPr="005C6E69">
        <w:rPr>
          <w:rStyle w:val="Aff9"/>
          <w:sz w:val="20"/>
          <w:szCs w:val="20"/>
          <w:lang w:val="ru-RU"/>
        </w:rPr>
        <w:t xml:space="preserve">Сторона, </w:t>
      </w:r>
      <w:r>
        <w:rPr>
          <w:sz w:val="20"/>
          <w:szCs w:val="20"/>
          <w:lang w:val="ru-RU"/>
        </w:rPr>
        <w:t>оказавшаяся в такой ситуации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обязана незамедлительно </w:t>
      </w:r>
      <w:r w:rsidRPr="005C6E69">
        <w:rPr>
          <w:rStyle w:val="Aff9"/>
          <w:sz w:val="20"/>
          <w:szCs w:val="20"/>
          <w:lang w:val="ru-RU"/>
        </w:rPr>
        <w:t xml:space="preserve">(в течение 2 рабочих дней) </w:t>
      </w:r>
      <w:r>
        <w:rPr>
          <w:sz w:val="20"/>
          <w:szCs w:val="20"/>
          <w:lang w:val="ru-RU"/>
        </w:rPr>
        <w:t>уведомить другую Сторону по почте и мессенджеру и предоставить подтверждающие документы от государственных органов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СМИ или иных объективных источников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62A6C569" w14:textId="77777777" w:rsidR="0010156E" w:rsidRDefault="00BF267F">
      <w:pPr>
        <w:pStyle w:val="Aff8"/>
        <w:numPr>
          <w:ilvl w:val="2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Если обстоятельства непреодолимой силы продолжается более </w:t>
      </w:r>
      <w:r w:rsidRPr="005C6E69">
        <w:rPr>
          <w:rStyle w:val="Aff9"/>
          <w:sz w:val="20"/>
          <w:szCs w:val="20"/>
          <w:lang w:val="ru-RU"/>
        </w:rPr>
        <w:t xml:space="preserve">20 </w:t>
      </w:r>
      <w:r>
        <w:rPr>
          <w:sz w:val="20"/>
          <w:szCs w:val="20"/>
          <w:lang w:val="ru-RU"/>
        </w:rPr>
        <w:t>календарных дней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Стороны вправе расторгнуть Договор без применения штрафов и пеней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32F02D81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Уплата пеней не освобождает от основных обязательств</w:t>
      </w:r>
      <w:r w:rsidRPr="005C6E69">
        <w:rPr>
          <w:rStyle w:val="Aff9"/>
          <w:sz w:val="20"/>
          <w:szCs w:val="20"/>
          <w:lang w:val="ru-RU"/>
        </w:rPr>
        <w:t xml:space="preserve">: </w:t>
      </w:r>
      <w:r>
        <w:rPr>
          <w:sz w:val="20"/>
          <w:szCs w:val="20"/>
          <w:lang w:val="ru-RU"/>
        </w:rPr>
        <w:t>В любом случае уплата пеней не освобождает виновную Сторону от выполнения основных обязательств по Договору</w:t>
      </w:r>
      <w:r>
        <w:rPr>
          <w:rStyle w:val="Aff9"/>
          <w:sz w:val="20"/>
          <w:szCs w:val="20"/>
        </w:rPr>
        <w:t>.</w:t>
      </w:r>
    </w:p>
    <w:p w14:paraId="430E77F8" w14:textId="77777777" w:rsidR="0010156E" w:rsidRDefault="00BF267F">
      <w:pPr>
        <w:pStyle w:val="Aff8"/>
        <w:numPr>
          <w:ilvl w:val="0"/>
          <w:numId w:val="9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РАСТОРЖЕНИЕ И ИЗМЕНЕНИЕ ДОГОВОРА</w:t>
      </w:r>
    </w:p>
    <w:p w14:paraId="1D1D3139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Любые изменения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дополнения или уточнения условий Договора оформляются одним из следующих способов</w:t>
      </w:r>
      <w:r w:rsidRPr="005C6E69">
        <w:rPr>
          <w:rStyle w:val="Aff9"/>
          <w:sz w:val="20"/>
          <w:szCs w:val="20"/>
          <w:lang w:val="ru-RU"/>
        </w:rPr>
        <w:t>:</w:t>
      </w:r>
    </w:p>
    <w:p w14:paraId="03F6202B" w14:textId="77777777" w:rsidR="0010156E" w:rsidRDefault="00BF267F">
      <w:pPr>
        <w:pStyle w:val="Aff8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Подписанием сторонами дополнительного соглашения</w:t>
      </w:r>
      <w:r>
        <w:rPr>
          <w:rStyle w:val="Aff9"/>
          <w:sz w:val="20"/>
          <w:szCs w:val="20"/>
        </w:rPr>
        <w:t>;</w:t>
      </w:r>
    </w:p>
    <w:p w14:paraId="143CB78A" w14:textId="77777777" w:rsidR="0010156E" w:rsidRDefault="00BF267F">
      <w:pPr>
        <w:pStyle w:val="Aff8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Обменом согласующих сообщений в мессенджере </w:t>
      </w:r>
      <w:r w:rsidRPr="005C6E69">
        <w:rPr>
          <w:sz w:val="20"/>
          <w:szCs w:val="20"/>
          <w:lang w:val="ru-RU"/>
        </w:rPr>
        <w:t>(</w:t>
      </w:r>
      <w:r>
        <w:rPr>
          <w:sz w:val="20"/>
          <w:szCs w:val="20"/>
        </w:rPr>
        <w:t>Telegram</w:t>
      </w:r>
      <w:r w:rsidRPr="005C6E69">
        <w:rPr>
          <w:sz w:val="20"/>
          <w:szCs w:val="20"/>
          <w:lang w:val="ru-RU"/>
        </w:rPr>
        <w:t xml:space="preserve">, </w:t>
      </w:r>
      <w:r>
        <w:rPr>
          <w:sz w:val="20"/>
          <w:szCs w:val="20"/>
        </w:rPr>
        <w:t>WhatsApp</w:t>
      </w:r>
      <w:r w:rsidRPr="005C6E69">
        <w:rPr>
          <w:sz w:val="20"/>
          <w:szCs w:val="20"/>
          <w:lang w:val="ru-RU"/>
        </w:rPr>
        <w:t xml:space="preserve"> </w:t>
      </w:r>
      <w:r w:rsidRPr="005C6E69">
        <w:rPr>
          <w:rStyle w:val="Aff9"/>
          <w:sz w:val="20"/>
          <w:szCs w:val="20"/>
          <w:lang w:val="ru-RU"/>
        </w:rPr>
        <w:t xml:space="preserve">и т.д.), </w:t>
      </w:r>
      <w:r>
        <w:rPr>
          <w:sz w:val="20"/>
          <w:szCs w:val="20"/>
          <w:lang w:val="ru-RU"/>
        </w:rPr>
        <w:t>если обе Стороны явно выразили согласие</w:t>
      </w:r>
      <w:r w:rsidRPr="005C6E69">
        <w:rPr>
          <w:rStyle w:val="Aff9"/>
          <w:sz w:val="20"/>
          <w:szCs w:val="20"/>
          <w:lang w:val="ru-RU"/>
        </w:rPr>
        <w:t>;</w:t>
      </w:r>
    </w:p>
    <w:p w14:paraId="7859D929" w14:textId="77777777" w:rsidR="0010156E" w:rsidRDefault="00BF267F">
      <w:pPr>
        <w:pStyle w:val="Aff8"/>
        <w:numPr>
          <w:ilvl w:val="0"/>
          <w:numId w:val="15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Подписанием новой полной редакции Договора через </w:t>
      </w:r>
      <w:proofErr w:type="spellStart"/>
      <w:r>
        <w:rPr>
          <w:sz w:val="20"/>
          <w:szCs w:val="20"/>
          <w:lang w:val="ru-RU"/>
        </w:rPr>
        <w:t>ОкиДоки</w:t>
      </w:r>
      <w:proofErr w:type="spellEnd"/>
      <w:r>
        <w:rPr>
          <w:sz w:val="20"/>
          <w:szCs w:val="20"/>
          <w:lang w:val="ru-RU"/>
        </w:rPr>
        <w:t xml:space="preserve"> с новым номером версии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29ECE44B" w14:textId="77777777" w:rsidR="0010156E" w:rsidRDefault="00BF267F">
      <w:pPr>
        <w:pStyle w:val="Aff8"/>
        <w:numPr>
          <w:ilvl w:val="1"/>
          <w:numId w:val="16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Заказчик может расторгнуть Договор в одностороннем порядке с предварительным </w:t>
      </w:r>
      <w:r w:rsidRPr="005C6E69">
        <w:rPr>
          <w:rStyle w:val="Aff9"/>
          <w:sz w:val="20"/>
          <w:szCs w:val="20"/>
          <w:lang w:val="ru-RU"/>
        </w:rPr>
        <w:t xml:space="preserve">3 </w:t>
      </w:r>
      <w:r>
        <w:rPr>
          <w:sz w:val="20"/>
          <w:szCs w:val="20"/>
          <w:lang w:val="ru-RU"/>
        </w:rPr>
        <w:t xml:space="preserve">рабочих дней письменным предупреждением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направить по почте и мессенджеру</w:t>
      </w:r>
      <w:r w:rsidRPr="005C6E69">
        <w:rPr>
          <w:rStyle w:val="Aff9"/>
          <w:sz w:val="20"/>
          <w:szCs w:val="20"/>
          <w:lang w:val="ru-RU"/>
        </w:rPr>
        <w:t xml:space="preserve">). </w:t>
      </w:r>
      <w:r>
        <w:rPr>
          <w:sz w:val="20"/>
          <w:szCs w:val="20"/>
          <w:lang w:val="ru-RU"/>
        </w:rPr>
        <w:t>При таком расторжении</w:t>
      </w:r>
      <w:r>
        <w:rPr>
          <w:rStyle w:val="Aff9"/>
          <w:sz w:val="20"/>
          <w:szCs w:val="20"/>
        </w:rPr>
        <w:t>:</w:t>
      </w:r>
    </w:p>
    <w:p w14:paraId="7FFEE862" w14:textId="77777777" w:rsidR="0010156E" w:rsidRDefault="00BF267F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оплачивает Исполнителю все документально подтверждённые фактические расходы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 xml:space="preserve">понесённые Исполнителем на дату расторжения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материалы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лицензии</w:t>
      </w:r>
      <w:r w:rsidRPr="005C6E69">
        <w:rPr>
          <w:rStyle w:val="Aff9"/>
          <w:sz w:val="20"/>
          <w:szCs w:val="20"/>
          <w:lang w:val="ru-RU"/>
        </w:rPr>
        <w:t>, услуги</w:t>
      </w:r>
      <w:r>
        <w:rPr>
          <w:sz w:val="20"/>
          <w:szCs w:val="20"/>
          <w:lang w:val="it-IT"/>
        </w:rPr>
        <w:t>);</w:t>
      </w:r>
    </w:p>
    <w:p w14:paraId="71260151" w14:textId="77777777" w:rsidR="0010156E" w:rsidRDefault="00BF267F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Заказчик принимает все выполненные к дате расторжения работы на основании акта сверки взаиморасчётов</w:t>
      </w:r>
      <w:r w:rsidRPr="005C6E69">
        <w:rPr>
          <w:rStyle w:val="Aff9"/>
          <w:sz w:val="20"/>
          <w:szCs w:val="20"/>
          <w:lang w:val="ru-RU"/>
        </w:rPr>
        <w:t>;</w:t>
      </w:r>
    </w:p>
    <w:p w14:paraId="5A0D7B3B" w14:textId="77777777" w:rsidR="0010156E" w:rsidRDefault="00BF267F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обязан в течение </w:t>
      </w:r>
      <w:r w:rsidRPr="005C6E69">
        <w:rPr>
          <w:rStyle w:val="Aff9"/>
          <w:sz w:val="20"/>
          <w:szCs w:val="20"/>
          <w:lang w:val="ru-RU"/>
        </w:rPr>
        <w:t xml:space="preserve">1 (одного) </w:t>
      </w:r>
      <w:r>
        <w:rPr>
          <w:sz w:val="20"/>
          <w:szCs w:val="20"/>
          <w:lang w:val="ru-RU"/>
        </w:rPr>
        <w:t xml:space="preserve">рабочего дня передать Заказчику все созданные к этому моменту результаты </w:t>
      </w:r>
      <w:r w:rsidRPr="005C6E69">
        <w:rPr>
          <w:rStyle w:val="Aff9"/>
          <w:sz w:val="20"/>
          <w:szCs w:val="20"/>
          <w:lang w:val="ru-RU"/>
        </w:rPr>
        <w:t xml:space="preserve">(в т.ч. </w:t>
      </w:r>
      <w:r>
        <w:rPr>
          <w:sz w:val="20"/>
          <w:szCs w:val="20"/>
          <w:lang w:val="ru-RU"/>
        </w:rPr>
        <w:t>незавершенные</w:t>
      </w:r>
      <w:r w:rsidRPr="005C6E69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исходные файлы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черновики и рабочие материалы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523D7B8C" w14:textId="77777777" w:rsidR="0010156E" w:rsidRDefault="00BF267F">
      <w:pPr>
        <w:pStyle w:val="Aff8"/>
        <w:numPr>
          <w:ilvl w:val="0"/>
          <w:numId w:val="17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Исключительное право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или лицензия</w:t>
      </w:r>
      <w:r w:rsidRPr="005C6E69">
        <w:rPr>
          <w:rStyle w:val="Aff9"/>
          <w:sz w:val="20"/>
          <w:szCs w:val="20"/>
          <w:lang w:val="ru-RU"/>
        </w:rPr>
        <w:t xml:space="preserve">, в зависимости от условий Раздела 5) </w:t>
      </w:r>
      <w:r>
        <w:rPr>
          <w:sz w:val="20"/>
          <w:szCs w:val="20"/>
          <w:lang w:val="ru-RU"/>
        </w:rPr>
        <w:t>на все переданные результаты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 незавершенные части РИД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переходит к Заказчику с момента создания данных объектов и подтверждается подписанием Акта сверки</w:t>
      </w:r>
      <w:r w:rsidRPr="005C6E69">
        <w:rPr>
          <w:rStyle w:val="Aff9"/>
          <w:sz w:val="20"/>
          <w:szCs w:val="20"/>
          <w:lang w:val="ru-RU"/>
        </w:rPr>
        <w:t>/</w:t>
      </w:r>
      <w:r>
        <w:rPr>
          <w:sz w:val="20"/>
          <w:szCs w:val="20"/>
          <w:lang w:val="ru-RU"/>
        </w:rPr>
        <w:t>расторжения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Заказчик вправе поручить доработку этих материалов третьим лицам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Удержание материалов или прав в качестве обеспечения не допускается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1BB98008" w14:textId="77777777" w:rsidR="0010156E" w:rsidRDefault="00BF267F">
      <w:pPr>
        <w:pStyle w:val="Aff8"/>
        <w:numPr>
          <w:ilvl w:val="1"/>
          <w:numId w:val="18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может расторгнуть Договор в одностороннем порядке с предварительным </w:t>
      </w:r>
      <w:r w:rsidRPr="005C6E69">
        <w:rPr>
          <w:rStyle w:val="Aff9"/>
          <w:sz w:val="20"/>
          <w:szCs w:val="20"/>
          <w:lang w:val="ru-RU"/>
        </w:rPr>
        <w:t xml:space="preserve">10 </w:t>
      </w:r>
      <w:r>
        <w:rPr>
          <w:sz w:val="20"/>
          <w:szCs w:val="20"/>
          <w:lang w:val="ru-RU"/>
        </w:rPr>
        <w:t xml:space="preserve">рабочих дней письменным предупреждением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направить по почте и мессенджеру</w:t>
      </w:r>
      <w:r w:rsidRPr="005C6E69">
        <w:rPr>
          <w:rStyle w:val="Aff9"/>
          <w:sz w:val="20"/>
          <w:szCs w:val="20"/>
          <w:lang w:val="ru-RU"/>
        </w:rPr>
        <w:t xml:space="preserve">). </w:t>
      </w:r>
      <w:r>
        <w:rPr>
          <w:sz w:val="20"/>
          <w:szCs w:val="20"/>
          <w:lang w:val="ru-RU"/>
        </w:rPr>
        <w:t>При таком расторжении</w:t>
      </w:r>
      <w:r>
        <w:rPr>
          <w:rStyle w:val="Aff9"/>
          <w:sz w:val="20"/>
          <w:szCs w:val="20"/>
        </w:rPr>
        <w:t>:</w:t>
      </w:r>
    </w:p>
    <w:p w14:paraId="36716209" w14:textId="77777777" w:rsidR="0010156E" w:rsidRDefault="00BF267F">
      <w:pPr>
        <w:pStyle w:val="Aff8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Исполнитель полностью возмещает Заказчику убытки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вызванные таким расторжением</w:t>
      </w:r>
      <w:r w:rsidRPr="005C6E69">
        <w:rPr>
          <w:rStyle w:val="Aff9"/>
          <w:sz w:val="20"/>
          <w:szCs w:val="20"/>
          <w:lang w:val="ru-RU"/>
        </w:rPr>
        <w:t>;</w:t>
      </w:r>
    </w:p>
    <w:p w14:paraId="36CAD6C6" w14:textId="77777777" w:rsidR="0010156E" w:rsidRDefault="00BF267F">
      <w:pPr>
        <w:pStyle w:val="Aff8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Выполненные Работы передаются Заказчику на основании акта сверки взаиморасчётов</w:t>
      </w:r>
      <w:r w:rsidRPr="005C6E69">
        <w:rPr>
          <w:rStyle w:val="Aff9"/>
          <w:sz w:val="20"/>
          <w:szCs w:val="20"/>
          <w:lang w:val="ru-RU"/>
        </w:rPr>
        <w:t>;</w:t>
      </w:r>
    </w:p>
    <w:p w14:paraId="1E9E4C2A" w14:textId="77777777" w:rsidR="0010156E" w:rsidRDefault="00BF267F">
      <w:pPr>
        <w:pStyle w:val="Aff8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Исполнитель обязан в течение </w:t>
      </w:r>
      <w:r w:rsidRPr="005C6E69">
        <w:rPr>
          <w:rStyle w:val="Aff9"/>
          <w:sz w:val="20"/>
          <w:szCs w:val="20"/>
          <w:lang w:val="ru-RU"/>
        </w:rPr>
        <w:t xml:space="preserve">1 (одного) </w:t>
      </w:r>
      <w:r>
        <w:rPr>
          <w:sz w:val="20"/>
          <w:szCs w:val="20"/>
          <w:lang w:val="ru-RU"/>
        </w:rPr>
        <w:t xml:space="preserve">рабочего дня передать Заказчику все созданные к этому моменту результаты </w:t>
      </w:r>
      <w:r w:rsidRPr="005C6E69">
        <w:rPr>
          <w:rStyle w:val="Aff9"/>
          <w:sz w:val="20"/>
          <w:szCs w:val="20"/>
          <w:lang w:val="ru-RU"/>
        </w:rPr>
        <w:t xml:space="preserve">(в т.ч. </w:t>
      </w:r>
      <w:r>
        <w:rPr>
          <w:sz w:val="20"/>
          <w:szCs w:val="20"/>
          <w:lang w:val="ru-RU"/>
        </w:rPr>
        <w:t>незавершенные</w:t>
      </w:r>
      <w:r w:rsidRPr="005C6E69">
        <w:rPr>
          <w:rStyle w:val="Aff9"/>
          <w:sz w:val="20"/>
          <w:szCs w:val="20"/>
          <w:lang w:val="ru-RU"/>
        </w:rPr>
        <w:t xml:space="preserve">), </w:t>
      </w:r>
      <w:r>
        <w:rPr>
          <w:sz w:val="20"/>
          <w:szCs w:val="20"/>
          <w:lang w:val="ru-RU"/>
        </w:rPr>
        <w:t>исходные файлы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черновики и рабочие материалы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39DC9FC1" w14:textId="77777777" w:rsidR="0010156E" w:rsidRDefault="00BF267F">
      <w:pPr>
        <w:pStyle w:val="Aff8"/>
        <w:numPr>
          <w:ilvl w:val="0"/>
          <w:numId w:val="19"/>
        </w:numPr>
        <w:spacing w:after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 xml:space="preserve">Исключительное право </w:t>
      </w:r>
      <w:r w:rsidRPr="005C6E69">
        <w:rPr>
          <w:rStyle w:val="Aff9"/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или лицензия</w:t>
      </w:r>
      <w:r w:rsidRPr="005C6E69">
        <w:rPr>
          <w:rStyle w:val="Aff9"/>
          <w:sz w:val="20"/>
          <w:szCs w:val="20"/>
          <w:lang w:val="ru-RU"/>
        </w:rPr>
        <w:t xml:space="preserve">, в зависимости от условий Раздела 5) </w:t>
      </w:r>
      <w:r>
        <w:rPr>
          <w:sz w:val="20"/>
          <w:szCs w:val="20"/>
          <w:lang w:val="ru-RU"/>
        </w:rPr>
        <w:t>на все переданные результаты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включая незавершенные части РИД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переходит к Заказчику с момента создания данных объектов и подтверждается подписанием Акта сверки</w:t>
      </w:r>
      <w:r w:rsidRPr="005C6E69">
        <w:rPr>
          <w:rStyle w:val="Aff9"/>
          <w:sz w:val="20"/>
          <w:szCs w:val="20"/>
          <w:lang w:val="ru-RU"/>
        </w:rPr>
        <w:t>/</w:t>
      </w:r>
      <w:r>
        <w:rPr>
          <w:sz w:val="20"/>
          <w:szCs w:val="20"/>
          <w:lang w:val="ru-RU"/>
        </w:rPr>
        <w:t>расторжения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Заказчик вправе поручить доработку этих материалов третьим лицам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Удержание материалов или прав в качестве обеспечения не допускается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5FE9874D" w14:textId="77777777" w:rsidR="0010156E" w:rsidRPr="005C6E69" w:rsidRDefault="0010156E">
      <w:pPr>
        <w:pStyle w:val="Aff8"/>
        <w:spacing w:after="0"/>
        <w:ind w:left="1152"/>
        <w:jc w:val="both"/>
        <w:rPr>
          <w:rStyle w:val="Aff9"/>
          <w:sz w:val="20"/>
          <w:szCs w:val="20"/>
          <w:lang w:val="ru-RU"/>
        </w:rPr>
      </w:pPr>
    </w:p>
    <w:p w14:paraId="1CF88D29" w14:textId="77777777" w:rsidR="0010156E" w:rsidRDefault="00BF267F">
      <w:pPr>
        <w:pStyle w:val="Aff8"/>
        <w:numPr>
          <w:ilvl w:val="0"/>
          <w:numId w:val="20"/>
        </w:numPr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РАЗРЕШЕНИЕ СПОРОВ И ПОДСУДНОСТЬ</w:t>
      </w:r>
    </w:p>
    <w:p w14:paraId="064C1EDC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Все споры и разногласия Стороны будут стремиться урегулировать путем переговоров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Претензионный порядок урегулирования споров обязателен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 w:rsidRPr="005C6E69">
        <w:rPr>
          <w:sz w:val="20"/>
          <w:szCs w:val="20"/>
          <w:lang w:val="ru-RU"/>
        </w:rPr>
        <w:t xml:space="preserve">Срок ответа на претензию — </w:t>
      </w:r>
      <w:r w:rsidRPr="005C6E69">
        <w:rPr>
          <w:rStyle w:val="Aff9"/>
          <w:sz w:val="20"/>
          <w:szCs w:val="20"/>
          <w:lang w:val="ru-RU"/>
        </w:rPr>
        <w:t>10 (</w:t>
      </w:r>
      <w:r>
        <w:rPr>
          <w:sz w:val="20"/>
          <w:szCs w:val="20"/>
          <w:lang w:val="ru-RU"/>
        </w:rPr>
        <w:t>десять</w:t>
      </w:r>
      <w:r w:rsidRPr="005C6E69">
        <w:rPr>
          <w:rStyle w:val="Aff9"/>
          <w:sz w:val="20"/>
          <w:szCs w:val="20"/>
          <w:lang w:val="ru-RU"/>
        </w:rPr>
        <w:t xml:space="preserve">) </w:t>
      </w:r>
      <w:r>
        <w:rPr>
          <w:sz w:val="20"/>
          <w:szCs w:val="20"/>
          <w:lang w:val="ru-RU"/>
        </w:rPr>
        <w:t>рабочих дней с даты ее получения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3148A3E8" w14:textId="77777777" w:rsidR="0010156E" w:rsidRDefault="00BF267F">
      <w:pPr>
        <w:pStyle w:val="Aff8"/>
        <w:numPr>
          <w:ilvl w:val="1"/>
          <w:numId w:val="9"/>
        </w:num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В случае невозможности разрешения спора в претензионном порядке</w:t>
      </w:r>
      <w:r w:rsidRPr="005C6E69">
        <w:rPr>
          <w:rStyle w:val="Aff9"/>
          <w:sz w:val="20"/>
          <w:szCs w:val="20"/>
          <w:lang w:val="ru-RU"/>
        </w:rPr>
        <w:t xml:space="preserve">, </w:t>
      </w:r>
      <w:r>
        <w:rPr>
          <w:sz w:val="20"/>
          <w:szCs w:val="20"/>
          <w:lang w:val="ru-RU"/>
        </w:rPr>
        <w:t>спор подлежит передаче на рассмотрение в Лефортовском районном суде г</w:t>
      </w:r>
      <w:r w:rsidRPr="005C6E69">
        <w:rPr>
          <w:rStyle w:val="Aff9"/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Москвы в соответствии с правилами договорной подсудности</w:t>
      </w:r>
      <w:r w:rsidRPr="005C6E69">
        <w:rPr>
          <w:rStyle w:val="Aff9"/>
          <w:sz w:val="20"/>
          <w:szCs w:val="20"/>
          <w:lang w:val="ru-RU"/>
        </w:rPr>
        <w:t>.</w:t>
      </w:r>
    </w:p>
    <w:p w14:paraId="4572E891" w14:textId="77777777" w:rsidR="00B50856" w:rsidRDefault="00B50856" w:rsidP="00B50856">
      <w:pPr>
        <w:pStyle w:val="Aff8"/>
        <w:numPr>
          <w:ilvl w:val="0"/>
          <w:numId w:val="24"/>
        </w:numPr>
        <w:spacing w:line="256" w:lineRule="auto"/>
        <w:jc w:val="center"/>
        <w:rPr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ЭЛЕКТРОННЫЙ ДОКУМЕНТООБОРОТ</w:t>
      </w:r>
    </w:p>
    <w:p w14:paraId="6450D1F3" w14:textId="77777777" w:rsidR="00B50856" w:rsidRDefault="00B50856" w:rsidP="00B50856">
      <w:pPr>
        <w:pStyle w:val="Aff8"/>
        <w:numPr>
          <w:ilvl w:val="1"/>
          <w:numId w:val="25"/>
        </w:numPr>
        <w:spacing w:line="256" w:lineRule="auto"/>
        <w:jc w:val="both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Соглашение об использовании простой электронной подписи</w:t>
      </w:r>
      <w:r>
        <w:rPr>
          <w:rStyle w:val="Aff9"/>
          <w:b/>
          <w:bCs/>
          <w:sz w:val="20"/>
          <w:szCs w:val="20"/>
          <w:lang w:val="ru-RU"/>
        </w:rPr>
        <w:t xml:space="preserve">: </w:t>
      </w:r>
    </w:p>
    <w:p w14:paraId="0B9337DD" w14:textId="77777777" w:rsidR="00B50856" w:rsidRDefault="00B50856" w:rsidP="00B50856">
      <w:pPr>
        <w:pStyle w:val="Aff8"/>
        <w:numPr>
          <w:ilvl w:val="2"/>
          <w:numId w:val="25"/>
        </w:numPr>
        <w:spacing w:line="256" w:lineRule="auto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Стороны явно согласны подписать Договор и все его приложения с помощью простой электронной подписи.</w:t>
      </w:r>
    </w:p>
    <w:p w14:paraId="29D2D1EF" w14:textId="77777777" w:rsidR="00B50856" w:rsidRDefault="00B50856" w:rsidP="00B50856">
      <w:pPr>
        <w:pStyle w:val="Aff8"/>
        <w:numPr>
          <w:ilvl w:val="2"/>
          <w:numId w:val="25"/>
        </w:numPr>
        <w:spacing w:line="256" w:lineRule="auto"/>
        <w:jc w:val="both"/>
        <w:rPr>
          <w:sz w:val="20"/>
          <w:szCs w:val="20"/>
          <w:lang w:val="ru-RU"/>
        </w:rPr>
      </w:pPr>
      <w:r>
        <w:rPr>
          <w:rStyle w:val="affa"/>
          <w:sz w:val="20"/>
          <w:szCs w:val="20"/>
          <w:lang w:val="ru-RU"/>
        </w:rPr>
        <w:t>Равнозначность копий и оригиналов</w:t>
      </w:r>
      <w:r>
        <w:rPr>
          <w:rStyle w:val="Aff9"/>
          <w:sz w:val="20"/>
          <w:szCs w:val="20"/>
          <w:lang w:val="ru-RU"/>
        </w:rPr>
        <w:t xml:space="preserve">: </w:t>
      </w:r>
      <w:r>
        <w:rPr>
          <w:rStyle w:val="affa"/>
          <w:sz w:val="20"/>
          <w:szCs w:val="20"/>
          <w:lang w:val="ru-RU"/>
        </w:rPr>
        <w:t xml:space="preserve">Сканированные копии подписанного Договора и приложений </w:t>
      </w:r>
      <w:r>
        <w:rPr>
          <w:rStyle w:val="Aff9"/>
          <w:sz w:val="20"/>
          <w:szCs w:val="20"/>
          <w:lang w:val="ru-RU"/>
        </w:rPr>
        <w:t xml:space="preserve">(в формате </w:t>
      </w:r>
      <w:r>
        <w:rPr>
          <w:rStyle w:val="affa"/>
          <w:sz w:val="20"/>
          <w:szCs w:val="20"/>
          <w:lang w:val="pt-PT"/>
        </w:rPr>
        <w:t xml:space="preserve">PDF, JPG, PNG) </w:t>
      </w:r>
      <w:r>
        <w:rPr>
          <w:rStyle w:val="affa"/>
          <w:sz w:val="20"/>
          <w:szCs w:val="20"/>
          <w:lang w:val="ru-RU"/>
        </w:rPr>
        <w:t>признаются равнозначными оригиналам и могут использоваться в качестве доказательства наравне с электронным оригиналом</w:t>
      </w:r>
      <w:r>
        <w:rPr>
          <w:rStyle w:val="Aff9"/>
          <w:sz w:val="20"/>
          <w:szCs w:val="20"/>
          <w:lang w:val="ru-RU"/>
        </w:rPr>
        <w:t>.</w:t>
      </w:r>
    </w:p>
    <w:p w14:paraId="55D48F6D" w14:textId="6371FB7E" w:rsidR="00B50856" w:rsidRPr="00B50856" w:rsidRDefault="00B50856" w:rsidP="00B50856">
      <w:pPr>
        <w:pStyle w:val="Aff8"/>
        <w:numPr>
          <w:ilvl w:val="2"/>
          <w:numId w:val="25"/>
        </w:numPr>
        <w:spacing w:line="256" w:lineRule="auto"/>
        <w:jc w:val="both"/>
        <w:rPr>
          <w:rStyle w:val="affa"/>
          <w:sz w:val="20"/>
          <w:szCs w:val="20"/>
          <w:lang w:val="ru-RU"/>
        </w:rPr>
      </w:pPr>
      <w:r>
        <w:rPr>
          <w:rStyle w:val="affa"/>
          <w:sz w:val="20"/>
          <w:szCs w:val="20"/>
          <w:lang w:val="ru-RU"/>
        </w:rPr>
        <w:t>Вместо использования простой электронной подписи для подписания электронных документов Стороны вправе использовать усиленную квалифицированную электронную подпись или подписать документы собственноручно</w:t>
      </w:r>
      <w:r>
        <w:rPr>
          <w:rStyle w:val="Aff9"/>
          <w:sz w:val="20"/>
          <w:szCs w:val="20"/>
          <w:lang w:val="ru-RU"/>
        </w:rPr>
        <w:t xml:space="preserve">. </w:t>
      </w:r>
    </w:p>
    <w:p w14:paraId="019A6059" w14:textId="22A2AD06" w:rsidR="0010156E" w:rsidRDefault="00BF267F">
      <w:pPr>
        <w:pStyle w:val="Aff8"/>
        <w:numPr>
          <w:ilvl w:val="1"/>
          <w:numId w:val="9"/>
        </w:numPr>
        <w:jc w:val="both"/>
        <w:rPr>
          <w:b/>
          <w:bCs/>
          <w:sz w:val="20"/>
          <w:szCs w:val="20"/>
          <w:lang w:val="ru-RU"/>
        </w:rPr>
      </w:pPr>
      <w:r>
        <w:rPr>
          <w:rStyle w:val="affa"/>
          <w:b/>
          <w:bCs/>
          <w:sz w:val="20"/>
          <w:szCs w:val="20"/>
          <w:lang w:val="ru-RU"/>
        </w:rPr>
        <w:t>Юридическая значимость переписки</w:t>
      </w:r>
      <w:r w:rsidRPr="005C6E69">
        <w:rPr>
          <w:rStyle w:val="Aff9"/>
          <w:b/>
          <w:bCs/>
          <w:sz w:val="20"/>
          <w:szCs w:val="20"/>
          <w:lang w:val="ru-RU"/>
        </w:rPr>
        <w:t xml:space="preserve">: </w:t>
      </w:r>
      <w:r>
        <w:rPr>
          <w:rStyle w:val="affa"/>
          <w:sz w:val="20"/>
          <w:szCs w:val="20"/>
          <w:lang w:val="ru-RU"/>
        </w:rPr>
        <w:t>Стороны явно согласны и подтверждают</w:t>
      </w:r>
      <w:r w:rsidRPr="005C6E6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что вся переписка между ними</w:t>
      </w:r>
      <w:r w:rsidRPr="005C6E69">
        <w:rPr>
          <w:rStyle w:val="affa"/>
          <w:sz w:val="20"/>
          <w:szCs w:val="20"/>
          <w:lang w:val="ru-RU"/>
        </w:rPr>
        <w:t xml:space="preserve">: </w:t>
      </w:r>
      <w:r>
        <w:rPr>
          <w:rStyle w:val="affa"/>
          <w:sz w:val="20"/>
          <w:szCs w:val="20"/>
          <w:lang w:val="ru-RU"/>
        </w:rPr>
        <w:t xml:space="preserve">в мессенджерах </w:t>
      </w:r>
      <w:r w:rsidRPr="005C6E69">
        <w:rPr>
          <w:rStyle w:val="affa"/>
          <w:sz w:val="20"/>
          <w:szCs w:val="20"/>
          <w:lang w:val="ru-RU"/>
        </w:rPr>
        <w:t>(</w:t>
      </w:r>
      <w:r>
        <w:rPr>
          <w:rStyle w:val="affa"/>
          <w:sz w:val="20"/>
          <w:szCs w:val="20"/>
        </w:rPr>
        <w:t>Telegram</w:t>
      </w:r>
      <w:r w:rsidRPr="005C6E6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</w:rPr>
        <w:t>WhatsApp</w:t>
      </w:r>
      <w:r w:rsidRPr="005C6E6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</w:rPr>
        <w:t>Viber</w:t>
      </w:r>
      <w:r w:rsidRPr="005C6E6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</w:rPr>
        <w:t>Messenger</w:t>
      </w:r>
      <w:r w:rsidRPr="005C6E69">
        <w:rPr>
          <w:rStyle w:val="affa"/>
          <w:sz w:val="20"/>
          <w:szCs w:val="20"/>
          <w:lang w:val="ru-RU"/>
        </w:rPr>
        <w:t xml:space="preserve"> и </w:t>
      </w:r>
      <w:proofErr w:type="spellStart"/>
      <w:r w:rsidRPr="005C6E69">
        <w:rPr>
          <w:rStyle w:val="affa"/>
          <w:sz w:val="20"/>
          <w:szCs w:val="20"/>
          <w:lang w:val="ru-RU"/>
        </w:rPr>
        <w:t>т.д</w:t>
      </w:r>
      <w:proofErr w:type="spellEnd"/>
      <w:r>
        <w:rPr>
          <w:rStyle w:val="affa"/>
          <w:sz w:val="20"/>
          <w:szCs w:val="20"/>
          <w:lang w:val="it-IT"/>
        </w:rPr>
        <w:t xml:space="preserve">.); </w:t>
      </w:r>
      <w:r>
        <w:rPr>
          <w:rStyle w:val="affa"/>
          <w:sz w:val="20"/>
          <w:szCs w:val="20"/>
          <w:lang w:val="ru-RU"/>
        </w:rPr>
        <w:t xml:space="preserve">по электронной почте </w:t>
      </w:r>
      <w:r w:rsidRPr="005C6E69">
        <w:rPr>
          <w:rStyle w:val="affa"/>
          <w:sz w:val="20"/>
          <w:szCs w:val="20"/>
          <w:lang w:val="ru-RU"/>
        </w:rPr>
        <w:t>(</w:t>
      </w:r>
      <w:r>
        <w:rPr>
          <w:rStyle w:val="affa"/>
          <w:sz w:val="20"/>
          <w:szCs w:val="20"/>
        </w:rPr>
        <w:t>email</w:t>
      </w:r>
      <w:r w:rsidRPr="005C6E69">
        <w:rPr>
          <w:rStyle w:val="affa"/>
          <w:sz w:val="20"/>
          <w:szCs w:val="20"/>
          <w:lang w:val="ru-RU"/>
        </w:rPr>
        <w:t xml:space="preserve">); </w:t>
      </w:r>
      <w:r>
        <w:rPr>
          <w:rStyle w:val="affa"/>
          <w:sz w:val="20"/>
          <w:szCs w:val="20"/>
          <w:lang w:val="ru-RU"/>
        </w:rPr>
        <w:t>через иные электронные каналы коммуникации</w:t>
      </w:r>
      <w:r w:rsidRPr="005C6E69">
        <w:rPr>
          <w:rStyle w:val="affa"/>
          <w:sz w:val="20"/>
          <w:szCs w:val="20"/>
          <w:lang w:val="ru-RU"/>
        </w:rPr>
        <w:t xml:space="preserve">; </w:t>
      </w:r>
      <w:r>
        <w:rPr>
          <w:rStyle w:val="affa"/>
          <w:sz w:val="20"/>
          <w:szCs w:val="20"/>
          <w:lang w:val="ru-RU"/>
        </w:rPr>
        <w:t>является юридически значимой и может быть использована в качестве доказательства при разрешении споров</w:t>
      </w:r>
      <w:r w:rsidRPr="005C6E6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рассмотрении претензий и в судебном разбирательстве</w:t>
      </w:r>
      <w:r w:rsidRPr="005C6E69">
        <w:rPr>
          <w:rStyle w:val="affa"/>
          <w:sz w:val="20"/>
          <w:szCs w:val="20"/>
          <w:lang w:val="ru-RU"/>
        </w:rPr>
        <w:t xml:space="preserve">. </w:t>
      </w:r>
      <w:r>
        <w:rPr>
          <w:rStyle w:val="affa"/>
          <w:sz w:val="20"/>
          <w:szCs w:val="20"/>
          <w:lang w:val="ru-RU"/>
        </w:rPr>
        <w:t>Каждое сообщение</w:t>
      </w:r>
      <w:r w:rsidRPr="005C6E6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отправленное с официального адреса электронной почты</w:t>
      </w:r>
      <w:r w:rsidRPr="005C6E6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номера телефона или идентификатора Стороны</w:t>
      </w:r>
      <w:r w:rsidRPr="005C6E6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признается официальной корреспонденцией в рамках исполнения Договора и может служить доказательством согласия</w:t>
      </w:r>
      <w:r w:rsidRPr="005C6E69">
        <w:rPr>
          <w:rStyle w:val="affa"/>
          <w:sz w:val="20"/>
          <w:szCs w:val="20"/>
          <w:lang w:val="ru-RU"/>
        </w:rPr>
        <w:t xml:space="preserve">, </w:t>
      </w:r>
      <w:r>
        <w:rPr>
          <w:rStyle w:val="affa"/>
          <w:sz w:val="20"/>
          <w:szCs w:val="20"/>
          <w:lang w:val="ru-RU"/>
        </w:rPr>
        <w:t>распоряжения или другого юридически значимого действия</w:t>
      </w:r>
      <w:r w:rsidRPr="005C6E69">
        <w:rPr>
          <w:rStyle w:val="affa"/>
          <w:sz w:val="20"/>
          <w:szCs w:val="20"/>
          <w:lang w:val="ru-RU"/>
        </w:rPr>
        <w:t>.</w:t>
      </w:r>
    </w:p>
    <w:p w14:paraId="2C48D928" w14:textId="042991A5" w:rsidR="0010156E" w:rsidRPr="00B50856" w:rsidRDefault="00BF267F" w:rsidP="00B50856">
      <w:pPr>
        <w:pStyle w:val="Aff8"/>
        <w:numPr>
          <w:ilvl w:val="0"/>
          <w:numId w:val="9"/>
        </w:numPr>
        <w:spacing w:after="0"/>
        <w:jc w:val="center"/>
        <w:rPr>
          <w:rStyle w:val="affa"/>
          <w:b/>
          <w:bCs/>
          <w:sz w:val="20"/>
          <w:szCs w:val="20"/>
        </w:rPr>
      </w:pPr>
      <w:r>
        <w:rPr>
          <w:rStyle w:val="Aff9"/>
          <w:b/>
          <w:bCs/>
          <w:sz w:val="20"/>
          <w:szCs w:val="20"/>
        </w:rPr>
        <w:t>ПОДПИСИ СТОРОН</w:t>
      </w:r>
    </w:p>
    <w:tbl>
      <w:tblPr>
        <w:tblW w:w="8640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10156E" w14:paraId="1DBB8675" w14:textId="77777777" w:rsidTr="005C6E69">
        <w:trPr>
          <w:trHeight w:val="1664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FAE9C" w14:textId="77777777" w:rsidR="0010156E" w:rsidRDefault="00BF267F">
            <w:pPr>
              <w:pStyle w:val="Aff8"/>
              <w:rPr>
                <w:rStyle w:val="affa"/>
                <w:sz w:val="20"/>
                <w:szCs w:val="20"/>
              </w:rPr>
            </w:pP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t>ЗАКАЗЧИК</w:t>
            </w:r>
          </w:p>
          <w:p w14:paraId="319A550D" w14:textId="77777777" w:rsidR="0010156E" w:rsidRDefault="00BF267F">
            <w:pPr>
              <w:pStyle w:val="Aff8"/>
            </w:pP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t>[Наименование заказчика]</w:t>
            </w: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br/>
            </w: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br/>
              <w:t>___________________/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DA2AA" w14:textId="77777777" w:rsidR="0010156E" w:rsidRPr="005C6E69" w:rsidRDefault="00BF267F">
            <w:pPr>
              <w:pStyle w:val="Aff8"/>
              <w:rPr>
                <w:rStyle w:val="affa"/>
                <w:sz w:val="20"/>
                <w:szCs w:val="20"/>
                <w:lang w:val="ru-RU"/>
              </w:rPr>
            </w:pP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t>ИСПОЛНИТЕЛЬ</w:t>
            </w:r>
          </w:p>
          <w:p w14:paraId="6E1618CD" w14:textId="77777777" w:rsidR="0010156E" w:rsidRPr="005C6E69" w:rsidRDefault="00BF267F">
            <w:pPr>
              <w:pStyle w:val="Aff8"/>
              <w:rPr>
                <w:rStyle w:val="affa"/>
                <w:sz w:val="20"/>
                <w:szCs w:val="20"/>
                <w:lang w:val="ru-RU"/>
              </w:rPr>
            </w:pPr>
            <w:r>
              <w:rPr>
                <w:rStyle w:val="affa"/>
                <w:b/>
                <w:bCs/>
                <w:sz w:val="20"/>
                <w:szCs w:val="20"/>
                <w:lang w:val="ru-RU"/>
              </w:rPr>
              <w:t>Гражданин Российской Федерации [ФИО физического лица] </w:t>
            </w:r>
          </w:p>
          <w:p w14:paraId="60C26C24" w14:textId="77777777" w:rsidR="0010156E" w:rsidRDefault="00BF267F">
            <w:pPr>
              <w:pStyle w:val="Aff8"/>
            </w:pPr>
            <w:r>
              <w:rPr>
                <w:rStyle w:val="affa"/>
                <w:sz w:val="20"/>
                <w:szCs w:val="20"/>
                <w:lang w:val="ru-RU"/>
              </w:rPr>
              <w:br/>
              <w:t>____________________/</w:t>
            </w:r>
          </w:p>
        </w:tc>
      </w:tr>
    </w:tbl>
    <w:p w14:paraId="3E220721" w14:textId="77777777" w:rsidR="0010156E" w:rsidRDefault="0010156E">
      <w:pPr>
        <w:pStyle w:val="Aff8"/>
        <w:widowControl w:val="0"/>
        <w:spacing w:line="240" w:lineRule="auto"/>
        <w:ind w:left="756" w:hanging="756"/>
      </w:pPr>
    </w:p>
    <w:p w14:paraId="3A78418C" w14:textId="77777777" w:rsidR="0010156E" w:rsidRDefault="00BF267F">
      <w:r>
        <w:br w:type="page"/>
      </w:r>
    </w:p>
    <w:p w14:paraId="3277796B" w14:textId="77777777" w:rsidR="0010156E" w:rsidRDefault="00BF267F">
      <w:r>
        <w:rPr>
          <w:b/>
        </w:rPr>
        <w:lastRenderedPageBreak/>
        <w:t>АКТ</w:t>
      </w:r>
    </w:p>
    <w:p w14:paraId="2C79C461" w14:textId="18327843" w:rsidR="0010156E" w:rsidRPr="005C6E69" w:rsidRDefault="00BF267F">
      <w:pPr>
        <w:jc w:val="center"/>
        <w:rPr>
          <w:rFonts w:ascii="Calibri" w:eastAsia="Calibri" w:hAnsi="Calibri" w:cs="Calibri"/>
          <w:lang w:val="ru-RU"/>
        </w:rPr>
      </w:pPr>
      <w:r>
        <w:rPr>
          <w:rFonts w:ascii="Calibri" w:hAnsi="Calibri"/>
          <w:b/>
          <w:bCs/>
          <w:lang w:val="ru-RU"/>
        </w:rPr>
        <w:t>АКТ №</w:t>
      </w:r>
      <w:r>
        <w:rPr>
          <w:rFonts w:ascii="Calibri" w:hAnsi="Calibri"/>
          <w:lang w:val="ru-RU"/>
        </w:rPr>
        <w:t xml:space="preserve"> [Номер Акта]</w:t>
      </w:r>
      <w:r w:rsidRPr="005C6E69">
        <w:rPr>
          <w:rFonts w:ascii="Calibri" w:eastAsia="Calibri" w:hAnsi="Calibri" w:cs="Calibri"/>
          <w:lang w:val="ru-RU"/>
        </w:rPr>
        <w:br/>
        <w:t>СДАЧИ</w:t>
      </w:r>
      <w:r w:rsidR="0012692F">
        <w:rPr>
          <w:rFonts w:ascii="Calibri" w:eastAsia="Calibri" w:hAnsi="Calibri" w:cs="Calibri"/>
          <w:lang w:val="ru-RU"/>
        </w:rPr>
        <w:t>-</w:t>
      </w:r>
      <w:r w:rsidRPr="005C6E69">
        <w:rPr>
          <w:rFonts w:ascii="Calibri" w:eastAsia="Calibri" w:hAnsi="Calibri" w:cs="Calibri"/>
          <w:lang w:val="ru-RU"/>
        </w:rPr>
        <w:t>ПРИЕМКИ ВЫПОЛНЕННЫХ РАБОТ</w:t>
      </w:r>
      <w:r w:rsidRPr="005C6E69">
        <w:rPr>
          <w:rFonts w:ascii="Calibri" w:eastAsia="Calibri" w:hAnsi="Calibri" w:cs="Calibri"/>
          <w:lang w:val="ru-RU"/>
        </w:rPr>
        <w:br/>
        <w:t xml:space="preserve">к Договору подряда № </w:t>
      </w:r>
      <w:r>
        <w:rPr>
          <w:rFonts w:ascii="Calibri" w:hAnsi="Calibri"/>
          <w:lang w:val="ru-RU"/>
        </w:rPr>
        <w:t>[№ договора] от [дата договора]</w:t>
      </w:r>
    </w:p>
    <w:p w14:paraId="566F9427" w14:textId="77777777" w:rsidR="0010156E" w:rsidRPr="005C6E69" w:rsidRDefault="00BF267F">
      <w:pPr>
        <w:jc w:val="center"/>
        <w:rPr>
          <w:rFonts w:ascii="Calibri" w:eastAsia="Calibri" w:hAnsi="Calibri" w:cs="Calibri"/>
          <w:lang w:val="ru-RU"/>
        </w:rPr>
      </w:pPr>
      <w:r>
        <w:rPr>
          <w:rFonts w:ascii="Calibri" w:hAnsi="Calibri"/>
          <w:lang w:val="ru-RU"/>
        </w:rPr>
        <w:t>​</w:t>
      </w:r>
    </w:p>
    <w:p w14:paraId="119390FC" w14:textId="77777777" w:rsidR="0010156E" w:rsidRPr="005C6E69" w:rsidRDefault="00BF267F">
      <w:pPr>
        <w:rPr>
          <w:rFonts w:ascii="Calibri" w:eastAsia="Calibri" w:hAnsi="Calibri" w:cs="Calibri"/>
          <w:sz w:val="20"/>
          <w:szCs w:val="20"/>
          <w:lang w:val="ru-RU"/>
        </w:rPr>
      </w:pPr>
      <w:r>
        <w:rPr>
          <w:rFonts w:ascii="Calibri" w:hAnsi="Calibri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г. Москва, [дата акта]</w:t>
      </w:r>
    </w:p>
    <w:p w14:paraId="652DCDD7" w14:textId="77777777" w:rsidR="0010156E" w:rsidRPr="005C6E69" w:rsidRDefault="00BF267F">
      <w:pPr>
        <w:jc w:val="center"/>
        <w:rPr>
          <w:rFonts w:ascii="Calibri" w:eastAsia="Calibri" w:hAnsi="Calibri" w:cs="Calibri"/>
          <w:b/>
          <w:bCs/>
          <w:lang w:val="ru-RU"/>
        </w:rPr>
      </w:pPr>
      <w:r>
        <w:rPr>
          <w:rFonts w:ascii="Calibri" w:hAnsi="Calibri"/>
          <w:b/>
          <w:bCs/>
          <w:lang w:val="ru-RU"/>
        </w:rPr>
        <w:t xml:space="preserve">РЕКВИЗИТЫ СТОРОН </w:t>
      </w:r>
    </w:p>
    <w:tbl>
      <w:tblPr>
        <w:tblW w:w="88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51"/>
        <w:gridCol w:w="6905"/>
      </w:tblGrid>
      <w:tr w:rsidR="0010156E" w:rsidRPr="0093304F" w14:paraId="74B3C32C" w14:textId="77777777" w:rsidTr="005C6E69">
        <w:trPr>
          <w:trHeight w:val="51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E9716" w14:textId="77777777" w:rsidR="0010156E" w:rsidRDefault="00BF267F">
            <w:pPr>
              <w:spacing w:after="160" w:line="259" w:lineRule="auto"/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6E2A2" w14:textId="77777777" w:rsidR="0010156E" w:rsidRPr="005C6E69" w:rsidRDefault="00BF267F">
            <w:pPr>
              <w:pStyle w:val="a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59" w:lineRule="auto"/>
              <w:ind w:left="0"/>
              <w:rPr>
                <w:rFonts w:ascii="Calibri" w:eastAsia="Calibri" w:hAnsi="Calibri" w:cs="Calibri"/>
                <w:b/>
                <w:bCs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C6E69">
              <w:rPr>
                <w:rFonts w:ascii="Calibri" w:hAnsi="Calibri"/>
                <w:b/>
                <w:bCs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[Наименование компании]</w:t>
            </w:r>
          </w:p>
          <w:p w14:paraId="11A1512C" w14:textId="77777777" w:rsidR="0010156E" w:rsidRPr="005C6E69" w:rsidRDefault="00BF267F">
            <w:pPr>
              <w:pStyle w:val="ae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59" w:lineRule="auto"/>
              <w:ind w:left="0"/>
              <w:rPr>
                <w:lang w:val="ru-RU"/>
              </w:rPr>
            </w:pPr>
            <w:r w:rsidRPr="005C6E69"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[ОГРН заказчика</w:t>
            </w:r>
            <w:proofErr w:type="gramStart"/>
            <w:r w:rsidRPr="005C6E69"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]</w:t>
            </w:r>
            <w:r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,</w:t>
            </w:r>
            <w:proofErr w:type="gramEnd"/>
            <w:r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ИНН</w:t>
            </w:r>
            <w:r w:rsidRPr="005C6E69"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[ИНН компании]</w:t>
            </w:r>
            <w:r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 w:rsidRPr="005C6E69">
              <w:rPr>
                <w:rFonts w:ascii="Calibri" w:hAnsi="Calibri"/>
                <w:sz w:val="20"/>
                <w:szCs w:val="20"/>
                <w:lang w:val="ru-RU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[КПП компании]</w:t>
            </w:r>
          </w:p>
        </w:tc>
      </w:tr>
      <w:tr w:rsidR="0010156E" w14:paraId="2DD41226" w14:textId="77777777" w:rsidTr="005C6E69">
        <w:trPr>
          <w:trHeight w:val="86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3660C" w14:textId="77777777" w:rsidR="0010156E" w:rsidRDefault="00BF267F">
            <w:pPr>
              <w:spacing w:line="259" w:lineRule="auto"/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Исполнитель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EA5F7" w14:textId="77777777" w:rsidR="0010156E" w:rsidRPr="005C6E69" w:rsidRDefault="00BF267F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Гражданин Российской Федерации</w:t>
            </w:r>
          </w:p>
          <w:p w14:paraId="6EB1B2C5" w14:textId="77777777" w:rsidR="0010156E" w:rsidRPr="005C6E69" w:rsidRDefault="00BF267F">
            <w:pPr>
              <w:rPr>
                <w:rFonts w:ascii="Calibri" w:eastAsia="Calibri" w:hAnsi="Calibri" w:cs="Calibri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sz w:val="20"/>
                <w:szCs w:val="20"/>
                <w:lang w:val="ru-RU"/>
              </w:rPr>
              <w:t xml:space="preserve">ФИО (полностью): 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[ФИО физического лица]</w:t>
            </w:r>
          </w:p>
          <w:p w14:paraId="322418B1" w14:textId="77777777" w:rsidR="0010156E" w:rsidRDefault="00BF267F">
            <w:r>
              <w:rPr>
                <w:rFonts w:ascii="Calibri" w:hAnsi="Calibri"/>
                <w:sz w:val="20"/>
                <w:szCs w:val="20"/>
                <w:lang w:val="ru-RU"/>
              </w:rPr>
              <w:t>ИНН: [ИНН]</w:t>
            </w:r>
          </w:p>
        </w:tc>
      </w:tr>
    </w:tbl>
    <w:p w14:paraId="3BC8F919" w14:textId="77777777" w:rsidR="0010156E" w:rsidRDefault="0010156E">
      <w:pPr>
        <w:widowControl w:val="0"/>
        <w:spacing w:line="240" w:lineRule="auto"/>
        <w:ind w:left="108" w:hanging="108"/>
        <w:jc w:val="center"/>
        <w:rPr>
          <w:rFonts w:ascii="Calibri" w:eastAsia="Calibri" w:hAnsi="Calibri" w:cs="Calibri"/>
          <w:b/>
          <w:bCs/>
        </w:rPr>
      </w:pPr>
    </w:p>
    <w:p w14:paraId="446F3292" w14:textId="77777777" w:rsidR="0010156E" w:rsidRPr="005C6E69" w:rsidRDefault="00BF267F" w:rsidP="005C6E69">
      <w:pPr>
        <w:rPr>
          <w:rFonts w:ascii="Calibri" w:hAnsi="Calibri"/>
          <w:sz w:val="20"/>
          <w:szCs w:val="20"/>
          <w:lang w:val="ru-RU"/>
        </w:rPr>
      </w:pPr>
      <w:r w:rsidRPr="005C6E69">
        <w:rPr>
          <w:rFonts w:ascii="Calibri" w:hAnsi="Calibri"/>
          <w:sz w:val="20"/>
          <w:szCs w:val="20"/>
          <w:lang w:val="ru-RU"/>
        </w:rPr>
        <w:t>Стороны составили настоящий Акт о том, что Исполнитель надлежащим образом выполнил Работы, а Заказчик принял их Результат в порядке и на условиях Договора, а именно:</w:t>
      </w:r>
    </w:p>
    <w:p w14:paraId="78F3D5E4" w14:textId="77777777" w:rsidR="0010156E" w:rsidRPr="005C6E69" w:rsidRDefault="00BF267F" w:rsidP="005C6E69">
      <w:pPr>
        <w:rPr>
          <w:rFonts w:ascii="Calibri" w:hAnsi="Calibri"/>
          <w:sz w:val="20"/>
          <w:szCs w:val="20"/>
          <w:lang w:val="ru-RU"/>
        </w:rPr>
      </w:pPr>
      <w:r w:rsidRPr="005C6E69">
        <w:rPr>
          <w:rFonts w:ascii="Calibri" w:hAnsi="Calibri"/>
          <w:sz w:val="20"/>
          <w:szCs w:val="20"/>
          <w:lang w:val="ru-RU"/>
        </w:rPr>
        <w:t xml:space="preserve">Исполнитель выполнил следующие Работы: [Работа] и передал следующий Результат Работ (РИД): [Результат Работ]. </w:t>
      </w:r>
    </w:p>
    <w:p w14:paraId="1BDE706D" w14:textId="7FA6A34C" w:rsidR="0010156E" w:rsidRPr="005C6E69" w:rsidRDefault="00BF267F" w:rsidP="005C6E69">
      <w:pPr>
        <w:rPr>
          <w:rFonts w:ascii="Calibri" w:hAnsi="Calibri"/>
          <w:sz w:val="20"/>
          <w:szCs w:val="20"/>
          <w:lang w:val="ru-RU"/>
        </w:rPr>
      </w:pPr>
      <w:r w:rsidRPr="005C6E69">
        <w:rPr>
          <w:rFonts w:ascii="Calibri" w:hAnsi="Calibri"/>
          <w:sz w:val="20"/>
          <w:szCs w:val="20"/>
          <w:lang w:val="ru-RU"/>
        </w:rPr>
        <w:t>Работы выполнены в рамках проекта клиента Заказчика со следующими параметрами:</w:t>
      </w:r>
      <w:r w:rsidR="005C6E69">
        <w:rPr>
          <w:rFonts w:ascii="Calibri" w:hAnsi="Calibri"/>
          <w:sz w:val="20"/>
          <w:szCs w:val="20"/>
          <w:lang w:val="ru-RU"/>
        </w:rPr>
        <w:br/>
      </w:r>
      <w:r w:rsidRPr="005C6E69">
        <w:rPr>
          <w:rFonts w:ascii="Calibri" w:hAnsi="Calibri"/>
          <w:sz w:val="20"/>
          <w:szCs w:val="20"/>
          <w:lang w:val="ru-RU"/>
        </w:rPr>
        <w:t>[Наименование проекта]</w:t>
      </w:r>
      <w:r w:rsidR="005C6E69">
        <w:rPr>
          <w:rFonts w:ascii="Calibri" w:hAnsi="Calibri"/>
          <w:sz w:val="20"/>
          <w:szCs w:val="20"/>
          <w:lang w:val="ru-RU"/>
        </w:rPr>
        <w:br/>
      </w:r>
      <w:r w:rsidRPr="005C6E69">
        <w:rPr>
          <w:rFonts w:ascii="Calibri" w:hAnsi="Calibri"/>
          <w:sz w:val="20"/>
          <w:szCs w:val="20"/>
          <w:lang w:val="ru-RU"/>
        </w:rPr>
        <w:t>[хронометраж, сек]</w:t>
      </w:r>
      <w:r w:rsidR="005C6E69">
        <w:rPr>
          <w:rFonts w:ascii="Calibri" w:hAnsi="Calibri"/>
          <w:sz w:val="20"/>
          <w:szCs w:val="20"/>
          <w:lang w:val="ru-RU"/>
        </w:rPr>
        <w:br/>
      </w:r>
      <w:r w:rsidRPr="005C6E69">
        <w:rPr>
          <w:rFonts w:ascii="Calibri" w:hAnsi="Calibri"/>
          <w:sz w:val="20"/>
          <w:szCs w:val="20"/>
          <w:lang w:val="ru-RU"/>
        </w:rPr>
        <w:t>[Условное наименование]</w:t>
      </w:r>
      <w:r w:rsidR="005C6E69">
        <w:rPr>
          <w:rFonts w:ascii="Calibri" w:hAnsi="Calibri"/>
          <w:sz w:val="20"/>
          <w:szCs w:val="20"/>
          <w:lang w:val="ru-RU"/>
        </w:rPr>
        <w:br/>
      </w:r>
      <w:r w:rsidRPr="005C6E69">
        <w:rPr>
          <w:rFonts w:ascii="Calibri" w:hAnsi="Calibri"/>
          <w:sz w:val="20"/>
          <w:szCs w:val="20"/>
          <w:lang w:val="ru-RU"/>
        </w:rPr>
        <w:t>Срок выполнения Работ по Договору: с [дата начала] по [дата окончания].</w:t>
      </w:r>
    </w:p>
    <w:p w14:paraId="3F8BC211" w14:textId="77777777" w:rsidR="0010156E" w:rsidRPr="005C6E69" w:rsidRDefault="00BF267F" w:rsidP="005C6E69">
      <w:pPr>
        <w:rPr>
          <w:rFonts w:ascii="Calibri" w:hAnsi="Calibri"/>
          <w:sz w:val="20"/>
          <w:szCs w:val="20"/>
          <w:lang w:val="ru-RU"/>
        </w:rPr>
      </w:pPr>
      <w:r w:rsidRPr="005C6E69">
        <w:rPr>
          <w:rFonts w:ascii="Calibri" w:hAnsi="Calibri"/>
          <w:sz w:val="20"/>
          <w:szCs w:val="20"/>
          <w:lang w:val="ru-RU"/>
        </w:rPr>
        <w:t>Стоимость Работ по Договору: [сумма цифрами] руб. 00 коп., НДС не облагается (на основании НПД), включая вознаграждение за предоставление прав на РИД в размере 5%.</w:t>
      </w:r>
    </w:p>
    <w:p w14:paraId="6FA0D00D" w14:textId="77777777" w:rsidR="0010156E" w:rsidRPr="005C6E69" w:rsidRDefault="00BF267F" w:rsidP="005C6E69">
      <w:pPr>
        <w:rPr>
          <w:rFonts w:ascii="Calibri" w:hAnsi="Calibri"/>
          <w:sz w:val="20"/>
          <w:szCs w:val="20"/>
          <w:lang w:val="ru-RU"/>
        </w:rPr>
      </w:pPr>
      <w:r w:rsidRPr="005C6E69">
        <w:rPr>
          <w:rFonts w:ascii="Calibri" w:hAnsi="Calibri"/>
          <w:sz w:val="20"/>
          <w:szCs w:val="20"/>
          <w:lang w:val="ru-RU"/>
        </w:rPr>
        <w:t>Режим передачи прав на РИД определяется «Коммерческими условиями Договора» и применяется к переданному по Акту Результату. Право использования РИД предоставлено Заказчику на условиях Договора.</w:t>
      </w:r>
    </w:p>
    <w:p w14:paraId="075A86AD" w14:textId="77777777" w:rsidR="0010156E" w:rsidRPr="005C6E69" w:rsidRDefault="00BF267F" w:rsidP="005C6E69">
      <w:pPr>
        <w:rPr>
          <w:rFonts w:ascii="Calibri" w:hAnsi="Calibri"/>
          <w:sz w:val="20"/>
          <w:szCs w:val="20"/>
          <w:lang w:val="ru-RU"/>
        </w:rPr>
      </w:pPr>
      <w:r w:rsidRPr="005C6E69">
        <w:rPr>
          <w:rFonts w:ascii="Calibri" w:hAnsi="Calibri"/>
          <w:sz w:val="20"/>
          <w:szCs w:val="20"/>
          <w:lang w:val="ru-RU"/>
        </w:rPr>
        <w:t>Заказчик производит оплату Работ в размере и в порядке, установленном в Договоре. Исполнитель по оплате никаких претензий к Заказчику не имеет.</w:t>
      </w:r>
    </w:p>
    <w:p w14:paraId="36ED4961" w14:textId="77777777" w:rsidR="0010156E" w:rsidRPr="005C6E69" w:rsidRDefault="00BF267F" w:rsidP="005C6E69">
      <w:pPr>
        <w:rPr>
          <w:rFonts w:ascii="Calibri" w:hAnsi="Calibri"/>
          <w:sz w:val="20"/>
          <w:szCs w:val="20"/>
          <w:lang w:val="ru-RU"/>
        </w:rPr>
      </w:pPr>
      <w:r w:rsidRPr="005C6E69">
        <w:rPr>
          <w:rFonts w:ascii="Calibri" w:hAnsi="Calibri"/>
          <w:sz w:val="20"/>
          <w:szCs w:val="20"/>
          <w:lang w:val="ru-RU"/>
        </w:rPr>
        <w:t>Исполнитель самостоятельно разрешает все вопросы, связанные с декларированием сумм вознаграждения, получаемых в рамках Договора, а также с уплатой налогов в размерах и сроки, установленные законодательством Российской Федерации.</w:t>
      </w:r>
    </w:p>
    <w:p w14:paraId="4824E05C" w14:textId="77777777" w:rsidR="0010156E" w:rsidRPr="005C6E69" w:rsidRDefault="00BF267F" w:rsidP="005C6E69">
      <w:pPr>
        <w:rPr>
          <w:rFonts w:ascii="Calibri" w:hAnsi="Calibri"/>
          <w:sz w:val="20"/>
          <w:szCs w:val="20"/>
          <w:lang w:val="ru-RU"/>
        </w:rPr>
      </w:pPr>
      <w:r w:rsidRPr="005C6E69">
        <w:rPr>
          <w:rFonts w:ascii="Calibri" w:hAnsi="Calibri"/>
          <w:sz w:val="20"/>
          <w:szCs w:val="20"/>
          <w:lang w:val="ru-RU"/>
        </w:rPr>
        <w:lastRenderedPageBreak/>
        <w:t>Акт вступает в силу с даты с подписания и является неотъемлемой частью Договора. В Акте применяется терминология, предусмотренная Договором.</w:t>
      </w:r>
    </w:p>
    <w:p w14:paraId="49C00642" w14:textId="77777777" w:rsidR="0010156E" w:rsidRPr="005C6E69" w:rsidRDefault="00BF267F" w:rsidP="005C6E69">
      <w:pPr>
        <w:rPr>
          <w:rFonts w:ascii="Calibri" w:hAnsi="Calibri"/>
          <w:sz w:val="20"/>
          <w:szCs w:val="20"/>
          <w:lang w:val="ru-RU"/>
        </w:rPr>
      </w:pPr>
      <w:r w:rsidRPr="005C6E69">
        <w:rPr>
          <w:rFonts w:ascii="Calibri" w:hAnsi="Calibri"/>
          <w:sz w:val="20"/>
          <w:szCs w:val="20"/>
          <w:lang w:val="ru-RU"/>
        </w:rPr>
        <w:t>Акт может быть подписан посредством электронного документооборота/простой электронной подписи в порядке, предусмотренном Договором.</w:t>
      </w:r>
    </w:p>
    <w:p w14:paraId="66BCEDD6" w14:textId="77777777" w:rsidR="0010156E" w:rsidRPr="005C6E69" w:rsidRDefault="0010156E">
      <w:pPr>
        <w:rPr>
          <w:rFonts w:ascii="Calibri" w:eastAsia="Calibri" w:hAnsi="Calibri" w:cs="Calibri"/>
          <w:sz w:val="20"/>
          <w:szCs w:val="20"/>
          <w:lang w:val="ru-RU"/>
        </w:rPr>
      </w:pPr>
    </w:p>
    <w:p w14:paraId="78FD1F1A" w14:textId="77777777" w:rsidR="0010156E" w:rsidRDefault="00BF267F">
      <w:pPr>
        <w:spacing w:line="259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ПОДПИСИ СТОРОН</w:t>
      </w:r>
    </w:p>
    <w:p w14:paraId="219F2C06" w14:textId="77777777" w:rsidR="0010156E" w:rsidRDefault="0010156E">
      <w:pPr>
        <w:jc w:val="center"/>
        <w:rPr>
          <w:rFonts w:ascii="Calibri" w:eastAsia="Calibri" w:hAnsi="Calibri" w:cs="Calibri"/>
          <w:i/>
          <w:iCs/>
          <w:sz w:val="20"/>
          <w:szCs w:val="20"/>
        </w:rPr>
      </w:pPr>
    </w:p>
    <w:tbl>
      <w:tblPr>
        <w:tblW w:w="864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20"/>
        <w:gridCol w:w="4320"/>
      </w:tblGrid>
      <w:tr w:rsidR="0010156E" w14:paraId="54E147D0" w14:textId="77777777">
        <w:trPr>
          <w:trHeight w:val="1476"/>
          <w:jc w:val="center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89427" w14:textId="77777777" w:rsidR="0010156E" w:rsidRDefault="00BF267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ЗАКАЗЧИК</w:t>
            </w:r>
          </w:p>
          <w:p w14:paraId="3108A24A" w14:textId="77777777" w:rsidR="0010156E" w:rsidRDefault="00BF267F">
            <w:r>
              <w:rPr>
                <w:rFonts w:ascii="Calibri" w:hAnsi="Calibri"/>
                <w:sz w:val="20"/>
                <w:szCs w:val="20"/>
                <w:lang w:val="ru-RU"/>
              </w:rPr>
              <w:t>[Наименование заказчика]</w:t>
            </w:r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br/>
            </w:r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br/>
            </w:r>
            <w:r>
              <w:rPr>
                <w:rFonts w:ascii="Calibri" w:hAnsi="Calibri"/>
                <w:sz w:val="20"/>
                <w:szCs w:val="20"/>
                <w:lang w:val="ru-RU"/>
              </w:rPr>
              <w:t>___________________/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6D01E" w14:textId="77777777" w:rsidR="0010156E" w:rsidRPr="005C6E69" w:rsidRDefault="00BF267F">
            <w:pPr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ИСПОЛНИТЕЛЬ</w:t>
            </w:r>
          </w:p>
          <w:p w14:paraId="3EAAE391" w14:textId="77777777" w:rsidR="0010156E" w:rsidRPr="005C6E69" w:rsidRDefault="00BF267F">
            <w:pPr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ru-RU"/>
              </w:rPr>
              <w:t>Гражданин Российской Федерации [ФИО физического лица] </w:t>
            </w:r>
          </w:p>
          <w:p w14:paraId="3CE91542" w14:textId="77777777" w:rsidR="0010156E" w:rsidRDefault="00BF267F"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br/>
            </w:r>
            <w:r>
              <w:rPr>
                <w:rFonts w:ascii="Calibri" w:hAnsi="Calibri"/>
                <w:sz w:val="20"/>
                <w:szCs w:val="20"/>
                <w:lang w:val="ru-RU"/>
              </w:rPr>
              <w:t>____________________/</w:t>
            </w:r>
          </w:p>
        </w:tc>
      </w:tr>
    </w:tbl>
    <w:p w14:paraId="618CD14D" w14:textId="77777777" w:rsidR="0010156E" w:rsidRDefault="0010156E">
      <w:pPr>
        <w:widowControl w:val="0"/>
        <w:spacing w:line="240" w:lineRule="auto"/>
        <w:ind w:left="108" w:hanging="108"/>
        <w:jc w:val="center"/>
        <w:rPr>
          <w:rFonts w:ascii="Calibri" w:eastAsia="Calibri" w:hAnsi="Calibri" w:cs="Calibri"/>
          <w:i/>
          <w:iCs/>
          <w:sz w:val="20"/>
          <w:szCs w:val="20"/>
        </w:rPr>
      </w:pPr>
    </w:p>
    <w:p w14:paraId="72464F89" w14:textId="77777777" w:rsidR="0010156E" w:rsidRDefault="0010156E">
      <w:pPr>
        <w:widowControl w:val="0"/>
        <w:spacing w:line="240" w:lineRule="auto"/>
        <w:jc w:val="center"/>
      </w:pPr>
    </w:p>
    <w:sectPr w:rsidR="0010156E" w:rsidSect="00034616">
      <w:headerReference w:type="default" r:id="rId8"/>
      <w:footerReference w:type="default" r:id="rId9"/>
      <w:pgSz w:w="12240" w:h="15840"/>
      <w:pgMar w:top="1440" w:right="1800" w:bottom="1440" w:left="1800" w:header="173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90C4F" w14:textId="77777777" w:rsidR="00116ED7" w:rsidRDefault="00116ED7">
      <w:pPr>
        <w:spacing w:after="0" w:line="240" w:lineRule="auto"/>
      </w:pPr>
      <w:r>
        <w:separator/>
      </w:r>
    </w:p>
  </w:endnote>
  <w:endnote w:type="continuationSeparator" w:id="0">
    <w:p w14:paraId="60E8921F" w14:textId="77777777" w:rsidR="00116ED7" w:rsidRDefault="0011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F9A1B" w14:textId="77777777" w:rsidR="0010156E" w:rsidRDefault="00116ED7">
    <w:pPr>
      <w:jc w:val="center"/>
    </w:pPr>
    <w:hyperlink r:id="rId1">
      <w:r w:rsidR="00BF267F">
        <w:rPr>
          <w:rFonts w:ascii="Calibri" w:hAnsi="Calibri" w:cs="Calibri"/>
          <w:color w:val="6B655C"/>
          <w:sz w:val="14"/>
          <w:u w:val="single"/>
        </w:rPr>
        <w:t>snoop-doc.ru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3A119" w14:textId="77777777" w:rsidR="00116ED7" w:rsidRDefault="00116ED7">
      <w:pPr>
        <w:spacing w:after="0" w:line="240" w:lineRule="auto"/>
      </w:pPr>
      <w:r>
        <w:separator/>
      </w:r>
    </w:p>
  </w:footnote>
  <w:footnote w:type="continuationSeparator" w:id="0">
    <w:p w14:paraId="47F32012" w14:textId="77777777" w:rsidR="00116ED7" w:rsidRDefault="00116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8352"/>
      <w:gridCol w:w="1872"/>
    </w:tblGrid>
    <w:tr w:rsidR="0010156E" w14:paraId="091A2DC1" w14:textId="77777777">
      <w:trPr>
        <w:jc w:val="center"/>
      </w:trPr>
      <w:tc>
        <w:tcPr>
          <w:tcW w:w="8352" w:type="dxa"/>
          <w:shd w:val="clear" w:color="auto" w:fill="F5F3F0"/>
          <w:tcMar>
            <w:top w:w="100" w:type="dxa"/>
            <w:left w:w="140" w:type="dxa"/>
            <w:bottom w:w="100" w:type="dxa"/>
            <w:right w:w="100" w:type="dxa"/>
          </w:tcMar>
        </w:tcPr>
        <w:p w14:paraId="40A15E1F" w14:textId="522DCB49" w:rsidR="0010156E" w:rsidRDefault="00BF267F">
          <w:r w:rsidRPr="005C6E69">
            <w:rPr>
              <w:rFonts w:ascii="Calibri" w:hAnsi="Calibri" w:cs="Calibri"/>
              <w:color w:val="6B655C"/>
              <w:sz w:val="16"/>
              <w:lang w:val="ru-RU"/>
            </w:rPr>
            <w:t xml:space="preserve">Не хочешь заполнять шаблон? Регистрируйся в </w:t>
          </w:r>
          <w:proofErr w:type="spellStart"/>
          <w:r w:rsidRPr="005C6E69">
            <w:rPr>
              <w:rFonts w:ascii="Calibri" w:hAnsi="Calibri" w:cs="Calibri"/>
              <w:color w:val="6B655C"/>
              <w:sz w:val="16"/>
              <w:lang w:val="ru-RU"/>
            </w:rPr>
            <w:t>СнупДок</w:t>
          </w:r>
          <w:proofErr w:type="spellEnd"/>
          <w:r w:rsidRPr="005C6E69">
            <w:rPr>
              <w:rFonts w:ascii="Calibri" w:hAnsi="Calibri" w:cs="Calibri"/>
              <w:color w:val="6B655C"/>
              <w:sz w:val="16"/>
              <w:lang w:val="ru-RU"/>
            </w:rPr>
            <w:t xml:space="preserve"> на </w:t>
          </w:r>
          <w:hyperlink r:id="rId1">
            <w:r>
              <w:rPr>
                <w:rFonts w:ascii="Calibri" w:hAnsi="Calibri" w:cs="Calibri"/>
                <w:color w:val="227BFF"/>
                <w:sz w:val="16"/>
                <w:u w:val="single"/>
              </w:rPr>
              <w:t>snoop</w:t>
            </w:r>
            <w:r w:rsidRPr="005C6E69">
              <w:rPr>
                <w:rFonts w:ascii="Calibri" w:hAnsi="Calibri" w:cs="Calibri"/>
                <w:color w:val="227BFF"/>
                <w:sz w:val="16"/>
                <w:u w:val="single"/>
                <w:lang w:val="ru-RU"/>
              </w:rPr>
              <w:t>-</w:t>
            </w:r>
            <w:r>
              <w:rPr>
                <w:rFonts w:ascii="Calibri" w:hAnsi="Calibri" w:cs="Calibri"/>
                <w:color w:val="227BFF"/>
                <w:sz w:val="16"/>
                <w:u w:val="single"/>
              </w:rPr>
              <w:t>doc</w:t>
            </w:r>
            <w:r w:rsidRPr="005C6E69">
              <w:rPr>
                <w:rFonts w:ascii="Calibri" w:hAnsi="Calibri" w:cs="Calibri"/>
                <w:color w:val="227BFF"/>
                <w:sz w:val="16"/>
                <w:u w:val="single"/>
                <w:lang w:val="ru-RU"/>
              </w:rPr>
              <w:t>.</w:t>
            </w:r>
            <w:proofErr w:type="spellStart"/>
            <w:r>
              <w:rPr>
                <w:rFonts w:ascii="Calibri" w:hAnsi="Calibri" w:cs="Calibri"/>
                <w:color w:val="227BFF"/>
                <w:sz w:val="16"/>
                <w:u w:val="single"/>
              </w:rPr>
              <w:t>ru</w:t>
            </w:r>
            <w:proofErr w:type="spellEnd"/>
          </w:hyperlink>
          <w:r w:rsidRPr="005C6E69">
            <w:rPr>
              <w:rFonts w:ascii="Calibri" w:hAnsi="Calibri" w:cs="Calibri"/>
              <w:color w:val="6B655C"/>
              <w:sz w:val="16"/>
              <w:lang w:val="ru-RU"/>
            </w:rPr>
            <w:t xml:space="preserve"> — договор и акт собираются сами, подрядчик подписывает с телефона по ссылке. </w:t>
          </w:r>
          <w:proofErr w:type="spellStart"/>
          <w:r>
            <w:rPr>
              <w:rFonts w:ascii="Calibri" w:hAnsi="Calibri" w:cs="Calibri"/>
              <w:color w:val="6B655C"/>
              <w:sz w:val="16"/>
            </w:rPr>
            <w:t>Никакого</w:t>
          </w:r>
          <w:proofErr w:type="spellEnd"/>
          <w:r>
            <w:rPr>
              <w:rFonts w:ascii="Calibri" w:hAnsi="Calibri" w:cs="Calibri"/>
              <w:color w:val="6B655C"/>
              <w:sz w:val="16"/>
            </w:rPr>
            <w:t xml:space="preserve"> </w:t>
          </w:r>
          <w:proofErr w:type="spellStart"/>
          <w:r>
            <w:rPr>
              <w:rFonts w:ascii="Calibri" w:hAnsi="Calibri" w:cs="Calibri"/>
              <w:color w:val="6B655C"/>
              <w:sz w:val="16"/>
            </w:rPr>
            <w:t>ручного</w:t>
          </w:r>
          <w:proofErr w:type="spellEnd"/>
          <w:r>
            <w:rPr>
              <w:rFonts w:ascii="Calibri" w:hAnsi="Calibri" w:cs="Calibri"/>
              <w:color w:val="6B655C"/>
              <w:sz w:val="16"/>
            </w:rPr>
            <w:t xml:space="preserve"> </w:t>
          </w:r>
          <w:proofErr w:type="spellStart"/>
          <w:r>
            <w:rPr>
              <w:rFonts w:ascii="Calibri" w:hAnsi="Calibri" w:cs="Calibri"/>
              <w:color w:val="6B655C"/>
              <w:sz w:val="16"/>
            </w:rPr>
            <w:t>заполнения</w:t>
          </w:r>
          <w:proofErr w:type="spellEnd"/>
          <w:r>
            <w:rPr>
              <w:rFonts w:ascii="Calibri" w:hAnsi="Calibri" w:cs="Calibri"/>
              <w:color w:val="6B655C"/>
              <w:sz w:val="16"/>
            </w:rPr>
            <w:t xml:space="preserve"> и </w:t>
          </w:r>
          <w:proofErr w:type="spellStart"/>
          <w:r>
            <w:rPr>
              <w:rFonts w:ascii="Calibri" w:hAnsi="Calibri" w:cs="Calibri"/>
              <w:color w:val="6B655C"/>
              <w:sz w:val="16"/>
            </w:rPr>
            <w:t>вбивания</w:t>
          </w:r>
          <w:proofErr w:type="spellEnd"/>
          <w:r>
            <w:rPr>
              <w:rFonts w:ascii="Calibri" w:hAnsi="Calibri" w:cs="Calibri"/>
              <w:color w:val="6B655C"/>
              <w:sz w:val="16"/>
            </w:rPr>
            <w:t xml:space="preserve"> </w:t>
          </w:r>
          <w:proofErr w:type="spellStart"/>
          <w:r>
            <w:rPr>
              <w:rFonts w:ascii="Calibri" w:hAnsi="Calibri" w:cs="Calibri"/>
              <w:color w:val="6B655C"/>
              <w:sz w:val="16"/>
            </w:rPr>
            <w:t>реквизитов</w:t>
          </w:r>
          <w:proofErr w:type="spellEnd"/>
          <w:r>
            <w:rPr>
              <w:rFonts w:ascii="Calibri" w:hAnsi="Calibri" w:cs="Calibri"/>
              <w:color w:val="6B655C"/>
              <w:sz w:val="16"/>
            </w:rPr>
            <w:t>.</w:t>
          </w:r>
        </w:p>
      </w:tc>
      <w:tc>
        <w:tcPr>
          <w:tcW w:w="1872" w:type="dxa"/>
          <w:shd w:val="clear" w:color="auto" w:fill="F5F3F0"/>
          <w:tcMar>
            <w:top w:w="100" w:type="dxa"/>
            <w:left w:w="80" w:type="dxa"/>
            <w:bottom w:w="100" w:type="dxa"/>
            <w:right w:w="120" w:type="dxa"/>
          </w:tcMar>
          <w:vAlign w:val="center"/>
        </w:tcPr>
        <w:p w14:paraId="09A48F4D" w14:textId="77777777" w:rsidR="0010156E" w:rsidRDefault="00BF267F">
          <w:pPr>
            <w:jc w:val="right"/>
          </w:pPr>
          <w:r>
            <w:rPr>
              <w:noProof/>
            </w:rPr>
            <w:drawing>
              <wp:inline distT="0" distB="0" distL="0" distR="0" wp14:anchorId="78F7DAD6" wp14:editId="57932DEA">
                <wp:extent cx="822960" cy="15019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noopdoc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2960" cy="150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0027DE"/>
    <w:multiLevelType w:val="hybridMultilevel"/>
    <w:tmpl w:val="3738C5E4"/>
    <w:lvl w:ilvl="0" w:tplc="605874A4">
      <w:numFmt w:val="decimal"/>
      <w:lvlText w:val=""/>
      <w:lvlJc w:val="left"/>
    </w:lvl>
    <w:lvl w:ilvl="1" w:tplc="19AA1880">
      <w:numFmt w:val="decimal"/>
      <w:lvlText w:val=""/>
      <w:lvlJc w:val="left"/>
    </w:lvl>
    <w:lvl w:ilvl="2" w:tplc="4CC0DCCC">
      <w:numFmt w:val="decimal"/>
      <w:lvlText w:val=""/>
      <w:lvlJc w:val="left"/>
    </w:lvl>
    <w:lvl w:ilvl="3" w:tplc="3AAC25F0">
      <w:numFmt w:val="decimal"/>
      <w:lvlText w:val=""/>
      <w:lvlJc w:val="left"/>
    </w:lvl>
    <w:lvl w:ilvl="4" w:tplc="D6786A5C">
      <w:numFmt w:val="decimal"/>
      <w:lvlText w:val=""/>
      <w:lvlJc w:val="left"/>
    </w:lvl>
    <w:lvl w:ilvl="5" w:tplc="D59C3A72">
      <w:numFmt w:val="decimal"/>
      <w:lvlText w:val=""/>
      <w:lvlJc w:val="left"/>
    </w:lvl>
    <w:lvl w:ilvl="6" w:tplc="952AE2FE">
      <w:numFmt w:val="decimal"/>
      <w:lvlText w:val=""/>
      <w:lvlJc w:val="left"/>
    </w:lvl>
    <w:lvl w:ilvl="7" w:tplc="A4F869FE">
      <w:numFmt w:val="decimal"/>
      <w:lvlText w:val=""/>
      <w:lvlJc w:val="left"/>
    </w:lvl>
    <w:lvl w:ilvl="8" w:tplc="8FC2ADA6">
      <w:numFmt w:val="decimal"/>
      <w:lvlText w:val=""/>
      <w:lvlJc w:val="left"/>
    </w:lvl>
  </w:abstractNum>
  <w:abstractNum w:abstractNumId="10" w15:restartNumberingAfterBreak="0">
    <w:nsid w:val="0D453813"/>
    <w:multiLevelType w:val="hybridMultilevel"/>
    <w:tmpl w:val="D4FC6FC0"/>
    <w:lvl w:ilvl="0" w:tplc="85ACB49C">
      <w:numFmt w:val="decimal"/>
      <w:lvlText w:val=""/>
      <w:lvlJc w:val="left"/>
    </w:lvl>
    <w:lvl w:ilvl="1" w:tplc="599AD13E">
      <w:numFmt w:val="decimal"/>
      <w:lvlText w:val=""/>
      <w:lvlJc w:val="left"/>
    </w:lvl>
    <w:lvl w:ilvl="2" w:tplc="D5606426">
      <w:numFmt w:val="decimal"/>
      <w:lvlText w:val=""/>
      <w:lvlJc w:val="left"/>
    </w:lvl>
    <w:lvl w:ilvl="3" w:tplc="75F266DC">
      <w:numFmt w:val="decimal"/>
      <w:lvlText w:val=""/>
      <w:lvlJc w:val="left"/>
    </w:lvl>
    <w:lvl w:ilvl="4" w:tplc="9D44B5B0">
      <w:numFmt w:val="decimal"/>
      <w:lvlText w:val=""/>
      <w:lvlJc w:val="left"/>
    </w:lvl>
    <w:lvl w:ilvl="5" w:tplc="967C985A">
      <w:numFmt w:val="decimal"/>
      <w:lvlText w:val=""/>
      <w:lvlJc w:val="left"/>
    </w:lvl>
    <w:lvl w:ilvl="6" w:tplc="394A1B6C">
      <w:numFmt w:val="decimal"/>
      <w:lvlText w:val=""/>
      <w:lvlJc w:val="left"/>
    </w:lvl>
    <w:lvl w:ilvl="7" w:tplc="6B3C58DE">
      <w:numFmt w:val="decimal"/>
      <w:lvlText w:val=""/>
      <w:lvlJc w:val="left"/>
    </w:lvl>
    <w:lvl w:ilvl="8" w:tplc="BD2494C0">
      <w:numFmt w:val="decimal"/>
      <w:lvlText w:val=""/>
      <w:lvlJc w:val="left"/>
    </w:lvl>
  </w:abstractNum>
  <w:abstractNum w:abstractNumId="11" w15:restartNumberingAfterBreak="0">
    <w:nsid w:val="0FB55107"/>
    <w:multiLevelType w:val="hybridMultilevel"/>
    <w:tmpl w:val="93E68A9A"/>
    <w:lvl w:ilvl="0" w:tplc="D2CEC494">
      <w:numFmt w:val="decimal"/>
      <w:lvlText w:val=""/>
      <w:lvlJc w:val="left"/>
    </w:lvl>
    <w:lvl w:ilvl="1" w:tplc="D6004BA2">
      <w:numFmt w:val="decimal"/>
      <w:lvlText w:val=""/>
      <w:lvlJc w:val="left"/>
    </w:lvl>
    <w:lvl w:ilvl="2" w:tplc="0CBCEDE2">
      <w:numFmt w:val="decimal"/>
      <w:lvlText w:val=""/>
      <w:lvlJc w:val="left"/>
    </w:lvl>
    <w:lvl w:ilvl="3" w:tplc="B3AECC10">
      <w:numFmt w:val="decimal"/>
      <w:lvlText w:val=""/>
      <w:lvlJc w:val="left"/>
    </w:lvl>
    <w:lvl w:ilvl="4" w:tplc="06507ABE">
      <w:numFmt w:val="decimal"/>
      <w:lvlText w:val=""/>
      <w:lvlJc w:val="left"/>
    </w:lvl>
    <w:lvl w:ilvl="5" w:tplc="2B468C86">
      <w:numFmt w:val="decimal"/>
      <w:lvlText w:val=""/>
      <w:lvlJc w:val="left"/>
    </w:lvl>
    <w:lvl w:ilvl="6" w:tplc="88DA8068">
      <w:numFmt w:val="decimal"/>
      <w:lvlText w:val=""/>
      <w:lvlJc w:val="left"/>
    </w:lvl>
    <w:lvl w:ilvl="7" w:tplc="BB6A58C4">
      <w:numFmt w:val="decimal"/>
      <w:lvlText w:val=""/>
      <w:lvlJc w:val="left"/>
    </w:lvl>
    <w:lvl w:ilvl="8" w:tplc="C526F30C">
      <w:numFmt w:val="decimal"/>
      <w:lvlText w:val=""/>
      <w:lvlJc w:val="left"/>
    </w:lvl>
  </w:abstractNum>
  <w:abstractNum w:abstractNumId="12" w15:restartNumberingAfterBreak="0">
    <w:nsid w:val="1C965C3B"/>
    <w:multiLevelType w:val="hybridMultilevel"/>
    <w:tmpl w:val="18361D86"/>
    <w:lvl w:ilvl="0" w:tplc="FE34979A">
      <w:numFmt w:val="decimal"/>
      <w:lvlText w:val=""/>
      <w:lvlJc w:val="left"/>
    </w:lvl>
    <w:lvl w:ilvl="1" w:tplc="601C7F1C">
      <w:numFmt w:val="decimal"/>
      <w:lvlText w:val=""/>
      <w:lvlJc w:val="left"/>
    </w:lvl>
    <w:lvl w:ilvl="2" w:tplc="B9A8F2E6">
      <w:numFmt w:val="decimal"/>
      <w:lvlText w:val=""/>
      <w:lvlJc w:val="left"/>
    </w:lvl>
    <w:lvl w:ilvl="3" w:tplc="249027A4">
      <w:numFmt w:val="decimal"/>
      <w:lvlText w:val=""/>
      <w:lvlJc w:val="left"/>
    </w:lvl>
    <w:lvl w:ilvl="4" w:tplc="014AC2EA">
      <w:numFmt w:val="decimal"/>
      <w:lvlText w:val=""/>
      <w:lvlJc w:val="left"/>
    </w:lvl>
    <w:lvl w:ilvl="5" w:tplc="41443036">
      <w:numFmt w:val="decimal"/>
      <w:lvlText w:val=""/>
      <w:lvlJc w:val="left"/>
    </w:lvl>
    <w:lvl w:ilvl="6" w:tplc="E868717C">
      <w:numFmt w:val="decimal"/>
      <w:lvlText w:val=""/>
      <w:lvlJc w:val="left"/>
    </w:lvl>
    <w:lvl w:ilvl="7" w:tplc="1EA29CAA">
      <w:numFmt w:val="decimal"/>
      <w:lvlText w:val=""/>
      <w:lvlJc w:val="left"/>
    </w:lvl>
    <w:lvl w:ilvl="8" w:tplc="C6180372">
      <w:numFmt w:val="decimal"/>
      <w:lvlText w:val=""/>
      <w:lvlJc w:val="left"/>
    </w:lvl>
  </w:abstractNum>
  <w:abstractNum w:abstractNumId="13" w15:restartNumberingAfterBreak="0">
    <w:nsid w:val="33E230A5"/>
    <w:multiLevelType w:val="hybridMultilevel"/>
    <w:tmpl w:val="F38000A0"/>
    <w:lvl w:ilvl="0" w:tplc="75D62240">
      <w:numFmt w:val="decimal"/>
      <w:lvlText w:val=""/>
      <w:lvlJc w:val="left"/>
    </w:lvl>
    <w:lvl w:ilvl="1" w:tplc="72C8FD00">
      <w:numFmt w:val="decimal"/>
      <w:lvlText w:val=""/>
      <w:lvlJc w:val="left"/>
    </w:lvl>
    <w:lvl w:ilvl="2" w:tplc="9B9C2DF8">
      <w:numFmt w:val="decimal"/>
      <w:lvlText w:val=""/>
      <w:lvlJc w:val="left"/>
    </w:lvl>
    <w:lvl w:ilvl="3" w:tplc="D0560310">
      <w:numFmt w:val="decimal"/>
      <w:lvlText w:val=""/>
      <w:lvlJc w:val="left"/>
    </w:lvl>
    <w:lvl w:ilvl="4" w:tplc="F1EC9CBE">
      <w:numFmt w:val="decimal"/>
      <w:lvlText w:val=""/>
      <w:lvlJc w:val="left"/>
    </w:lvl>
    <w:lvl w:ilvl="5" w:tplc="AB8A54D2">
      <w:numFmt w:val="decimal"/>
      <w:lvlText w:val=""/>
      <w:lvlJc w:val="left"/>
    </w:lvl>
    <w:lvl w:ilvl="6" w:tplc="7430D38A">
      <w:numFmt w:val="decimal"/>
      <w:lvlText w:val=""/>
      <w:lvlJc w:val="left"/>
    </w:lvl>
    <w:lvl w:ilvl="7" w:tplc="E444849E">
      <w:numFmt w:val="decimal"/>
      <w:lvlText w:val=""/>
      <w:lvlJc w:val="left"/>
    </w:lvl>
    <w:lvl w:ilvl="8" w:tplc="11C8A666">
      <w:numFmt w:val="decimal"/>
      <w:lvlText w:val=""/>
      <w:lvlJc w:val="left"/>
    </w:lvl>
  </w:abstractNum>
  <w:abstractNum w:abstractNumId="14" w15:restartNumberingAfterBreak="0">
    <w:nsid w:val="4BB76535"/>
    <w:multiLevelType w:val="hybridMultilevel"/>
    <w:tmpl w:val="F2C40FCC"/>
    <w:lvl w:ilvl="0" w:tplc="5C28CDC8">
      <w:numFmt w:val="decimal"/>
      <w:lvlText w:val=""/>
      <w:lvlJc w:val="left"/>
    </w:lvl>
    <w:lvl w:ilvl="1" w:tplc="209429B0">
      <w:numFmt w:val="decimal"/>
      <w:lvlText w:val=""/>
      <w:lvlJc w:val="left"/>
    </w:lvl>
    <w:lvl w:ilvl="2" w:tplc="A0F8D3E8">
      <w:numFmt w:val="decimal"/>
      <w:lvlText w:val=""/>
      <w:lvlJc w:val="left"/>
    </w:lvl>
    <w:lvl w:ilvl="3" w:tplc="EFD0A2A4">
      <w:numFmt w:val="decimal"/>
      <w:lvlText w:val=""/>
      <w:lvlJc w:val="left"/>
    </w:lvl>
    <w:lvl w:ilvl="4" w:tplc="201AD69C">
      <w:numFmt w:val="decimal"/>
      <w:lvlText w:val=""/>
      <w:lvlJc w:val="left"/>
    </w:lvl>
    <w:lvl w:ilvl="5" w:tplc="B8B238C0">
      <w:numFmt w:val="decimal"/>
      <w:lvlText w:val=""/>
      <w:lvlJc w:val="left"/>
    </w:lvl>
    <w:lvl w:ilvl="6" w:tplc="7DF6CA56">
      <w:numFmt w:val="decimal"/>
      <w:lvlText w:val=""/>
      <w:lvlJc w:val="left"/>
    </w:lvl>
    <w:lvl w:ilvl="7" w:tplc="D15E93F4">
      <w:numFmt w:val="decimal"/>
      <w:lvlText w:val=""/>
      <w:lvlJc w:val="left"/>
    </w:lvl>
    <w:lvl w:ilvl="8" w:tplc="6846B456">
      <w:numFmt w:val="decimal"/>
      <w:lvlText w:val=""/>
      <w:lvlJc w:val="left"/>
    </w:lvl>
  </w:abstractNum>
  <w:abstractNum w:abstractNumId="15" w15:restartNumberingAfterBreak="0">
    <w:nsid w:val="5C5F7E01"/>
    <w:multiLevelType w:val="hybridMultilevel"/>
    <w:tmpl w:val="8DE6512A"/>
    <w:lvl w:ilvl="0" w:tplc="2A0C7FFC">
      <w:numFmt w:val="decimal"/>
      <w:lvlText w:val=""/>
      <w:lvlJc w:val="left"/>
    </w:lvl>
    <w:lvl w:ilvl="1" w:tplc="7FF67192">
      <w:numFmt w:val="decimal"/>
      <w:lvlText w:val=""/>
      <w:lvlJc w:val="left"/>
    </w:lvl>
    <w:lvl w:ilvl="2" w:tplc="61F67C02">
      <w:numFmt w:val="decimal"/>
      <w:lvlText w:val=""/>
      <w:lvlJc w:val="left"/>
    </w:lvl>
    <w:lvl w:ilvl="3" w:tplc="D8468A8E">
      <w:numFmt w:val="decimal"/>
      <w:lvlText w:val=""/>
      <w:lvlJc w:val="left"/>
    </w:lvl>
    <w:lvl w:ilvl="4" w:tplc="00FC04A6">
      <w:numFmt w:val="decimal"/>
      <w:lvlText w:val=""/>
      <w:lvlJc w:val="left"/>
    </w:lvl>
    <w:lvl w:ilvl="5" w:tplc="A2EE061C">
      <w:numFmt w:val="decimal"/>
      <w:lvlText w:val=""/>
      <w:lvlJc w:val="left"/>
    </w:lvl>
    <w:lvl w:ilvl="6" w:tplc="ADFAC37E">
      <w:numFmt w:val="decimal"/>
      <w:lvlText w:val=""/>
      <w:lvlJc w:val="left"/>
    </w:lvl>
    <w:lvl w:ilvl="7" w:tplc="5CCEB39E">
      <w:numFmt w:val="decimal"/>
      <w:lvlText w:val=""/>
      <w:lvlJc w:val="left"/>
    </w:lvl>
    <w:lvl w:ilvl="8" w:tplc="49D4BE62">
      <w:numFmt w:val="decimal"/>
      <w:lvlText w:val=""/>
      <w:lvlJc w:val="left"/>
    </w:lvl>
  </w:abstractNum>
  <w:abstractNum w:abstractNumId="16" w15:restartNumberingAfterBreak="0">
    <w:nsid w:val="6D6217C7"/>
    <w:multiLevelType w:val="hybridMultilevel"/>
    <w:tmpl w:val="E6526E30"/>
    <w:lvl w:ilvl="0" w:tplc="88A49D12">
      <w:numFmt w:val="decimal"/>
      <w:lvlText w:val=""/>
      <w:lvlJc w:val="left"/>
      <w:pPr>
        <w:ind w:left="0" w:firstLine="0"/>
      </w:pPr>
    </w:lvl>
    <w:lvl w:ilvl="1" w:tplc="5B92654C">
      <w:numFmt w:val="decimal"/>
      <w:lvlText w:val=""/>
      <w:lvlJc w:val="left"/>
      <w:pPr>
        <w:ind w:left="0" w:firstLine="0"/>
      </w:pPr>
    </w:lvl>
    <w:lvl w:ilvl="2" w:tplc="7E3A1740">
      <w:numFmt w:val="decimal"/>
      <w:lvlText w:val=""/>
      <w:lvlJc w:val="left"/>
      <w:pPr>
        <w:ind w:left="0" w:firstLine="0"/>
      </w:pPr>
    </w:lvl>
    <w:lvl w:ilvl="3" w:tplc="7618F3BE">
      <w:numFmt w:val="decimal"/>
      <w:lvlText w:val=""/>
      <w:lvlJc w:val="left"/>
      <w:pPr>
        <w:ind w:left="0" w:firstLine="0"/>
      </w:pPr>
    </w:lvl>
    <w:lvl w:ilvl="4" w:tplc="609A774E">
      <w:numFmt w:val="decimal"/>
      <w:lvlText w:val=""/>
      <w:lvlJc w:val="left"/>
      <w:pPr>
        <w:ind w:left="0" w:firstLine="0"/>
      </w:pPr>
    </w:lvl>
    <w:lvl w:ilvl="5" w:tplc="5DA87072">
      <w:numFmt w:val="decimal"/>
      <w:lvlText w:val=""/>
      <w:lvlJc w:val="left"/>
      <w:pPr>
        <w:ind w:left="0" w:firstLine="0"/>
      </w:pPr>
    </w:lvl>
    <w:lvl w:ilvl="6" w:tplc="33746C10">
      <w:numFmt w:val="decimal"/>
      <w:lvlText w:val=""/>
      <w:lvlJc w:val="left"/>
      <w:pPr>
        <w:ind w:left="0" w:firstLine="0"/>
      </w:pPr>
    </w:lvl>
    <w:lvl w:ilvl="7" w:tplc="2EDAB972">
      <w:numFmt w:val="decimal"/>
      <w:lvlText w:val=""/>
      <w:lvlJc w:val="left"/>
      <w:pPr>
        <w:ind w:left="0" w:firstLine="0"/>
      </w:pPr>
    </w:lvl>
    <w:lvl w:ilvl="8" w:tplc="D46A9B2E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11"/>
  </w:num>
  <w:num w:numId="10">
    <w:abstractNumId w:val="15"/>
  </w:num>
  <w:num w:numId="11">
    <w:abstractNumId w:val="11"/>
    <w:lvlOverride w:ilvl="0">
      <w:startOverride w:val="2"/>
    </w:lvlOverride>
  </w:num>
  <w:num w:numId="12">
    <w:abstractNumId w:val="13"/>
  </w:num>
  <w:num w:numId="13">
    <w:abstractNumId w:val="11"/>
  </w:num>
  <w:num w:numId="14">
    <w:abstractNumId w:val="11"/>
    <w:lvlOverride w:ilvl="0">
      <w:startOverride w:val="8"/>
    </w:lvlOverride>
  </w:num>
  <w:num w:numId="15">
    <w:abstractNumId w:val="10"/>
  </w:num>
  <w:num w:numId="16">
    <w:abstractNumId w:val="11"/>
  </w:num>
  <w:num w:numId="17">
    <w:abstractNumId w:val="9"/>
  </w:num>
  <w:num w:numId="18">
    <w:abstractNumId w:val="11"/>
  </w:num>
  <w:num w:numId="19">
    <w:abstractNumId w:val="12"/>
  </w:num>
  <w:num w:numId="20">
    <w:abstractNumId w:val="11"/>
    <w:lvlOverride w:ilvl="0">
      <w:startOverride w:val="11"/>
    </w:lvlOverride>
  </w:num>
  <w:num w:numId="21">
    <w:abstractNumId w:val="14"/>
  </w:num>
  <w:num w:numId="22">
    <w:abstractNumId w:val="14"/>
    <w:lvlOverride w:ilvl="0">
      <w:startOverride w:val="1"/>
    </w:lvlOverride>
  </w:num>
  <w:num w:numId="23">
    <w:abstractNumId w:val="0"/>
  </w:num>
  <w:num w:numId="24">
    <w:abstractNumId w:val="16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156E"/>
    <w:rsid w:val="00116ED7"/>
    <w:rsid w:val="0012692F"/>
    <w:rsid w:val="0015074B"/>
    <w:rsid w:val="0029639D"/>
    <w:rsid w:val="00326F90"/>
    <w:rsid w:val="005804AA"/>
    <w:rsid w:val="005C6E69"/>
    <w:rsid w:val="0093304F"/>
    <w:rsid w:val="009569EC"/>
    <w:rsid w:val="00AA1D8D"/>
    <w:rsid w:val="00B47730"/>
    <w:rsid w:val="00B50856"/>
    <w:rsid w:val="00BF267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1D3E6"/>
  <w14:defaultImageDpi w14:val="300"/>
  <w15:docId w15:val="{2A9E3927-94B7-4C91-9D7D-847EE439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8">
    <w:name w:val="Основной текст A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ff9">
    <w:name w:val="Нет A"/>
  </w:style>
  <w:style w:type="paragraph" w:customStyle="1" w:styleId="B">
    <w:name w:val="Основной текст B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">
    <w:name w:val="Основной текст C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affa"/>
    <w:rPr>
      <w:outline w:val="0"/>
      <w:color w:val="0563C1"/>
      <w:u w:val="single" w:color="0563C1"/>
      <w:lang w:val="pt-PT"/>
    </w:rPr>
  </w:style>
  <w:style w:type="character" w:customStyle="1" w:styleId="affa">
    <w:name w:val="Нет"/>
  </w:style>
  <w:style w:type="numbering" w:customStyle="1" w:styleId="14">
    <w:name w:val="Импортированный стиль 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8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noop-doc.ru/?utm_source=tochno_producer&amp;utm_medium=telegram_bot&amp;utm_campaign=july_2026&amp;utm_content=templat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noop-doc.ru/?utm_source=tochno_producer&amp;utm_medium=telegram_bot&amp;utm_campaign=july_2026&amp;utm_content=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4034</Words>
  <Characters>22997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Mikhail</cp:lastModifiedBy>
  <cp:revision>8</cp:revision>
  <dcterms:created xsi:type="dcterms:W3CDTF">2013-12-23T23:15:00Z</dcterms:created>
  <dcterms:modified xsi:type="dcterms:W3CDTF">2026-08-12T12:16:00Z</dcterms:modified>
  <cp:category/>
</cp:coreProperties>
</file>